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tiendita del salón: letreros, precios y monedas hasta 100</w:t>
      </w:r>
    </w:p>
    <w:p>
      <w:r>
        <w:t>Planeación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Producción e interpretación de avisos, carteles, anuncios publicitarios y letreros en la vida cotidiana; Escritura colectiva por medio del dictado. Saberes y pensamiento científico: Estudio de los números; Suma y resta, su relación como operaciones inversas. Ética, naturaleza y sociedades: los trabajos de las personas de la comunidad (la tienda) y su aporte al bienestar común; honestidad y respeto al comprar y vender. De lo humano y lo comunitario: construcción de acuerdos, roles y turnos para el trabajo colaborativo; elección de alimentos saludables.</w:t>
      </w:r>
    </w:p>
    <w:p>
      <w:r>
        <w:rPr>
          <w:b/>
        </w:rPr>
        <w:t>PDA:</w:t>
      </w:r>
      <w:r>
        <w:rPr>
          <w:b w:val="0"/>
        </w:rPr>
        <w:t xml:space="preserve"> Lenguajes: Reconoce letreros y anuncios de su entorno, identifica su propósito y escribe letreros sencillos para su aula con apoyo del docente. Participa en la escritura colectiva de listas y recados dictando al docente y escribe palabras de acuerdo con su nivel de conceptualización. Saberes: Cuenta, lee, escribe y ordena números naturales hasta 100 en situaciones de compra y venta. Reconoce monedas de $1, $2, $5 y $10 y forma cantidades con ellas. Resuelve problemas de suma y resta con números menores que 100 usando monedas, dibujos o la tabla del 100, y explica cómo lo resolvió. Ética: Reconoce los trabajos que hacen las personas en las tiendas de su comunidad y valora la honestidad y el respeto al comprar y vender. De lo humano: Construye y respeta acuerdos, roles y turnos para trabajar en equipo, y elige productos saludables para la tiendita.</w:t>
      </w:r>
    </w:p>
    <w:p>
      <w:r>
        <w:t>Proyecto de dos semanas para 1° (25 alumnos). El grupo monta una tiendita en el aula: escribe el nombre de la tienda, los letreros y la lista de precios; cuenta monedas, suma lo que compra y calcula el cambio; y usa un recado para comprar. Incluye 10 sesiones con trabajo por nivel de escritura y de cálculo, adecuaciones para seis alumnos presilábicos y una alumna con hipoacusia leve, 3 fichas, examen de cierre y dosificación.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Al terminar, tu grupo de 1° tiene una tiendita montada en el salón. Los niños escribieron el nombre de la tienda, los letreros de los productos y la lista de precios. El viernes 5 de febrero compran y venden con monedas de papel y un recado escrito por ellos.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distinguen un letrero, una lista y un recado. Saben para qué sirve cada uno y escriben los tres según su nivel: dictan, copian con modelo o escriben solos.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leen y ordenan precios hasta 100. Forman cantidades con monedas de $1, $2, $5 y $10. Suman el precio de dos o tres productos y calculan el cambio.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reconocen quiénes trabajan en una tienda de su colonia. Practican la honestidad con el cambio y el respeto en la fila.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construyen y firman acuerdos, rotan roles (cajero, vendedor, comprador) y deciden vender sobre todo alimentos de todos los días.</w:t>
      </w:r>
    </w:p>
    <w:p>
      <w:r>
        <w:rPr>
          <w:b/>
        </w:rPr>
        <w:t>Producto final:</w:t>
      </w:r>
      <w:r>
        <w:rPr>
          <w:b w:val="0"/>
        </w:rPr>
        <w:t xml:space="preserve"> tiendita montada en el aula con letrero del nombre, letreros de productos, lista de precios escrita por los niños, acuerdos firmados y una jornada de compra y venta.</w:t>
      </w:r>
    </w:p>
    <w:p>
      <w:pPr>
        <w:pStyle w:val="Heading1"/>
      </w:pPr>
      <w:r>
        <w:t>Organización de la jornada (día tipo)</w:t>
      </w:r>
    </w:p>
    <w:p>
      <w:r>
        <w:rPr>
          <w:b w:val="0"/>
        </w:rPr>
        <w:t>Revisa tu calendario. El lunes 1 de febrero hay suspensión por el Día de la Constitución, así que la semana 2 tiene cuatro días. El jueves 4 lleva dos sesiones: la 8 en el horario del proyecto y la 9 en el bloque de práctica. Si el viernes 29 de enero tienes Consejo Técnico, haz la sesión 5 el martes 2 en el horario del proyecto y la 6 en el bloque de práctica.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 y rutina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Pase de lista con tarjetas de nombre (cada niño busca la suya), fecha en el pizarrón, acuerdo del día.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8:30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Conteo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Contar de 1 en 1, de 2 en 2, de 5 en 5 o de 10 en 10 con monedas pegadas en el pizarrón. Un número misterioso en la tabla del 100.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8:30 a 9:30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La sesión del día (60 min; la sesión 10 dura 90 min).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9:30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Clases de especialidad o lectura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 o Inglés según horario. Si no hay, biblioteca de aula.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11:15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Regreso a la calma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en voz alta de un cuento corto.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11:15 a 12:15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Práctica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Terminar fichas, juego de la caja en parejas, o segunda sesión del día (jueves 4).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12:15 a 12:45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Grupo pequeño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15 min con los 6 presilábicos (letras móviles y escritura con modelo) y 15 min con el nivel 1 de cálculo. El resto juega a la caja en parejas.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12:45 a 13:00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Qué aprendimos hoy y recado a casa si hace falta.</w:t>
            </w:r>
          </w:p>
        </w:tc>
      </w:tr>
    </w:tbl>
    <w:p/>
    <w:p>
      <w:pPr>
        <w:pStyle w:val="Heading1"/>
      </w:pPr>
      <w:r>
        <w:t>Secuencia de sesiones</w:t>
      </w:r>
    </w:p>
    <w:p>
      <w:r>
        <w:rPr>
          <w:b w:val="0"/>
        </w:rPr>
        <w:t>Niveles que se usan en todas las sesiones (los defines en las sesiones 1 y 2):</w:t>
      </w:r>
    </w:p>
    <w:p>
      <w:pPr>
        <w:pStyle w:val="ListBullet"/>
      </w:pPr>
      <w:r>
        <w:rPr>
          <w:b/>
        </w:rPr>
        <w:t>Escritura:</w:t>
      </w:r>
      <w:r>
        <w:rPr>
          <w:b w:val="0"/>
        </w:rPr>
        <w:t xml:space="preserve"> presilábicos (los 6 que ya identificaste), silábicos y alfabéticos (los 19 restantes, según tu diagnóstico).</w:t>
      </w:r>
    </w:p>
    <w:p>
      <w:pPr>
        <w:pStyle w:val="ListBullet"/>
      </w:pPr>
      <w:r>
        <w:rPr>
          <w:b/>
        </w:rPr>
        <w:t>Cálculo:</w:t>
      </w:r>
      <w:r>
        <w:rPr>
          <w:b w:val="0"/>
        </w:rPr>
        <w:t xml:space="preserve"> nivel 1 cuenta con seguridad hasta 30; nivel 2 hasta 60; nivel 3 hasta 100.</w:t>
      </w:r>
    </w:p>
    <w:p>
      <w:r>
        <w:rPr>
          <w:b w:val="0"/>
        </w:rPr>
        <w:t>La alumna con hipoacusia leve se sienta siempre al frente, a no más de dos metros de ti y de cara a tu boca.</w:t>
      </w:r>
    </w:p>
    <w:p>
      <w:pPr>
        <w:pStyle w:val="Heading2"/>
      </w:pPr>
      <w:r>
        <w:t>Sesión 1. Lunes 25 de enero. ¿Qué hay en una tienda? (60 min)</w:t>
      </w:r>
    </w:p>
    <w:p>
      <w:r>
        <w:rPr>
          <w:b/>
        </w:rPr>
        <w:t>Propósito:</w:t>
      </w:r>
      <w:r>
        <w:rPr>
          <w:b w:val="0"/>
        </w:rPr>
        <w:t xml:space="preserve"> recordar cómo funciona una tienda, mirar letreros reales y decidir montar la tiendita del salón.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Pregunta: ¿Quién ha ido a la tienda? ¿Qué compraron? ¿Cómo supieron cuánto costaba?</w:t>
      </w:r>
    </w:p>
    <w:p>
      <w:pPr>
        <w:pStyle w:val="ListBullet"/>
      </w:pPr>
      <w:r>
        <w:rPr>
          <w:b w:val="0"/>
        </w:rPr>
        <w:t>Muestra un envase con precio, un ticket y la foto impresa del letrero de una tienda cercana. Tómala antes; no dependas del internet. Si no tienes foto, dibuja el letrero en el pizarrón.</w:t>
      </w:r>
    </w:p>
    <w:p>
      <w:pPr>
        <w:pStyle w:val="ListBullet"/>
      </w:pPr>
      <w:r>
        <w:rPr>
          <w:b w:val="0"/>
        </w:rPr>
        <w:t>Escribe en el pizarrón las palabras clave mientras las dices.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(15 min).</w:t>
      </w:r>
      <w:r>
        <w:rPr>
          <w:b w:val="0"/>
        </w:rPr>
        <w:t xml:space="preserve"> Lectura compartida de cuatro letreros escritos en el pizarrón: TIENDA, ABIERTO, CERRADO, PAN $5.</w:t>
      </w:r>
    </w:p>
    <w:p>
      <w:pPr>
        <w:pStyle w:val="ListBullet"/>
      </w:pPr>
      <w:r>
        <w:rPr>
          <w:b w:val="0"/>
        </w:rPr>
        <w:t>Pregunta: ¿Dónde dice TIENDA? ¿Cómo lo sabes?</w:t>
      </w:r>
    </w:p>
    <w:p>
      <w:pPr>
        <w:pStyle w:val="ListBullet"/>
      </w:pPr>
      <w:r>
        <w:rPr>
          <w:b w:val="0"/>
        </w:rPr>
        <w:t>Anuncia el proyecto: «Vamos a poner nuestra propia tiendita».</w:t>
      </w:r>
    </w:p>
    <w:p>
      <w:pPr>
        <w:pStyle w:val="ListBullet"/>
      </w:pPr>
      <w:r>
        <w:rPr>
          <w:b w:val="0"/>
        </w:rPr>
        <w:t>Haz una lista colectiva en papel bond, «Qué vamos a vender». Los niños dictan y tú escribes, preguntando con qué letra empieza cada palabra.</w:t>
      </w:r>
    </w:p>
    <w:p>
      <w:pPr>
        <w:pStyle w:val="ListBullet"/>
      </w:pPr>
      <w:r>
        <w:rPr>
          <w:b/>
        </w:rPr>
        <w:t>Diagnóstico (25 min).</w:t>
      </w:r>
    </w:p>
    <w:p>
      <w:pPr>
        <w:pStyle w:val="ListBullet"/>
      </w:pPr>
      <w:r>
        <w:rPr>
          <w:b w:val="0"/>
        </w:rPr>
        <w:t>El grupo dibuja en su cuaderno la tienda de su colonia y le pone nombre como pueda.</w:t>
      </w:r>
    </w:p>
    <w:p>
      <w:pPr>
        <w:pStyle w:val="ListBullet"/>
      </w:pPr>
      <w:r>
        <w:rPr>
          <w:b w:val="0"/>
        </w:rPr>
        <w:t>Tú llamas a tu escritorio, uno por uno, a quienes no tienes diagnosticados. Dicta: galletas, leche, pan, sal y la oración «Compro pan en la tienda». Anota el nivel.</w:t>
      </w:r>
    </w:p>
    <w:p>
      <w:pPr>
        <w:pStyle w:val="ListBullet"/>
      </w:pPr>
      <w:r>
        <w:rPr>
          <w:b w:val="0"/>
        </w:rPr>
        <w:t>A los 6 presilábicos solo pídeles su nombre y dos palabras, para confirmar.</w:t>
      </w:r>
    </w:p>
    <w:p>
      <w:pPr>
        <w:pStyle w:val="ListBullet"/>
      </w:pPr>
      <w:r>
        <w:rPr>
          <w:b w:val="0"/>
        </w:rPr>
        <w:t>Lo que no alcances lo terminas en el bloque de grupo pequeño.</w:t>
      </w:r>
    </w:p>
    <w:p>
      <w:r>
        <w:rPr>
          <w:b/>
        </w:rPr>
        <w:t>Cierre (10 min):</w:t>
      </w:r>
    </w:p>
    <w:p>
      <w:pPr>
        <w:pStyle w:val="ListBullet"/>
      </w:pPr>
      <w:r>
        <w:rPr>
          <w:b w:val="0"/>
        </w:rPr>
        <w:t>Dicten juntos un recado a casa: «Familia: mande un envase vacío y limpio para nuestra tiendita. Gracias.»</w:t>
      </w:r>
    </w:p>
    <w:p>
      <w:pPr>
        <w:pStyle w:val="ListBullet"/>
      </w:pPr>
      <w:r>
        <w:rPr>
          <w:b w:val="0"/>
        </w:rPr>
        <w:t>Tú lo escribes en el pizarrón. Los alfabéticos lo copian. Los demás pegan el recadito fotocopiado y escriben su nombre.</w:t>
      </w:r>
    </w:p>
    <w:p>
      <w:r>
        <w:rPr>
          <w:b/>
        </w:rPr>
        <w:t>Evidencia:</w:t>
      </w:r>
      <w:r>
        <w:rPr>
          <w:b w:val="0"/>
        </w:rPr>
        <w:t xml:space="preserve"> dibujo de la tienda con nombre y registro de nivel de escritura.</w:t>
      </w:r>
    </w:p>
    <w:p>
      <w:r>
        <w:rPr>
          <w:b/>
        </w:rPr>
        <w:t>Si no sale:</w:t>
      </w:r>
      <w:r>
        <w:rPr>
          <w:b w:val="0"/>
        </w:rPr>
        <w:t xml:space="preserve"> si casi nadie recuerda letreros, salgan 10 min a leer los letreros de la escuela (dirección, baños, cooperativa) y regresen a escribir la lista.</w:t>
      </w:r>
    </w:p>
    <w:p>
      <w:pPr>
        <w:pStyle w:val="Heading2"/>
      </w:pPr>
      <w:r>
        <w:t>Sesión 2. Martes 26 de enero. Conocemos las monedas (60 min)</w:t>
      </w:r>
    </w:p>
    <w:p>
      <w:r>
        <w:rPr>
          <w:b/>
        </w:rPr>
        <w:t>Propósito:</w:t>
      </w:r>
      <w:r>
        <w:rPr>
          <w:b w:val="0"/>
        </w:rPr>
        <w:t xml:space="preserve"> reconocer monedas de $1, $2, $5 y $10, clasificarlas y contar cuánto dinero hay.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Pasa una bolsa con monedas reales tuyas. Cada niño saca una, la toca y dice cuánto vale.</w:t>
      </w:r>
    </w:p>
    <w:p>
      <w:pPr>
        <w:pStyle w:val="ListBullet"/>
      </w:pPr>
      <w:r>
        <w:rPr>
          <w:b w:val="0"/>
        </w:rPr>
        <w:t>Dibuja en el pizarrón un círculo por cada valor con su número dentro.</w:t>
      </w:r>
    </w:p>
    <w:p>
      <w:pPr>
        <w:pStyle w:val="ListBullet"/>
      </w:pPr>
      <w:r>
        <w:rPr>
          <w:b w:val="0"/>
        </w:rPr>
        <w:t>Pregunta: ¿Cuál vale más? ¿La más grande siempre vale más?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(10 min).</w:t>
      </w:r>
      <w:r>
        <w:rPr>
          <w:b w:val="0"/>
        </w:rPr>
        <w:t xml:space="preserve"> Reparte por pareja una bolsita con monedas de papel: 10 de $1, 5 de $2, 4 de $5 y 5 de $10. Prepáralas antes; ver Materiales.</w:t>
      </w:r>
    </w:p>
    <w:p>
      <w:pPr>
        <w:pStyle w:val="ListBullet"/>
      </w:pPr>
      <w:r>
        <w:rPr>
          <w:b/>
        </w:rPr>
        <w:t>Parejas por nivel (30 min).</w:t>
      </w:r>
      <w:r>
        <w:rPr>
          <w:b w:val="0"/>
        </w:rPr>
        <w:t xml:space="preserve"> Clasifican por valor y cuentan. Mientras, tú haces el diagnóstico de conteo: pide a cada pareja contar en voz alta hasta donde llegue.</w:t>
      </w:r>
    </w:p>
    <w:p>
      <w:pPr>
        <w:pStyle w:val="ListBullet"/>
      </w:pPr>
      <w:r>
        <w:rPr>
          <w:b/>
        </w:rPr>
        <w:t>Nivel 1:</w:t>
      </w:r>
      <w:r>
        <w:rPr>
          <w:b w:val="0"/>
        </w:rPr>
        <w:t xml:space="preserve"> solo monedas de $1 y $5. Cuentan cuántas hay y juntan 10 pesos de dos formas distintas.</w:t>
      </w:r>
    </w:p>
    <w:p>
      <w:pPr>
        <w:pStyle w:val="ListBullet"/>
      </w:pPr>
      <w:r>
        <w:rPr>
          <w:b/>
        </w:rPr>
        <w:t>Nivel 2:</w:t>
      </w:r>
      <w:r>
        <w:rPr>
          <w:b w:val="0"/>
        </w:rPr>
        <w:t xml:space="preserve"> usan las cuatro monedas. Cuentan de 2 en 2, de 5 en 5 y de 10 en 10. Juntan 20 pesos de tres formas.</w:t>
      </w:r>
    </w:p>
    <w:p>
      <w:pPr>
        <w:pStyle w:val="ListBullet"/>
      </w:pPr>
      <w:r>
        <w:rPr>
          <w:b/>
        </w:rPr>
        <w:t>Nivel 3:</w:t>
      </w:r>
      <w:r>
        <w:rPr>
          <w:b w:val="0"/>
        </w:rPr>
        <w:t xml:space="preserve"> juntan 50 pesos con el menor número de monedas y explican cómo lo hicieron.</w:t>
      </w:r>
    </w:p>
    <w:p>
      <w:pPr>
        <w:pStyle w:val="ListBullet"/>
      </w:pPr>
      <w:r>
        <w:rPr>
          <w:b w:val="0"/>
        </w:rPr>
        <w:t>Tú pasas 10 min con el nivel 1, 10 con el nivel 2 y 10 revisando al nivel 3.</w:t>
      </w:r>
    </w:p>
    <w:p>
      <w:r>
        <w:rPr>
          <w:b/>
        </w:rPr>
        <w:t>Cierre (10 min):</w:t>
      </w:r>
    </w:p>
    <w:p>
      <w:pPr>
        <w:pStyle w:val="ListBullet"/>
      </w:pPr>
      <w:r>
        <w:rPr>
          <w:b w:val="0"/>
        </w:rPr>
        <w:t>Pregunta: ¿Cómo junto 15 pesos con dos monedas?</w:t>
      </w:r>
    </w:p>
    <w:p>
      <w:pPr>
        <w:pStyle w:val="ListBullet"/>
      </w:pPr>
      <w:r>
        <w:rPr>
          <w:b w:val="0"/>
        </w:rPr>
        <w:t>Pasan tres niños a pegar monedas en el pizarrón ($10 y $5). Escribe 10 + 5 = 15.</w:t>
      </w:r>
    </w:p>
    <w:p>
      <w:r>
        <w:rPr>
          <w:b/>
        </w:rPr>
        <w:t>Evidencia:</w:t>
      </w:r>
      <w:r>
        <w:rPr>
          <w:b w:val="0"/>
        </w:rPr>
        <w:t xml:space="preserve"> en el cuaderno, cada pareja dibuja las monedas de una de sus formas y escribe el total.</w:t>
      </w:r>
    </w:p>
    <w:p>
      <w:r>
        <w:rPr>
          <w:b/>
        </w:rPr>
        <w:t>Si no sale:</w:t>
      </w:r>
      <w:r>
        <w:rPr>
          <w:b w:val="0"/>
        </w:rPr>
        <w:t xml:space="preserve"> si confunden monedas por el tamaño, mañana trabaja solo con $1 y $10 en el conteo del día. Agrega $2 y $5 hasta que distingan esas dos.</w:t>
      </w:r>
    </w:p>
    <w:p>
      <w:pPr>
        <w:pStyle w:val="Heading2"/>
      </w:pPr>
      <w:r>
        <w:t>Sesión 3. Miércoles 27 de enero. Precios hasta 100 (60 min)</w:t>
      </w:r>
    </w:p>
    <w:p>
      <w:r>
        <w:rPr>
          <w:b/>
        </w:rPr>
        <w:t>Propósito:</w:t>
      </w:r>
      <w:r>
        <w:rPr>
          <w:b w:val="0"/>
        </w:rPr>
        <w:t xml:space="preserve"> leer, escribir y ordenar precios hasta 100 usando monedas de $10 (decenas) y de $1 (unidades).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Cuenten de 10 en 10 señalando la columna del 10 en la tabla del 100.</w:t>
      </w:r>
    </w:p>
    <w:p>
      <w:pPr>
        <w:pStyle w:val="ListBullet"/>
      </w:pPr>
      <w:r>
        <w:rPr>
          <w:b w:val="0"/>
        </w:rPr>
        <w:t>Pega 3 monedas de $10 y 4 de $1. Pregunta: ¿Cuánto hay? Escribe 34 y di: «treinta y cuatro: tres de diez y cuatro de uno».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(10 min).</w:t>
      </w:r>
      <w:r>
        <w:rPr>
          <w:b w:val="0"/>
        </w:rPr>
        <w:t xml:space="preserve"> Pon etiquetas de precio a los envases traídos (8, 15, 23, 36, 47, 50, 63). Léanlas en voz alta y armen dos precios con monedas en el pizarrón.</w:t>
      </w:r>
    </w:p>
    <w:p>
      <w:pPr>
        <w:pStyle w:val="ListBullet"/>
      </w:pPr>
      <w:r>
        <w:rPr>
          <w:b/>
        </w:rPr>
        <w:t>Por nivel (30 min).</w:t>
      </w:r>
      <w:r>
        <w:rPr>
          <w:b w:val="0"/>
        </w:rPr>
        <w:t xml:space="preserve"> Ficha 2, «Cuento monedas y pago».</w:t>
      </w:r>
    </w:p>
    <w:p>
      <w:pPr>
        <w:pStyle w:val="ListBullet"/>
      </w:pPr>
      <w:r>
        <w:rPr>
          <w:b/>
        </w:rPr>
        <w:t>Nivel 1:</w:t>
      </w:r>
      <w:r>
        <w:rPr>
          <w:b w:val="0"/>
        </w:rPr>
        <w:t xml:space="preserve"> reactivos 1, 2 y 5, con las monedas de papel en la mesa.</w:t>
      </w:r>
    </w:p>
    <w:p>
      <w:pPr>
        <w:pStyle w:val="ListBullet"/>
      </w:pPr>
      <w:r>
        <w:rPr>
          <w:b/>
        </w:rPr>
        <w:t>Nivel 2:</w:t>
      </w:r>
      <w:r>
        <w:rPr>
          <w:b w:val="0"/>
        </w:rPr>
        <w:t xml:space="preserve"> la ficha completa.</w:t>
      </w:r>
    </w:p>
    <w:p>
      <w:pPr>
        <w:pStyle w:val="ListBullet"/>
      </w:pPr>
      <w:r>
        <w:rPr>
          <w:b/>
        </w:rPr>
        <w:t>Nivel 3:</w:t>
      </w:r>
      <w:r>
        <w:rPr>
          <w:b w:val="0"/>
        </w:rPr>
        <w:t xml:space="preserve"> la ficha completa y en el reverso ordenan cinco precios que ellos inventan hasta 100.</w:t>
      </w:r>
    </w:p>
    <w:p>
      <w:pPr>
        <w:pStyle w:val="ListBullet"/>
      </w:pPr>
      <w:r>
        <w:rPr>
          <w:b w:val="0"/>
        </w:rPr>
        <w:t>Rotación: 10 min con el nivel 1, 10 con el nivel 2, 10 revisando.</w:t>
      </w:r>
    </w:p>
    <w:p>
      <w:r>
        <w:rPr>
          <w:b/>
        </w:rPr>
        <w:t>Cierre (10 min):</w:t>
      </w:r>
      <w:r>
        <w:rPr>
          <w:b w:val="0"/>
        </w:rPr>
        <w:t xml:space="preserve"> acomoden los envases en la mesa del más barato al más caro. Discutan el lugar de 36 y 63.</w:t>
      </w:r>
    </w:p>
    <w:p>
      <w:r>
        <w:rPr>
          <w:b/>
        </w:rPr>
        <w:t>Evidencia:</w:t>
      </w:r>
      <w:r>
        <w:rPr>
          <w:b w:val="0"/>
        </w:rPr>
        <w:t xml:space="preserve"> Ficha 2.</w:t>
      </w:r>
    </w:p>
    <w:p>
      <w:r>
        <w:rPr>
          <w:b/>
        </w:rPr>
        <w:t>Si no sale:</w:t>
      </w:r>
      <w:r>
        <w:rPr>
          <w:b w:val="0"/>
        </w:rPr>
        <w:t xml:space="preserve"> si leen 36 como «tres seis» o lo confunden con 63, regresen a armarlo con monedas. Que digan cuántas de diez y cuántas de uno antes de leer el número.</w:t>
      </w:r>
    </w:p>
    <w:p>
      <w:pPr>
        <w:pStyle w:val="Heading2"/>
      </w:pPr>
      <w:r>
        <w:t>Sesión 4. Jueves 28 de enero. El letrero (60 min)</w:t>
      </w:r>
    </w:p>
    <w:p>
      <w:r>
        <w:rPr>
          <w:b/>
        </w:rPr>
        <w:t>Propósito:</w:t>
      </w:r>
      <w:r>
        <w:rPr>
          <w:b w:val="0"/>
        </w:rPr>
        <w:t xml:space="preserve"> saber para qué sirve un letrero y escribir el nombre de la tiendita y los letreros de productos.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Muestra tres cartulinas: un letrero (TIENDITA LA ESTRELLA, ABIERTO), una lista (pan, leche, huevo) y un recado («Juan: compra pan. Mamá»).</w:t>
      </w:r>
    </w:p>
    <w:p>
      <w:pPr>
        <w:pStyle w:val="ListBullet"/>
      </w:pPr>
      <w:r>
        <w:rPr>
          <w:b w:val="0"/>
        </w:rPr>
        <w:t>Pregunta: ¿Cuál sirve para que todos sepan cómo se llama la tienda?</w:t>
      </w:r>
    </w:p>
    <w:p>
      <w:pPr>
        <w:pStyle w:val="ListBullet"/>
      </w:pPr>
      <w:r>
        <w:rPr>
          <w:b w:val="0"/>
        </w:rPr>
        <w:t>Anoten juntos cómo es un letrero: letras grandes, pocas palabras, se lee de lejos.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(15 min).</w:t>
      </w:r>
      <w:r>
        <w:rPr>
          <w:b w:val="0"/>
        </w:rPr>
        <w:t xml:space="preserve"> Votación del nombre de la tiendita: tres propuestas y votan con palitos de colores en vasos.</w:t>
      </w:r>
    </w:p>
    <w:p>
      <w:pPr>
        <w:pStyle w:val="ListBullet"/>
      </w:pPr>
      <w:r>
        <w:rPr>
          <w:b w:val="0"/>
        </w:rPr>
        <w:t>Escritura colectiva por dictado: los niños dictan y tú preguntas «¿Con cuál empieza? ¿Ya terminé? ¿Qué le falta?».</w:t>
      </w:r>
    </w:p>
    <w:p>
      <w:pPr>
        <w:pStyle w:val="ListBullet"/>
      </w:pPr>
      <w:r>
        <w:rPr>
          <w:b w:val="0"/>
        </w:rPr>
        <w:t>Escribe el nombre en media cartulina con plumón grueso.</w:t>
      </w:r>
    </w:p>
    <w:p>
      <w:pPr>
        <w:pStyle w:val="ListBullet"/>
      </w:pPr>
      <w:r>
        <w:rPr>
          <w:b/>
        </w:rPr>
        <w:t>Por nivel (25 min).</w:t>
      </w:r>
      <w:r>
        <w:rPr>
          <w:b w:val="0"/>
        </w:rPr>
        <w:t xml:space="preserve"> Ficha 1, «El letrero de nuestra tienda», reactivos 1 a 6.</w:t>
      </w:r>
    </w:p>
    <w:p>
      <w:pPr>
        <w:pStyle w:val="ListBullet"/>
      </w:pPr>
      <w:r>
        <w:rPr>
          <w:b/>
        </w:rPr>
        <w:t>Presilábicos (6), contigo:</w:t>
      </w:r>
      <w:r>
        <w:rPr>
          <w:b w:val="0"/>
        </w:rPr>
        <w:t xml:space="preserve"> forman con letras móviles el nombre de un producto copiando del banco de palabras. Luego lo pasan a la ficha. Pídeles que señalen con el dedo dónde dice cada parte.</w:t>
      </w:r>
    </w:p>
    <w:p>
      <w:pPr>
        <w:pStyle w:val="ListBullet"/>
      </w:pPr>
      <w:r>
        <w:rPr>
          <w:b/>
        </w:rPr>
        <w:t>Silábicos, en parejas con un alfabético:</w:t>
      </w:r>
      <w:r>
        <w:rPr>
          <w:b w:val="0"/>
        </w:rPr>
        <w:t xml:space="preserve"> escriben su letrero con el banco de palabras. Pregúntales: «Dice PA... ¿qué le falta para que diga PAN?».</w:t>
      </w:r>
    </w:p>
    <w:p>
      <w:pPr>
        <w:pStyle w:val="ListBullet"/>
      </w:pPr>
      <w:r>
        <w:rPr>
          <w:b/>
        </w:rPr>
        <w:t>Alfabéticos:</w:t>
      </w:r>
      <w:r>
        <w:rPr>
          <w:b w:val="0"/>
        </w:rPr>
        <w:t xml:space="preserve"> escriben su letrero sin banco y revisan que tenga nombre, precio y el signo de pesos.</w:t>
      </w:r>
    </w:p>
    <w:p>
      <w:r>
        <w:rPr>
          <w:b/>
        </w:rPr>
        <w:t>Cierre (10 min):</w:t>
      </w:r>
      <w:r>
        <w:rPr>
          <w:b w:val="0"/>
        </w:rPr>
        <w:t xml:space="preserve"> peguen los letreros en la pared y léanlos desde la puerta. Si no se ve, se reescribe más grande.</w:t>
      </w:r>
    </w:p>
    <w:p>
      <w:r>
        <w:rPr>
          <w:b/>
        </w:rPr>
        <w:t>Evidencia:</w:t>
      </w:r>
      <w:r>
        <w:rPr>
          <w:b w:val="0"/>
        </w:rPr>
        <w:t xml:space="preserve"> Ficha 1 (reactivos 1 a 6) y cartulina con el nombre de la tiendita.</w:t>
      </w:r>
    </w:p>
    <w:p>
      <w:r>
        <w:rPr>
          <w:b/>
        </w:rPr>
        <w:t>Si no sale:</w:t>
      </w:r>
      <w:r>
        <w:rPr>
          <w:b w:val="0"/>
        </w:rPr>
        <w:t xml:space="preserve"> si escriben letreros con letra chica o con frases largas, compara con un letrero real de la escuela. Den media cartulina y plumón grueso por pareja.</w:t>
      </w:r>
    </w:p>
    <w:p>
      <w:pPr>
        <w:pStyle w:val="Heading2"/>
      </w:pPr>
      <w:r>
        <w:t>Sesión 5. Viernes 29 de enero. Qué vendemos y la lista de precios (60 min)</w:t>
      </w:r>
    </w:p>
    <w:p>
      <w:r>
        <w:rPr>
          <w:b/>
        </w:rPr>
        <w:t>Propósito:</w:t>
      </w:r>
      <w:r>
        <w:rPr>
          <w:b w:val="0"/>
        </w:rPr>
        <w:t xml:space="preserve"> decidir en grupo qué productos se venden, prefiriendo los saludables, y escribir la lista de precios.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Pregunta: ¿Todo lo que venden en la tienda es bueno para comer diario?</w:t>
      </w:r>
    </w:p>
    <w:p>
      <w:pPr>
        <w:pStyle w:val="ListBullet"/>
      </w:pPr>
      <w:r>
        <w:rPr>
          <w:b w:val="0"/>
        </w:rPr>
        <w:t>Clasifiquen los envases traídos en dos cajas: «para todos los días» (agua, leche, fruta, tortillas) y «de vez en cuando» (galletas, refresco, papas).</w:t>
      </w:r>
    </w:p>
    <w:p>
      <w:pPr>
        <w:pStyle w:val="ListBullet"/>
      </w:pPr>
      <w:r>
        <w:rPr>
          <w:b w:val="0"/>
        </w:rPr>
        <w:t>Acuerden que la tiendita vende sobre todo productos de todos los días.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(15 min).</w:t>
      </w:r>
      <w:r>
        <w:rPr>
          <w:b w:val="0"/>
        </w:rPr>
        <w:t xml:space="preserve"> Elijan 10 productos y pongan precio a cada uno, sin pasar de $50.</w:t>
      </w:r>
    </w:p>
    <w:p>
      <w:pPr>
        <w:pStyle w:val="ListBullet"/>
      </w:pPr>
      <w:r>
        <w:rPr>
          <w:b w:val="0"/>
        </w:rPr>
        <w:t>Usa la tarjeta de turno: solo habla quien la tiene, y antes de hablar la levanta. Así la alumna con hipoacusia sabe a quién mirar.</w:t>
      </w:r>
    </w:p>
    <w:p>
      <w:pPr>
        <w:pStyle w:val="ListBullet"/>
      </w:pPr>
      <w:r>
        <w:rPr>
          <w:b w:val="0"/>
        </w:rPr>
        <w:t>Escribe los acuerdos en el pizarrón.</w:t>
      </w:r>
    </w:p>
    <w:p>
      <w:pPr>
        <w:pStyle w:val="ListBullet"/>
      </w:pPr>
      <w:r>
        <w:rPr>
          <w:b/>
        </w:rPr>
        <w:t>Equipos por nivel (25 min).</w:t>
      </w:r>
      <w:r>
        <w:rPr>
          <w:b w:val="0"/>
        </w:rPr>
        <w:t xml:space="preserve"> Cada equipo escribe una parte de la lista en una tira de cartulina con el formato «producto, precio».</w:t>
      </w:r>
    </w:p>
    <w:p>
      <w:pPr>
        <w:pStyle w:val="ListBullet"/>
      </w:pPr>
      <w:r>
        <w:rPr>
          <w:b/>
        </w:rPr>
        <w:t>Presilábicos, contigo:</w:t>
      </w:r>
      <w:r>
        <w:rPr>
          <w:b w:val="0"/>
        </w:rPr>
        <w:t xml:space="preserve"> escriben con letras móviles copiando de los letreros de la sesión 4, pegan el dibujo del producto y escriben el precio.</w:t>
      </w:r>
    </w:p>
    <w:p>
      <w:pPr>
        <w:pStyle w:val="ListBullet"/>
      </w:pPr>
      <w:r>
        <w:rPr>
          <w:b/>
        </w:rPr>
        <w:t>Silábicos:</w:t>
      </w:r>
      <w:r>
        <w:rPr>
          <w:b w:val="0"/>
        </w:rPr>
        <w:t xml:space="preserve"> escriben con el banco de palabras y revisan con un alfabético.</w:t>
      </w:r>
    </w:p>
    <w:p>
      <w:pPr>
        <w:pStyle w:val="ListBullet"/>
      </w:pPr>
      <w:r>
        <w:rPr>
          <w:b/>
        </w:rPr>
        <w:t>Alfabéticos:</w:t>
      </w:r>
      <w:r>
        <w:rPr>
          <w:b w:val="0"/>
        </w:rPr>
        <w:t xml:space="preserve"> escriben su parte y revisan las tiras de dos equipos con dos preguntas: ¿tiene precio? ¿se lee?</w:t>
      </w:r>
    </w:p>
    <w:p>
      <w:pPr>
        <w:pStyle w:val="ListBullet"/>
      </w:pPr>
      <w:r>
        <w:rPr>
          <w:b w:val="0"/>
        </w:rPr>
        <w:t>Todos completan el reactivo 7 de la Ficha 1.</w:t>
      </w:r>
    </w:p>
    <w:p>
      <w:r>
        <w:rPr>
          <w:b/>
        </w:rPr>
        <w:t>Cierre (10 min):</w:t>
      </w:r>
      <w:r>
        <w:rPr>
          <w:b w:val="0"/>
        </w:rPr>
        <w:t xml:space="preserve"> unan las tiras en el pizarrón para formar la lista completa. Léanla en coro mientras tú señalas.</w:t>
      </w:r>
    </w:p>
    <w:p>
      <w:r>
        <w:rPr>
          <w:b/>
        </w:rPr>
        <w:t>Evidencia:</w:t>
      </w:r>
      <w:r>
        <w:rPr>
          <w:b w:val="0"/>
        </w:rPr>
        <w:t xml:space="preserve"> borrador de la lista de precios y Ficha 1 completa.</w:t>
      </w:r>
    </w:p>
    <w:p>
      <w:r>
        <w:rPr>
          <w:b/>
        </w:rPr>
        <w:t>Si no sale:</w:t>
      </w:r>
      <w:r>
        <w:rPr>
          <w:b w:val="0"/>
        </w:rPr>
        <w:t xml:space="preserve"> si no llegan a un acuerdo sobre qué vender, tú propones dos opciones por producto y votan. Anota quién no participó para darle un rol el jueves.</w:t>
      </w:r>
    </w:p>
    <w:p>
      <w:pPr>
        <w:pStyle w:val="Heading2"/>
      </w:pPr>
      <w:r>
        <w:t>Sesión 6. Martes 2 de febrero. ¿Cuánto pago? (60 min)</w:t>
      </w:r>
    </w:p>
    <w:p>
      <w:r>
        <w:rPr>
          <w:b/>
        </w:rPr>
        <w:t>Propósito:</w:t>
      </w:r>
      <w:r>
        <w:rPr>
          <w:b w:val="0"/>
        </w:rPr>
        <w:t xml:space="preserve"> sumar el precio de dos productos con monedas, dibujos o la tabla del 100, y explicar cómo lo hizo.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Dramatiza: compras un pan de $5 y un jugo de $9. Pregunta: ¿Cuánto pago?</w:t>
      </w:r>
    </w:p>
    <w:p>
      <w:pPr>
        <w:pStyle w:val="ListBullet"/>
      </w:pPr>
      <w:r>
        <w:rPr>
          <w:b w:val="0"/>
        </w:rPr>
        <w:t>Recoge tres estrategias y escríbelas: contar todo con monedas, contar desde el 9 («10, 11, 12, 13, 14») y saltar en la tabla del 100.</w:t>
      </w:r>
    </w:p>
    <w:p>
      <w:r>
        <w:rPr>
          <w:b/>
        </w:rPr>
        <w:t>Desarrollo (40 min):</w:t>
      </w:r>
      <w:r>
        <w:rPr>
          <w:b w:val="0"/>
        </w:rPr>
        <w:t xml:space="preserve"> reparte tarjetas de compra con dos productos de la lista de precios.</w:t>
      </w:r>
    </w:p>
    <w:p>
      <w:pPr>
        <w:pStyle w:val="ListBullet"/>
      </w:pPr>
      <w:r>
        <w:rPr>
          <w:b/>
        </w:rPr>
        <w:t>Nivel 1:</w:t>
      </w:r>
      <w:r>
        <w:rPr>
          <w:b w:val="0"/>
        </w:rPr>
        <w:t xml:space="preserve"> compras con total hasta 20, usando monedas de $1 y $5. Cuentan con monedas o dedos.</w:t>
      </w:r>
    </w:p>
    <w:p>
      <w:pPr>
        <w:pStyle w:val="ListBullet"/>
      </w:pPr>
      <w:r>
        <w:rPr>
          <w:b/>
        </w:rPr>
        <w:t>Nivel 2:</w:t>
      </w:r>
      <w:r>
        <w:rPr>
          <w:b w:val="0"/>
        </w:rPr>
        <w:t xml:space="preserve"> compras hasta 50. Juntan primero las monedas de $10 y luego las de $1.</w:t>
      </w:r>
    </w:p>
    <w:p>
      <w:pPr>
        <w:pStyle w:val="ListBullet"/>
      </w:pPr>
      <w:r>
        <w:rPr>
          <w:b/>
        </w:rPr>
        <w:t>Nivel 3:</w:t>
      </w:r>
      <w:r>
        <w:rPr>
          <w:b w:val="0"/>
        </w:rPr>
        <w:t xml:space="preserve"> compras de tres productos hasta 100. Registran con números y comprueban en la tabla del 100.</w:t>
      </w:r>
    </w:p>
    <w:p>
      <w:pPr>
        <w:pStyle w:val="ListBullet"/>
      </w:pPr>
      <w:r>
        <w:rPr>
          <w:b w:val="0"/>
        </w:rPr>
        <w:t>Todos anotan en el cuaderno cuatro compras: «Compré... Pagué...».</w:t>
      </w:r>
    </w:p>
    <w:p>
      <w:pPr>
        <w:pStyle w:val="ListBullet"/>
      </w:pPr>
      <w:r>
        <w:rPr>
          <w:b w:val="0"/>
        </w:rPr>
        <w:t>Rotación: 15 min con el nivel 1, 15 con el nivel 2, 10 con el nivel 3.</w:t>
      </w:r>
    </w:p>
    <w:p>
      <w:r>
        <w:rPr>
          <w:b/>
        </w:rPr>
        <w:t>Cierre (10 min):</w:t>
      </w:r>
      <w:r>
        <w:rPr>
          <w:b w:val="0"/>
        </w:rPr>
        <w:t xml:space="preserve"> dos niños explican su estrategia en el pizarrón. Escribe la frase de cada uno, por ejemplo «Junté las de diez primero».</w:t>
      </w:r>
    </w:p>
    <w:p>
      <w:r>
        <w:rPr>
          <w:b/>
        </w:rPr>
        <w:t>Evidencia:</w:t>
      </w:r>
      <w:r>
        <w:rPr>
          <w:b w:val="0"/>
        </w:rPr>
        <w:t xml:space="preserve"> registro de cuatro compras en el cuaderno.</w:t>
      </w:r>
    </w:p>
    <w:p>
      <w:r>
        <w:rPr>
          <w:b/>
        </w:rPr>
        <w:t>Si no sale:</w:t>
      </w:r>
      <w:r>
        <w:rPr>
          <w:b w:val="0"/>
        </w:rPr>
        <w:t xml:space="preserve"> si suman los dígitos sin sentido (dicen que 23 + 14 es 10), vuelvan a las monedas: primero las de $10, luego las de $1, y lean el total.</w:t>
      </w:r>
    </w:p>
    <w:p>
      <w:pPr>
        <w:pStyle w:val="Heading2"/>
      </w:pPr>
      <w:r>
        <w:t>Sesión 7. Miércoles 3 de febrero. El recado para comprar (60 min)</w:t>
      </w:r>
    </w:p>
    <w:p>
      <w:r>
        <w:rPr>
          <w:b/>
        </w:rPr>
        <w:t>Propósito:</w:t>
      </w:r>
      <w:r>
        <w:rPr>
          <w:b w:val="0"/>
        </w:rPr>
        <w:t xml:space="preserve"> leer un recado, identificar para quién es, quién lo manda y qué pide, y escribir uno para comprar en la tiendita.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Lee en voz alta un recado escrito en cartulina: «Luisa: Ve a la tiendita y compra un pan y un agua. Te doy 20 pesos. Tu abuela.»</w:t>
      </w:r>
    </w:p>
    <w:p>
      <w:pPr>
        <w:pStyle w:val="ListBullet"/>
      </w:pPr>
      <w:r>
        <w:rPr>
          <w:b w:val="0"/>
        </w:rPr>
        <w:t>Pregunta: ¿Para quién es? ¿Quién lo escribió? ¿Qué pide? ¿Cuánto dinero le da?</w:t>
      </w:r>
    </w:p>
    <w:p>
      <w:pPr>
        <w:pStyle w:val="ListBullet"/>
      </w:pPr>
      <w:r>
        <w:rPr>
          <w:b w:val="0"/>
        </w:rPr>
        <w:t>Encierra cada parte con un color distinto.</w:t>
      </w:r>
    </w:p>
    <w:p>
      <w:r>
        <w:rPr>
          <w:b/>
        </w:rPr>
        <w:t>Desarrollo (40 min):</w:t>
      </w:r>
      <w:r>
        <w:rPr>
          <w:b w:val="0"/>
        </w:rPr>
        <w:t xml:space="preserve"> Ficha 3, «El recado para la tiendita».</w:t>
      </w:r>
    </w:p>
    <w:p>
      <w:pPr>
        <w:pStyle w:val="ListBullet"/>
      </w:pPr>
      <w:r>
        <w:rPr>
          <w:b/>
        </w:rPr>
        <w:t>Todo el grupo (10 min).</w:t>
      </w:r>
      <w:r>
        <w:rPr>
          <w:b w:val="0"/>
        </w:rPr>
        <w:t xml:space="preserve"> Lectura compartida del recado y la lista de la ficha. Tú lees y ellos siguen con el dedo.</w:t>
      </w:r>
    </w:p>
    <w:p>
      <w:pPr>
        <w:pStyle w:val="ListBullet"/>
      </w:pPr>
      <w:r>
        <w:rPr>
          <w:b/>
        </w:rPr>
        <w:t>Por nivel (30 min).</w:t>
      </w:r>
    </w:p>
    <w:p>
      <w:pPr>
        <w:pStyle w:val="ListBullet"/>
      </w:pPr>
      <w:r>
        <w:rPr>
          <w:b/>
        </w:rPr>
        <w:t>Presilábicos, contigo:</w:t>
      </w:r>
      <w:r>
        <w:rPr>
          <w:b w:val="0"/>
        </w:rPr>
        <w:t xml:space="preserve"> leen señalando y encierran los productos en la lista. Escriben su recado copiando palabras de la lista de precios del salón y firman con su nombre.</w:t>
      </w:r>
    </w:p>
    <w:p>
      <w:pPr>
        <w:pStyle w:val="ListBullet"/>
      </w:pPr>
      <w:r>
        <w:rPr>
          <w:b/>
        </w:rPr>
        <w:t>Silábicos, en parejas:</w:t>
      </w:r>
      <w:r>
        <w:rPr>
          <w:b w:val="0"/>
        </w:rPr>
        <w:t xml:space="preserve"> resuelven los reactivos 1 a 6 y escriben su recado con el banco de palabras.</w:t>
      </w:r>
    </w:p>
    <w:p>
      <w:pPr>
        <w:pStyle w:val="ListBullet"/>
      </w:pPr>
      <w:r>
        <w:rPr>
          <w:b/>
        </w:rPr>
        <w:t>Alfabéticos:</w:t>
      </w:r>
      <w:r>
        <w:rPr>
          <w:b w:val="0"/>
        </w:rPr>
        <w:t xml:space="preserve"> resuelven la ficha completa, escriben su recado e intercambian con un compañero para revisar que tenga las tres partes.</w:t>
      </w:r>
    </w:p>
    <w:p>
      <w:r>
        <w:rPr>
          <w:b/>
        </w:rPr>
        <w:t>Cierre (10 min):</w:t>
      </w:r>
      <w:r>
        <w:rPr>
          <w:b w:val="0"/>
        </w:rPr>
        <w:t xml:space="preserve"> cada niño revisa su recado: ¿dice para quién es? ¿qué compro? ¿quién lo manda? Lo guarda en su sobre para el viernes.</w:t>
      </w:r>
    </w:p>
    <w:p>
      <w:r>
        <w:rPr>
          <w:b/>
        </w:rPr>
        <w:t>Evidencia:</w:t>
      </w:r>
      <w:r>
        <w:rPr>
          <w:b w:val="0"/>
        </w:rPr>
        <w:t xml:space="preserve"> Ficha 3 y recado propio.</w:t>
      </w:r>
    </w:p>
    <w:p>
      <w:r>
        <w:rPr>
          <w:b/>
        </w:rPr>
        <w:t>Si no sale:</w:t>
      </w:r>
      <w:r>
        <w:rPr>
          <w:b w:val="0"/>
        </w:rPr>
        <w:t xml:space="preserve"> si escriben solo la lista de productos, dibuja en el pizarrón el esqueleto del recado con tres huecos: «Para:», «Compra:», «Lo manda:». Escriban uno juntos antes de que cada quien haga el suyo.</w:t>
      </w:r>
    </w:p>
    <w:p>
      <w:pPr>
        <w:pStyle w:val="Heading2"/>
      </w:pPr>
      <w:r>
        <w:t>Sesión 8. Jueves 4 de febrero, antes del recreo. ¿Cuánto me sobra? (60 min)</w:t>
      </w:r>
    </w:p>
    <w:p>
      <w:r>
        <w:rPr>
          <w:b/>
        </w:rPr>
        <w:t>Propósito:</w:t>
      </w:r>
      <w:r>
        <w:rPr>
          <w:b w:val="0"/>
        </w:rPr>
        <w:t xml:space="preserve"> calcular el cambio al pagar con $10, $20 o $50, contando hacia adelante desde el precio hasta lo que se pagó.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Tú eres la cajera. Un niño compra una manzana de $3 y paga con $10.</w:t>
      </w:r>
    </w:p>
    <w:p>
      <w:pPr>
        <w:pStyle w:val="ListBullet"/>
      </w:pPr>
      <w:r>
        <w:rPr>
          <w:b w:val="0"/>
        </w:rPr>
        <w:t>Cuenta en voz alta desde el precio mientras pones monedas de $1 en su mano: «3... 4, 5, 6, 7, 8, 9, 10». Son 7 monedas, entonces le sobran 7 pesos.</w:t>
      </w:r>
    </w:p>
    <w:p>
      <w:pPr>
        <w:pStyle w:val="ListBullet"/>
      </w:pPr>
      <w:r>
        <w:rPr>
          <w:b w:val="0"/>
        </w:rPr>
        <w:t>Escribe 10 menos 3 igual a 7.</w:t>
      </w:r>
    </w:p>
    <w:p>
      <w:r>
        <w:rPr>
          <w:b/>
        </w:rPr>
        <w:t>Desarrollo (40 min):</w:t>
      </w:r>
      <w:r>
        <w:rPr>
          <w:b w:val="0"/>
        </w:rPr>
        <w:t xml:space="preserve"> juego de la caja en parejas: uno compra con la lista de precios y el otro cobra; luego cambian. Anotan en el cuaderno: «Compré... Pagué con... Me sobró...».</w:t>
      </w:r>
    </w:p>
    <w:p>
      <w:pPr>
        <w:pStyle w:val="ListBullet"/>
      </w:pPr>
      <w:r>
        <w:rPr>
          <w:b/>
        </w:rPr>
        <w:t>Nivel 1:</w:t>
      </w:r>
      <w:r>
        <w:rPr>
          <w:b w:val="0"/>
        </w:rPr>
        <w:t xml:space="preserve"> paga con $10 productos de hasta $9.</w:t>
      </w:r>
    </w:p>
    <w:p>
      <w:pPr>
        <w:pStyle w:val="ListBullet"/>
      </w:pPr>
      <w:r>
        <w:rPr>
          <w:b/>
        </w:rPr>
        <w:t>Nivel 2:</w:t>
      </w:r>
      <w:r>
        <w:rPr>
          <w:b w:val="0"/>
        </w:rPr>
        <w:t xml:space="preserve"> paga con $20 uno o dos productos.</w:t>
      </w:r>
    </w:p>
    <w:p>
      <w:pPr>
        <w:pStyle w:val="ListBullet"/>
      </w:pPr>
      <w:r>
        <w:rPr>
          <w:b/>
        </w:rPr>
        <w:t>Nivel 3:</w:t>
      </w:r>
      <w:r>
        <w:rPr>
          <w:b w:val="0"/>
        </w:rPr>
        <w:t xml:space="preserve"> paga con $50 dos o tres productos y comprueba el cambio sumando.</w:t>
      </w:r>
    </w:p>
    <w:p>
      <w:pPr>
        <w:pStyle w:val="ListBullet"/>
      </w:pPr>
      <w:r>
        <w:rPr>
          <w:b w:val="0"/>
        </w:rPr>
        <w:t>Rotación: 15 min con el nivel 1, 15 con el nivel 2, 10 revisando registros.</w:t>
      </w:r>
    </w:p>
    <w:p>
      <w:r>
        <w:rPr>
          <w:b/>
        </w:rPr>
        <w:t>Cierre (10 min):</w:t>
      </w:r>
      <w:r>
        <w:rPr>
          <w:b w:val="0"/>
        </w:rPr>
        <w:t xml:space="preserve"> problema común: Pedro tiene $20, compra un pan de $5 y una leche de $12. ¿Le alcanza para un jugo de $9? Discutan y comprueben con monedas.</w:t>
      </w:r>
    </w:p>
    <w:p>
      <w:r>
        <w:rPr>
          <w:b/>
        </w:rPr>
        <w:t>Evidencia:</w:t>
      </w:r>
      <w:r>
        <w:rPr>
          <w:b w:val="0"/>
        </w:rPr>
        <w:t xml:space="preserve"> registro de tres compras con cambio.</w:t>
      </w:r>
    </w:p>
    <w:p>
      <w:r>
        <w:rPr>
          <w:b/>
        </w:rPr>
        <w:t>Si no sale:</w:t>
      </w:r>
      <w:r>
        <w:rPr>
          <w:b w:val="0"/>
        </w:rPr>
        <w:t xml:space="preserve"> si no logran dar el cambio, marca con cinta en el piso una recta del 0 al 10. Que salten desde el precio hasta el 10 contando los saltos. Al día siguiente, repasa en el conteo del día.</w:t>
      </w:r>
    </w:p>
    <w:p>
      <w:pPr>
        <w:pStyle w:val="Heading2"/>
      </w:pPr>
      <w:r>
        <w:t>Sesión 9. Jueves 4 de febrero, después del recreo. Acuerdos y montaje de la tiendita (60 min)</w:t>
      </w:r>
    </w:p>
    <w:p>
      <w:r>
        <w:rPr>
          <w:b/>
        </w:rPr>
        <w:t>Propósito:</w:t>
      </w:r>
      <w:r>
        <w:rPr>
          <w:b w:val="0"/>
        </w:rPr>
        <w:t xml:space="preserve"> reconocer los trabajos de una tienda, construir acuerdos de convivencia y montar la tiendita con letreros y lista de precios.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Pregunta: ¿Quiénes trabajan para que la tienda de la esquina funcione? Recoge: el dueño, quien cobra, quien acomoda, quien trae los productos.</w:t>
      </w:r>
    </w:p>
    <w:p>
      <w:pPr>
        <w:pStyle w:val="ListBullet"/>
      </w:pPr>
      <w:r>
        <w:rPr>
          <w:b w:val="0"/>
        </w:rPr>
        <w:t>Pregunta también: ¿Qué hace un buen vendedor? ¿Y un buen comprador?</w:t>
      </w:r>
    </w:p>
    <w:p>
      <w:pPr>
        <w:pStyle w:val="ListBullet"/>
      </w:pPr>
      <w:r>
        <w:rPr>
          <w:b w:val="0"/>
        </w:rPr>
        <w:t>Si te regresan cambio de más, ¿qué haces? Escucha respuestas y lleguen a la idea de honestidad.</w:t>
      </w:r>
    </w:p>
    <w:p>
      <w:r>
        <w:rPr>
          <w:b/>
        </w:rPr>
        <w:t>Desarrollo (40 min):</w:t>
      </w:r>
    </w:p>
    <w:p>
      <w:pPr>
        <w:pStyle w:val="ListBullet"/>
      </w:pPr>
      <w:r>
        <w:rPr>
          <w:b/>
        </w:rPr>
        <w:t>Todo el grupo (15 min).</w:t>
      </w:r>
      <w:r>
        <w:rPr>
          <w:b w:val="0"/>
        </w:rPr>
        <w:t xml:space="preserve"> Escriban por dictado los acuerdos de la tiendita en cartulina: «Hacemos fila», «Esperamos turno», «Contamos bien el cambio», «Cuidamos los productos», «Decimos por favor y gracias». Cada niño firma con su nombre.</w:t>
      </w:r>
    </w:p>
    <w:p>
      <w:pPr>
        <w:pStyle w:val="ListBullet"/>
      </w:pPr>
      <w:r>
        <w:rPr>
          <w:b/>
        </w:rPr>
        <w:t>Cinco equipos de 5 (25 min).</w:t>
      </w:r>
      <w:r>
        <w:rPr>
          <w:b w:val="0"/>
        </w:rPr>
        <w:t xml:space="preserve"> Reparte los 6 presilábicos para que haya uno o dos por equipo. Cada equipo tiene una tarea:</w:t>
      </w:r>
    </w:p>
    <w:p>
      <w:pPr>
        <w:pStyle w:val="ListBullet"/>
      </w:pPr>
      <w:r>
        <w:rPr>
          <w:b w:val="0"/>
        </w:rPr>
        <w:t>(1) Colocar letreros a la altura de los ojos.</w:t>
      </w:r>
    </w:p>
    <w:p>
      <w:pPr>
        <w:pStyle w:val="ListBullet"/>
      </w:pPr>
      <w:r>
        <w:rPr>
          <w:b w:val="0"/>
        </w:rPr>
        <w:t>(2) Acomodar productos con su etiqueta de precio.</w:t>
      </w:r>
    </w:p>
    <w:p>
      <w:pPr>
        <w:pStyle w:val="ListBullet"/>
      </w:pPr>
      <w:r>
        <w:rPr>
          <w:b w:val="0"/>
        </w:rPr>
        <w:t>(3) Armar las dos cajas registradoras: cajas de zapatos con divisiones y monedas separadas por valor.</w:t>
      </w:r>
    </w:p>
    <w:p>
      <w:pPr>
        <w:pStyle w:val="ListBullet"/>
      </w:pPr>
      <w:r>
        <w:rPr>
          <w:b w:val="0"/>
        </w:rPr>
        <w:t>(4) Pasar en limpio la lista de precios en cartulina. Los alfabéticos escriben; los demás dibujan los productos.</w:t>
      </w:r>
    </w:p>
    <w:p>
      <w:pPr>
        <w:pStyle w:val="ListBullet"/>
      </w:pPr>
      <w:r>
        <w:rPr>
          <w:b w:val="0"/>
        </w:rPr>
        <w:t>(5) Marcar la fila en el piso con cinta y hacer tarjetas de turno del 1 al 25.</w:t>
      </w:r>
    </w:p>
    <w:p>
      <w:r>
        <w:rPr>
          <w:b/>
        </w:rPr>
        <w:t>Cierre (10 min):</w:t>
      </w:r>
      <w:r>
        <w:rPr>
          <w:b w:val="0"/>
        </w:rPr>
        <w:t xml:space="preserve"> ensayen frente al grupo una compra completa, con recado, pago y cambio. Ajusten lo que no funcione.</w:t>
      </w:r>
    </w:p>
    <w:p>
      <w:r>
        <w:rPr>
          <w:b/>
        </w:rPr>
        <w:t>Evidencia:</w:t>
      </w:r>
      <w:r>
        <w:rPr>
          <w:b w:val="0"/>
        </w:rPr>
        <w:t xml:space="preserve"> acuerdos firmados y tiendita montada.</w:t>
      </w:r>
    </w:p>
    <w:p>
      <w:r>
        <w:rPr>
          <w:b/>
        </w:rPr>
        <w:t>Si no sale:</w:t>
      </w:r>
      <w:r>
        <w:rPr>
          <w:b w:val="0"/>
        </w:rPr>
        <w:t xml:space="preserve"> si un equipo no termina, termina en los primeros 10 min del viernes mientras los demás repasan su recado.</w:t>
      </w:r>
    </w:p>
    <w:p>
      <w:pPr>
        <w:pStyle w:val="Heading2"/>
      </w:pPr>
      <w:r>
        <w:t>Sesión 10. Viernes 5 de febrero. Abrimos la tiendita (90 min)</w:t>
      </w:r>
    </w:p>
    <w:p>
      <w:r>
        <w:rPr>
          <w:b/>
        </w:rPr>
        <w:t>Propósito:</w:t>
      </w:r>
      <w:r>
        <w:rPr>
          <w:b w:val="0"/>
        </w:rPr>
        <w:t xml:space="preserve"> comprar y vender en la tiendita usando el recado, la lista de precios y las monedas, y reflexionar sobre lo aprendido.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Lean juntos los acuerdos.</w:t>
      </w:r>
    </w:p>
    <w:p>
      <w:pPr>
        <w:pStyle w:val="ListBullet"/>
      </w:pPr>
      <w:r>
        <w:rPr>
          <w:b w:val="0"/>
        </w:rPr>
        <w:t>Explica los turnos con la lista de roles en el pizarrón. Hay tres turnos de 20 min.</w:t>
      </w:r>
    </w:p>
    <w:p>
      <w:pPr>
        <w:pStyle w:val="ListBullet"/>
      </w:pPr>
      <w:r>
        <w:rPr>
          <w:b w:val="0"/>
        </w:rPr>
        <w:t>En cada turno trabajan 8 o 9 tenderos: 2 cajeros, 4 vendedores, 1 acomodador y 1 encargado de la fila. Todos los demás son compradores.</w:t>
      </w:r>
    </w:p>
    <w:p>
      <w:pPr>
        <w:pStyle w:val="ListBullet"/>
      </w:pPr>
      <w:r>
        <w:rPr>
          <w:b w:val="0"/>
        </w:rPr>
        <w:t>Cada niño es tendero una vez y comprador dos veces.</w:t>
      </w:r>
    </w:p>
    <w:p>
      <w:r>
        <w:rPr>
          <w:b/>
        </w:rPr>
        <w:t>Desarrollo (65 min):</w:t>
      </w:r>
      <w:r>
        <w:rPr>
          <w:b w:val="0"/>
        </w:rPr>
        <w:t xml:space="preserve"> tres turnos de 20 min, con 5 min para cambiar roles.</w:t>
      </w:r>
    </w:p>
    <w:p>
      <w:pPr>
        <w:pStyle w:val="ListBullet"/>
      </w:pPr>
      <w:r>
        <w:rPr>
          <w:b w:val="0"/>
        </w:rPr>
        <w:t>Los compradores pasan en grupos de 6 con su tarjeta de turno, su recado y su bolsita de dinero. Los que esperan revisan su recado o anotan en su lugar la compra anterior: «Compré... Pagué... Me sobró...».</w:t>
      </w:r>
    </w:p>
    <w:p>
      <w:pPr>
        <w:pStyle w:val="ListBullet"/>
      </w:pPr>
      <w:r>
        <w:rPr>
          <w:b/>
        </w:rPr>
        <w:t>Presilábicos y nivel 1:</w:t>
      </w:r>
      <w:r>
        <w:rPr>
          <w:b w:val="0"/>
        </w:rPr>
        <w:t xml:space="preserve"> compran con un recado de un producto y pagan con $10.</w:t>
      </w:r>
    </w:p>
    <w:p>
      <w:pPr>
        <w:pStyle w:val="ListBullet"/>
      </w:pPr>
      <w:r>
        <w:rPr>
          <w:b/>
        </w:rPr>
        <w:t>Nivel 2:</w:t>
      </w:r>
      <w:r>
        <w:rPr>
          <w:b w:val="0"/>
        </w:rPr>
        <w:t xml:space="preserve"> compran dos productos con $20.</w:t>
      </w:r>
    </w:p>
    <w:p>
      <w:pPr>
        <w:pStyle w:val="ListBullet"/>
      </w:pPr>
      <w:r>
        <w:rPr>
          <w:b/>
        </w:rPr>
        <w:t>Nivel 3:</w:t>
      </w:r>
      <w:r>
        <w:rPr>
          <w:b w:val="0"/>
        </w:rPr>
        <w:t xml:space="preserve"> compran tres productos con $50 y revisan el cambio que les dan.</w:t>
      </w:r>
    </w:p>
    <w:p>
      <w:pPr>
        <w:pStyle w:val="ListBullet"/>
      </w:pPr>
      <w:r>
        <w:rPr>
          <w:b w:val="0"/>
        </w:rPr>
        <w:t>Tú observas a 8 alumnos por turno y anotas en la lista de cotejo del producto final.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Siéntense en círculo. Pregunta: ¿Qué compraste? ¿Te alcanzó? ¿Qué fue lo más difícil? ¿Cómo nos ayudaron los acuerdos?</w:t>
      </w:r>
    </w:p>
    <w:p>
      <w:pPr>
        <w:pStyle w:val="ListBullet"/>
      </w:pPr>
      <w:r>
        <w:rPr>
          <w:b w:val="0"/>
        </w:rPr>
        <w:t>Cada niño marca en una tira su autoevaluación: ☐ Pagué bien ☐ Revisé mi cambio ☐ Respeté mi turno.</w:t>
      </w:r>
    </w:p>
    <w:p>
      <w:r>
        <w:rPr>
          <w:b/>
        </w:rPr>
        <w:t>Evidencia:</w:t>
      </w:r>
      <w:r>
        <w:rPr>
          <w:b w:val="0"/>
        </w:rPr>
        <w:t xml:space="preserve"> tiras de registro de compras, autoevaluación y lista de cotejo del producto final.</w:t>
      </w:r>
    </w:p>
    <w:p>
      <w:r>
        <w:rPr>
          <w:b/>
        </w:rPr>
        <w:t>Si no sale:</w:t>
      </w:r>
      <w:r>
        <w:rPr>
          <w:b w:val="0"/>
        </w:rPr>
        <w:t xml:space="preserve"> si se desordena, usa la señal de pausa: apagas y prendes la luz y levantas la mano. Esta señal visual también la ve la alumna con hipoacusia. Baja a 4 compradores por grupo.</w:t>
      </w:r>
    </w:p>
    <w:p>
      <w:r>
        <w:rPr>
          <w:b w:val="0"/>
        </w:rPr>
        <w:t>El examen de cierre se aplica el viernes 5 en el bloque de práctica, o el lunes 8 en dos partes de 20 min.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Tu grupo es solo de 1°. La diferenciación es por nivel de escritura y por nivel de cálculo. Un mismo niño puede ser presilábico en escritura y nivel 3 en cálculo: agrúpalo según la actividad.</w:t>
      </w:r>
    </w:p>
    <w:p>
      <w:r>
        <w:rPr>
          <w:b/>
        </w:rPr>
        <w:t>Escritura (Lenguajes)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Actividad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Presilábicos (6 alumnos)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Silábicos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Alfabéticos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Letrero (sesión 4)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Forman el nombre del producto con letras móviles copiando del banco de palabras, lo pasan a la ficha y señalan dónde dice. Trabajan contigo.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Escriben su letrero con banco de palabras, en pareja con un alfabético. Completan letras con tu pregunta: ¿qué le falta?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Escriben sin banco y revisan nombre, precio y signo de pesos.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Lista de precios (sesión 5)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Pegan el dibujo del producto, copian el nombre de los letreros y escriben el precio.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Escriben producto y precio con banco y revisan con un alfabético.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Escriben su parte y revisan las tiras de dos equipos.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Recado (sesión 7)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Encierran productos en la lista. Copian palabras para su recado y firman con su nombre.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3, reactivos 1 a 6. Recado con banco de palabras.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3 completa. Recado propio revisado por un compañero.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Tiendita (sesión 10)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Recado de un producto. Leen la lista señalando el dibujo.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Recado de dos productos.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Recado de tres productos. Ayudan a leer la lista a quien lo pida.</w:t>
            </w:r>
          </w:p>
        </w:tc>
      </w:tr>
    </w:tbl>
    <w:p/>
    <w:p>
      <w:r>
        <w:rPr>
          <w:b/>
        </w:rPr>
        <w:t>Cálculo (Saberes y pensamiento científico)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Actividad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Nivel 1 (cuenta hasta 30)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Nivel 2 (cuenta hasta 60)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Nivel 3 (cuenta hasta 100)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Monedas (sesión 2)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Monedas de $1 y $5. Juntan 10 pesos de dos formas.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Las cuatro monedas. Juntan 20 pesos de tres formas.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Juntan 50 pesos con el menor número de monedas.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Precios (sesión 3)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2, reactivos 1, 2 y 5, con monedas en la mesa.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 completa.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 completa e inventan y ordenan cinco precios hasta 100.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Suma (sesión 6)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Totales hasta 20.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Totales hasta 50.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Tres productos, hasta 100.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Cambio (sesión 8)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Pagan con $10.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Pagan con $20.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Pagan con $50 y comprueban sumando.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Tiendita (sesión 10)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 producto con $10.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Dos productos con $20.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Tres productos con $50.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Diagnóstica (sesiones 1 y 2)</w:t>
      </w:r>
    </w:p>
    <w:p>
      <w:pPr>
        <w:pStyle w:val="ListBullet"/>
      </w:pPr>
      <w:r>
        <w:rPr>
          <w:b w:val="0"/>
        </w:rPr>
        <w:t>Escritura: dictado de galletas, leche, pan, sal y «Compro pan en la tienda». Registra el nivel de cada alumno.</w:t>
      </w:r>
    </w:p>
    <w:p>
      <w:pPr>
        <w:pStyle w:val="ListBullet"/>
      </w:pPr>
      <w:r>
        <w:rPr>
          <w:b w:val="0"/>
        </w:rPr>
        <w:t>Cálculo: conteo oral hasta donde llegue y contar 15 monedas de $1. Con esto armas los grupos de las demás sesiones.</w:t>
      </w:r>
    </w:p>
    <w:p>
      <w:r>
        <w:rPr>
          <w:b/>
        </w:rPr>
        <w:t>Formativa (todas las sesiones)</w:t>
      </w:r>
    </w:p>
    <w:p>
      <w:pPr>
        <w:pStyle w:val="ListBullet"/>
      </w:pPr>
      <w:r>
        <w:rPr>
          <w:b w:val="0"/>
        </w:rPr>
        <w:t>Cada sesión deja una evidencia (ver arriba).</w:t>
      </w:r>
    </w:p>
    <w:p>
      <w:pPr>
        <w:pStyle w:val="ListBullet"/>
      </w:pPr>
      <w:r>
        <w:rPr>
          <w:b w:val="0"/>
        </w:rPr>
        <w:t>Usa la lista de cotejo de cada ficha. Devuelve con una pregunta, no con una tacha: «¿Cuántas monedas de diez hay? Cuéntalas otra vez».</w:t>
      </w:r>
    </w:p>
    <w:p>
      <w:pPr>
        <w:pStyle w:val="ListBullet"/>
      </w:pPr>
      <w:r>
        <w:rPr>
          <w:b w:val="0"/>
        </w:rPr>
        <w:t>Al final de cada día, anota en tu cuaderno de registro a tres niños que avanzaron y a tres que necesitan tu mesa.</w:t>
      </w:r>
    </w:p>
    <w:p>
      <w:pPr>
        <w:pStyle w:val="ListBullet"/>
      </w:pPr>
      <w:r>
        <w:rPr>
          <w:b w:val="0"/>
        </w:rPr>
        <w:t>Vuelve a dictar las cuatro palabras el miércoles 3 para ver si alguien cambió de nivel.</w:t>
      </w:r>
    </w:p>
    <w:p>
      <w:r>
        <w:rPr>
          <w:b/>
        </w:rPr>
        <w:t>Sumativa (viernes 5)</w:t>
      </w:r>
    </w:p>
    <w:p>
      <w:pPr>
        <w:pStyle w:val="ListBullet"/>
      </w:pPr>
      <w:r>
        <w:rPr>
          <w:b w:val="0"/>
        </w:rPr>
        <w:t>Lista de cotejo del producto final (abajo).</w:t>
      </w:r>
    </w:p>
    <w:p>
      <w:pPr>
        <w:pStyle w:val="ListBullet"/>
      </w:pPr>
      <w:r>
        <w:rPr>
          <w:b w:val="0"/>
        </w:rPr>
        <w:t>Las tres fichas.</w:t>
      </w:r>
    </w:p>
    <w:p>
      <w:pPr>
        <w:pStyle w:val="ListBullet"/>
      </w:pPr>
      <w:r>
        <w:rPr>
          <w:b w:val="0"/>
        </w:rPr>
        <w:t>Examen de cierre.</w:t>
      </w:r>
    </w:p>
    <w:p>
      <w:r>
        <w:rPr>
          <w:b w:val="0"/>
        </w:rPr>
        <w:t>Si te piden un número, pondera así: producto final 40 %, fichas 30 % y examen 30 %.</w:t>
      </w:r>
    </w:p>
    <w:p>
      <w:r>
        <w:rPr>
          <w:b/>
        </w:rPr>
        <w:t>Lista de cotejo del producto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Observaciones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Participa en la escritura del letrero y de la lista según su nivel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Lee el precio de un producto en la lista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Paga con las monedas correctas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Calcula cuánto paga por dos productos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Revisa o da el cambio correcto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Usa su recado para comprar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Respeta acuerdos, turno y su rol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Elige al menos un producto de todos los días</w:t>
            </w:r>
          </w:p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  <w:tc>
          <w:tcPr>
            <w:tcW w:type="dxa" w:w="1994"/>
          </w:tcPr>
          <w:p>
            <w:r/>
          </w:p>
          <w:p/>
        </w:tc>
      </w:tr>
    </w:tbl>
    <w:p/>
    <w:p>
      <w:r>
        <w:rPr>
          <w:b w:val="0"/>
        </w:rPr>
        <w:t>L: logrado. EP: en proceso. NL: no logrado todavía.</w:t>
      </w:r>
    </w:p>
    <w:p>
      <w:pPr>
        <w:pStyle w:val="Heading1"/>
      </w:pPr>
      <w:r>
        <w:t>Materiales</w:t>
      </w:r>
    </w:p>
    <w:p>
      <w:r>
        <w:rPr>
          <w:b/>
        </w:rPr>
        <w:t>Fotocopias en blanco y negro</w:t>
      </w:r>
    </w:p>
    <w:p>
      <w:pPr>
        <w:pStyle w:val="ListBullet"/>
      </w:pPr>
      <w:r>
        <w:rPr>
          <w:b w:val="0"/>
        </w:rPr>
        <w:t>Ficha 1, Ficha 2 y Ficha 3: 25 de cada una.</w:t>
      </w:r>
    </w:p>
    <w:p>
      <w:pPr>
        <w:pStyle w:val="ListBullet"/>
      </w:pPr>
      <w:r>
        <w:rPr>
          <w:b w:val="0"/>
        </w:rPr>
        <w:t>Examen: 25.</w:t>
      </w:r>
    </w:p>
    <w:p>
      <w:pPr>
        <w:pStyle w:val="ListBullet"/>
      </w:pPr>
      <w:r>
        <w:rPr>
          <w:b w:val="0"/>
        </w:rPr>
        <w:t>Recadito a casa: 25.</w:t>
      </w:r>
    </w:p>
    <w:p>
      <w:pPr>
        <w:pStyle w:val="ListBullet"/>
      </w:pPr>
      <w:r>
        <w:rPr>
          <w:b w:val="0"/>
        </w:rPr>
        <w:t>Tiras de registro «Compré... Pagué... Me sobró...»: 75 (tres por alumno).</w:t>
      </w:r>
    </w:p>
    <w:p>
      <w:pPr>
        <w:pStyle w:val="ListBullet"/>
      </w:pPr>
      <w:r>
        <w:rPr>
          <w:b w:val="0"/>
        </w:rPr>
        <w:t>Tiras de autoevaluación: 25.</w:t>
      </w:r>
    </w:p>
    <w:p>
      <w:r>
        <w:rPr>
          <w:b/>
        </w:rPr>
        <w:t>Monedas y billetes de papel</w:t>
      </w:r>
    </w:p>
    <w:p>
      <w:pPr>
        <w:pStyle w:val="ListBullet"/>
      </w:pPr>
      <w:r>
        <w:rPr>
          <w:b w:val="0"/>
        </w:rPr>
        <w:t>Haz una hoja con círculos de 3 cm y escribe el valor en el centro: 10 de $1, 5 de $2, 4 de $5 y 5 de $10.</w:t>
      </w:r>
    </w:p>
    <w:p>
      <w:pPr>
        <w:pStyle w:val="ListBullet"/>
      </w:pPr>
      <w:r>
        <w:rPr>
          <w:b w:val="0"/>
        </w:rPr>
        <w:t>Agrega dos rectángulos con $20 y uno con $50.</w:t>
      </w:r>
    </w:p>
    <w:p>
      <w:pPr>
        <w:pStyle w:val="ListBullet"/>
      </w:pPr>
      <w:r>
        <w:rPr>
          <w:b w:val="0"/>
        </w:rPr>
        <w:t>Saca 13 copias (una por pareja) y 5 extra para las cajas registradoras.</w:t>
      </w:r>
    </w:p>
    <w:p>
      <w:pPr>
        <w:pStyle w:val="ListBullet"/>
      </w:pPr>
      <w:r>
        <w:rPr>
          <w:b w:val="0"/>
        </w:rPr>
        <w:t>Recórtalas el viernes 22 o pide ayuda a las familias.</w:t>
      </w:r>
    </w:p>
    <w:p>
      <w:r>
        <w:rPr>
          <w:b/>
        </w:rPr>
        <w:t>Otros materiales</w:t>
      </w:r>
    </w:p>
    <w:p>
      <w:pPr>
        <w:pStyle w:val="ListBullet"/>
      </w:pPr>
      <w:r>
        <w:rPr>
          <w:b w:val="0"/>
        </w:rPr>
        <w:t>25 bolsitas o sobres para el dinero de cada niño, y 25 sobres para los recados.</w:t>
      </w:r>
    </w:p>
    <w:p>
      <w:pPr>
        <w:pStyle w:val="ListBullet"/>
      </w:pPr>
      <w:r>
        <w:rPr>
          <w:b w:val="0"/>
        </w:rPr>
        <w:t>Envases vacíos y limpios: uno o dos por alumno, que traen de casa.</w:t>
      </w:r>
    </w:p>
    <w:p>
      <w:pPr>
        <w:pStyle w:val="ListBullet"/>
      </w:pPr>
      <w:r>
        <w:rPr>
          <w:b w:val="0"/>
        </w:rPr>
        <w:t>6 cartulinas, plumones gruesos negros, cinta adhesiva, etiquetas o tiras de papel para precios.</w:t>
      </w:r>
    </w:p>
    <w:p>
      <w:pPr>
        <w:pStyle w:val="ListBullet"/>
      </w:pPr>
      <w:r>
        <w:rPr>
          <w:b w:val="0"/>
        </w:rPr>
        <w:t>2 juegos de letras móviles para la mesa de presilábicos.</w:t>
      </w:r>
    </w:p>
    <w:p>
      <w:pPr>
        <w:pStyle w:val="ListBullet"/>
      </w:pPr>
      <w:r>
        <w:rPr>
          <w:b w:val="0"/>
        </w:rPr>
        <w:t>Tabla del 100 grande pegada en el pizarrón.</w:t>
      </w:r>
    </w:p>
    <w:p>
      <w:pPr>
        <w:pStyle w:val="ListBullet"/>
      </w:pPr>
      <w:r>
        <w:rPr>
          <w:b w:val="0"/>
        </w:rPr>
        <w:t>2 cajas de zapatos con divisiones (cajas registradoras).</w:t>
      </w:r>
    </w:p>
    <w:p>
      <w:pPr>
        <w:pStyle w:val="ListBullet"/>
      </w:pPr>
      <w:r>
        <w:rPr>
          <w:b w:val="0"/>
        </w:rPr>
        <w:t>Tarjetas de turno del 1 al 25 y una tarjeta grande de «turno para hablar».</w:t>
      </w:r>
    </w:p>
    <w:p>
      <w:pPr>
        <w:pStyle w:val="ListBullet"/>
      </w:pPr>
      <w:r>
        <w:rPr>
          <w:b w:val="0"/>
        </w:rPr>
        <w:t>Cinta de color para marcar la fila y la recta numérica en el piso.</w:t>
      </w:r>
    </w:p>
    <w:p>
      <w:pPr>
        <w:pStyle w:val="ListBullet"/>
      </w:pPr>
      <w:r>
        <w:rPr>
          <w:b w:val="0"/>
        </w:rPr>
        <w:t>Monedas reales tuyas para la sesión 2.</w:t>
      </w:r>
    </w:p>
    <w:p>
      <w:pPr>
        <w:pStyle w:val="ListBullet"/>
      </w:pPr>
      <w:r>
        <w:rPr>
          <w:b w:val="0"/>
        </w:rPr>
        <w:t>Foto impresa del letrero de una tienda cercana.</w:t>
      </w:r>
    </w:p>
    <w:p>
      <w:pPr>
        <w:pStyle w:val="Heading1"/>
      </w:pPr>
      <w:r>
        <w:t>Adecuaciones</w:t>
      </w:r>
    </w:p>
    <w:p>
      <w:r>
        <w:rPr>
          <w:b/>
        </w:rPr>
        <w:t>Seis alumnos presilábicos</w:t>
      </w:r>
    </w:p>
    <w:p>
      <w:pPr>
        <w:pStyle w:val="ListBullet"/>
      </w:pPr>
      <w:r>
        <w:rPr>
          <w:b w:val="0"/>
        </w:rPr>
        <w:t>Trabajan contigo en todas las tareas de escritura: 15 a 25 min en la sesión y 15 min en el bloque de grupo pequeño.</w:t>
      </w:r>
    </w:p>
    <w:p>
      <w:pPr>
        <w:pStyle w:val="ListBullet"/>
      </w:pPr>
      <w:r>
        <w:rPr>
          <w:b w:val="0"/>
        </w:rPr>
        <w:t>Siempre tienen modelo a la vista: banco de palabras con la primera letra resaltada, letreros ya pegados en la pared y la lista de precios con dibujos.</w:t>
      </w:r>
    </w:p>
    <w:p>
      <w:pPr>
        <w:pStyle w:val="ListBullet"/>
      </w:pPr>
      <w:r>
        <w:rPr>
          <w:b w:val="0"/>
        </w:rPr>
        <w:t>Primero forman con letras móviles y después escriben en la hoja.</w:t>
      </w:r>
    </w:p>
    <w:p>
      <w:pPr>
        <w:pStyle w:val="ListBullet"/>
      </w:pPr>
      <w:r>
        <w:rPr>
          <w:b w:val="0"/>
        </w:rPr>
        <w:t>Pídeles interpretar lo que escribieron: «Léeme con tu dedo, ¿dónde dice LECHE?».</w:t>
      </w:r>
    </w:p>
    <w:p>
      <w:pPr>
        <w:pStyle w:val="ListBullet"/>
      </w:pPr>
      <w:r>
        <w:rPr>
          <w:b w:val="0"/>
        </w:rPr>
        <w:t>Valora el avance, no la escritura convencional: que usen letras y no dibujos, que cambien las letras de una palabra a otra, que empiecen con la letra correcta.</w:t>
      </w:r>
    </w:p>
    <w:p>
      <w:pPr>
        <w:pStyle w:val="ListBullet"/>
      </w:pPr>
      <w:r>
        <w:rPr>
          <w:b w:val="0"/>
        </w:rPr>
        <w:t>Su nombre propio es su fuente de letras: «LUPE empieza como LECHE».</w:t>
      </w:r>
    </w:p>
    <w:p>
      <w:pPr>
        <w:pStyle w:val="ListBullet"/>
      </w:pPr>
      <w:r>
        <w:rPr>
          <w:b w:val="0"/>
        </w:rPr>
        <w:t>En los recados escriben un solo producto. Los precios los escriben con números, donde muchos de ellos ya se desempeñan bien.</w:t>
      </w:r>
    </w:p>
    <w:p>
      <w:r>
        <w:rPr>
          <w:b/>
        </w:rPr>
        <w:t>Alumna con hipoacusia leve</w:t>
      </w:r>
    </w:p>
    <w:p>
      <w:pPr>
        <w:pStyle w:val="ListBullet"/>
      </w:pPr>
      <w:r>
        <w:rPr>
          <w:b w:val="0"/>
        </w:rPr>
        <w:t>Siéntala al frente, a no más de dos metros, con la ventana a su espalda para que tu cara quede iluminada.</w:t>
      </w:r>
    </w:p>
    <w:p>
      <w:pPr>
        <w:pStyle w:val="ListBullet"/>
      </w:pPr>
      <w:r>
        <w:rPr>
          <w:b w:val="0"/>
        </w:rPr>
        <w:t>Háblale de frente. No des instrucciones mientras escribes en el pizarrón ni mientras caminas de espaldas.</w:t>
      </w:r>
    </w:p>
    <w:p>
      <w:pPr>
        <w:pStyle w:val="ListBullet"/>
      </w:pPr>
      <w:r>
        <w:rPr>
          <w:b w:val="0"/>
        </w:rPr>
        <w:t>Escribe cada instrucción en el pizarrón con una palabra clave y un número de paso. Pide que te la repita con sus palabras antes de empezar.</w:t>
      </w:r>
    </w:p>
    <w:p>
      <w:pPr>
        <w:pStyle w:val="ListBullet"/>
      </w:pPr>
      <w:r>
        <w:rPr>
          <w:b w:val="0"/>
        </w:rPr>
        <w:t>Usa la tarjeta de turno para hablar en las discusiones y la señal visual de pausa (luz y mano arriba).</w:t>
      </w:r>
    </w:p>
    <w:p>
      <w:pPr>
        <w:pStyle w:val="ListBullet"/>
      </w:pPr>
      <w:r>
        <w:rPr>
          <w:b w:val="0"/>
        </w:rPr>
        <w:t>En el dictado, que te vea la boca; si hace falta, repite la palabra una vez más.</w:t>
      </w:r>
    </w:p>
    <w:p>
      <w:pPr>
        <w:pStyle w:val="ListBullet"/>
      </w:pPr>
      <w:r>
        <w:rPr>
          <w:b w:val="0"/>
        </w:rPr>
        <w:t>Asígnale un compañero de apoyo que le avise los cambios de turno el día de la tiendita.</w:t>
      </w:r>
    </w:p>
    <w:p>
      <w:pPr>
        <w:pStyle w:val="ListBullet"/>
      </w:pPr>
      <w:r>
        <w:rPr>
          <w:b w:val="0"/>
        </w:rPr>
        <w:t>Pon su caja o su mesa de trabajo en la esquina más alejada del ruido de la fila.</w:t>
      </w:r>
    </w:p>
    <w:p>
      <w:pPr>
        <w:pStyle w:val="ListBullet"/>
      </w:pPr>
      <w:r>
        <w:rPr>
          <w:b w:val="0"/>
        </w:rPr>
        <w:t>En el examen, léele cada reactivo de frente y señala en su hoja el número del reactivo.</w:t>
      </w:r>
    </w:p>
    <w:p>
      <w:r>
        <w:rPr>
          <w:b/>
        </w:rPr>
        <w:t>Alumnos que terminan rápido (nivel 3 y alfabéticos)</w:t>
      </w:r>
    </w:p>
    <w:p>
      <w:pPr>
        <w:pStyle w:val="ListBullet"/>
      </w:pPr>
      <w:r>
        <w:rPr>
          <w:b w:val="0"/>
        </w:rPr>
        <w:t>Inventan problemas para la tarjeta de compra de sus compañeros.</w:t>
      </w:r>
    </w:p>
    <w:p>
      <w:pPr>
        <w:pStyle w:val="ListBullet"/>
      </w:pPr>
      <w:r>
        <w:rPr>
          <w:b w:val="0"/>
        </w:rPr>
        <w:t>Revisan la ortografía de los letreros.</w:t>
      </w:r>
    </w:p>
    <w:p>
      <w:pPr>
        <w:pStyle w:val="ListBullet"/>
      </w:pPr>
      <w:r>
        <w:rPr>
          <w:b w:val="0"/>
        </w:rPr>
        <w:t>Calculan cuánto dinero juntó la caja al final de un turno.</w:t>
      </w:r>
    </w:p>
    <w:p>
      <w:r>
        <w:rPr>
          <w:b/>
        </w:rPr>
        <w:t>Internet intermitente</w:t>
      </w:r>
    </w:p>
    <w:p>
      <w:pPr>
        <w:pStyle w:val="ListBullet"/>
      </w:pPr>
      <w:r>
        <w:rPr>
          <w:b w:val="0"/>
        </w:rPr>
        <w:t>Nada de este paquete necesita conexión.</w:t>
      </w:r>
    </w:p>
    <w:p>
      <w:pPr>
        <w:pStyle w:val="ListBullet"/>
      </w:pPr>
      <w:r>
        <w:rPr>
          <w:b w:val="0"/>
        </w:rPr>
        <w:t>Imprime antes la foto del letrero de una tienda cercana. Si no la tienes, dibújalo en el pizarrón.</w:t>
      </w:r>
    </w:p>
    <w:p/>
    <w:p>
      <w:r>
        <w:rPr>
          <w:sz w:val="16"/>
        </w:rPr>
        <w:t>Material gratuito de Didaula · https://didaula.com/planeaciones/1-grado/1-grado-la-tiendita-suma-y-resta/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