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Los animales de mi comunidad: hacemos nuestro libro de animales</w:t>
      </w:r>
    </w:p>
    <w:p>
      <w:r>
        <w:t>Planeación · 1° de primaria (fase 3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descripción de objetos, lugares y seres vivos; lectura compartida en voz alta; escritura colectiva por medio del dictado; escritura de nombres en la lengua materna. Saberes y pensamiento científico: características del entorno natural (animales de la comunidad: cómo son, qué comen y dónde viven); estudio de los números; construcción de la noción de suma y resta. Ética, naturaleza y sociedades: interacciones entre los animales y su entorno; respeto y cuidado de los seres vivos de la comunidad. De lo humano y lo comunitario: posibilidades cognitivas, expresivas, motrices, creativas y de relación; colaboración en un producto común.</w:t>
      </w:r>
    </w:p>
    <w:p>
      <w:r>
        <w:rPr>
          <w:b/>
        </w:rPr>
        <w:t>PDA:</w:t>
      </w:r>
      <w:r>
        <w:rPr>
          <w:b w:val="0"/>
        </w:rPr>
        <w:t xml:space="preserve"> Lenguajes: describe de manera oral animales de su comunidad (forma, tamaño, cubierta, sonido). Escucha la lectura en voz alta de un cuento, identifica personajes, problema y final, y lo vuelve a contar. Dicta a la maestra un cuento colectivo y revisa lo escrito cuando se lo leen. Escribe nombres de animales y una oración según su nivel de escritura, apoyándose en nombres conocidos y en el alfabeto móvil. Saberes y pensamiento científico: observa, compara y clasifica animales por su cubierta, lo que comen y el lugar donde viven. Cuenta colecciones de hasta 20 elementos y lee y escribe los números. Resuelve problemas de agregar y quitar hasta 20 con material concreto, dibujos o la recta numérica. Ética, naturaleza y sociedades: reconoce que los animales de su comunidad necesitan alimento, agua y un lugar donde vivir, y propone acciones para cuidarlos y respetarlos. De lo humano y lo comunitario: explora movimientos y expresiones al imitar animales y representar el cuento, y colabora con sus compañeros en el libro del grupo.</w:t>
      </w:r>
    </w:p>
    <w:p>
      <w:r>
        <w:t>Proyecto de dos semanas para 1° de primaria (fase 3, 25 alumnos). El grupo investiga cómo son, qué comen y dónde viven los animales de su colonia. También escucha y vuelve a contar un cuento de animales, y cuenta, suma y resta hasta 20 con los animales de la granja. El producto final es un libro del grupo con el dibujo y la oración de cada niño, más el cuento colectivo dictado a la maestra. Incluye trabajo por niveles para seis alumnos presilábicos y adecuaciones para una alumna con hipoacusia leve. Todo funciona sin internet y con fotocopias en blanco y negro.</w:t>
      </w:r>
    </w:p>
    <w:p>
      <w:pPr>
        <w:pStyle w:val="Heading1"/>
      </w:pPr>
      <w:r>
        <w:t>Qué vas a lograr en estas dos semanas</w:t>
      </w:r>
    </w:p>
    <w:p>
      <w:r>
        <w:rPr>
          <w:b w:val="0"/>
        </w:rPr>
        <w:t>Del lunes 11 al viernes 22 de enero de 2027, tu grupo de 1° (25 alumnos) va a investigar los animales que viven en su colonia: cómo son, qué comen y dónde viven. Va a escuchar y volver a contar un cuento de animales, va a contar, sumar y restar hasta 20 con los animales de la granja y va a terminar con un libro del grupo hecho entre todos.</w:t>
      </w:r>
    </w:p>
    <w:p>
      <w:r>
        <w:rPr>
          <w:b w:val="0"/>
        </w:rPr>
        <w:t>Al cerrar el proyecto, tus alumnos:</w:t>
      </w:r>
    </w:p>
    <w:p>
      <w:pPr>
        <w:pStyle w:val="ListBullet"/>
      </w:pPr>
      <w:r>
        <w:rPr>
          <w:b w:val="0"/>
        </w:rPr>
        <w:t>Nombran y describen al menos cinco animales de su comunidad por su cubierta (pelo, plumas, escamas), lo que comen y el lugar donde viven.</w:t>
      </w:r>
    </w:p>
    <w:p>
      <w:pPr>
        <w:pStyle w:val="ListBullet"/>
      </w:pPr>
      <w:r>
        <w:rPr>
          <w:b w:val="0"/>
        </w:rPr>
        <w:t>Escuchan un cuento, dicen quiénes son los personajes, cuál es el problema y cómo termina, y lo vuelven a contar con ayuda de una secuencia.</w:t>
      </w:r>
    </w:p>
    <w:p>
      <w:pPr>
        <w:pStyle w:val="ListBullet"/>
      </w:pPr>
      <w:r>
        <w:rPr>
          <w:b w:val="0"/>
        </w:rPr>
        <w:t>Dictan contigo un cuento colectivo con animales de la colonia.</w:t>
      </w:r>
    </w:p>
    <w:p>
      <w:pPr>
        <w:pStyle w:val="ListBullet"/>
      </w:pPr>
      <w:r>
        <w:rPr>
          <w:b w:val="0"/>
        </w:rPr>
        <w:t>Escriben el nombre de un animal y una oración, cada uno en su nivel de escritura.</w:t>
      </w:r>
    </w:p>
    <w:p>
      <w:pPr>
        <w:pStyle w:val="ListBullet"/>
      </w:pPr>
      <w:r>
        <w:rPr>
          <w:b w:val="0"/>
        </w:rPr>
        <w:t>Cuentan colecciones hasta 20 y resuelven problemas de «llegan» y «se van» con material, dibujos o la recta numérica.</w:t>
      </w:r>
    </w:p>
    <w:p>
      <w:pPr>
        <w:pStyle w:val="ListBullet"/>
      </w:pPr>
      <w:r>
        <w:rPr>
          <w:b w:val="0"/>
        </w:rPr>
        <w:t>Proponen acuerdos para cuidar a los animales de la casa, la calle y el parque.</w:t>
      </w:r>
    </w:p>
    <w:p>
      <w:r>
        <w:rPr>
          <w:b/>
        </w:rPr>
        <w:t>Producto final:</w:t>
      </w:r>
      <w:r>
        <w:rPr>
          <w:b w:val="0"/>
        </w:rPr>
        <w:t xml:space="preserve"> «Nuestro libro de animales». Lleva una página por alumno con su dibujo y una oración, más el cuento del grupo dictado a ti, una portada y un índice numerado. Se presenta el viernes 22 y se queda en la biblioteca del aula.</w:t>
      </w:r>
    </w:p>
    <w:p>
      <w:r>
        <w:rPr>
          <w:b/>
        </w:rPr>
        <w:t>Metodología:</w:t>
      </w:r>
      <w:r>
        <w:rPr>
          <w:b w:val="0"/>
        </w:rPr>
        <w:t xml:space="preserve"> proyecto de aula con indagación. Los niños observan, preguntan, clasifican y registran. Lo que aprenden cada día alimenta el libro.</w:t>
      </w:r>
    </w:p>
    <w:p>
      <w:pPr>
        <w:pStyle w:val="Heading1"/>
      </w:pPr>
      <w:r>
        <w:t>Organización de la jornada (día tipo)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Hora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pasa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Campo formativo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8:00 a 8:20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Entrada, pase de lista con tarjetas de nombre, fecha y «el animal del día»: muestras una tarjeta imagen-palabra, la leen contigo y cuentan sus golpes de voz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Lenguajes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8:20 a 9:20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Sesión del proyecto (ver secuencia)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Según la sesión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9:20 a 9:50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Matemáticas con la granja: conteo del día hasta 20 hacia adelante y hacia atrás, juego de corrales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Saberes y pensamiento científico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9:50 a 10:30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Lectoescritura por niveles: te sientas 20 min con los seis presilábicos; el resto trabaja en parejas con tarjetas, alfabeto móvil o la ficha del día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Lenguajes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10:30 a 11:00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Recreo</w:t>
            </w:r>
          </w:p>
        </w:tc>
        <w:tc>
          <w:tcPr>
            <w:tcW w:type="dxa" w:w="3324"/>
          </w:tcPr>
          <w:p>
            <w:r/>
          </w:p>
          <w:p/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11:00 a 11:30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Juego de movimiento: caminamos como pato, saltamos como rana, volamos como paloma, nos arrastramos como lagartija (o Educación Física el día que toque)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De lo humano y lo comunitario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11:30 a 12:10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Artes y avance del libro: dibujo, dramatización, acuerdos de cuidado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De lo humano y lo comunitario / Ética, naturaleza y sociedades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12:10 a 12:30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Lectura en voz alta y cierre del día: qué aprendimos hoy de los animales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Lenguajes</w:t>
            </w:r>
          </w:p>
        </w:tc>
      </w:tr>
    </w:tbl>
    <w:p/>
    <w:p>
      <w:pPr>
        <w:pStyle w:val="Heading1"/>
      </w:pPr>
      <w:r>
        <w:t>Secuencia de sesiones</w:t>
      </w:r>
    </w:p>
    <w:p>
      <w:r>
        <w:rPr>
          <w:b w:val="0"/>
        </w:rPr>
        <w:t>Cada sesión dura 60 minutos y ocupa el bloque de 8:20 a 9:20.</w:t>
      </w:r>
    </w:p>
    <w:p>
      <w:pPr>
        <w:pStyle w:val="Heading2"/>
      </w:pPr>
      <w:r>
        <w:t>Sesión 1. Lunes 11 de enero. ¿Qué animales viven en nuestra colonia?</w:t>
      </w:r>
    </w:p>
    <w:p>
      <w:r>
        <w:rPr>
          <w:b/>
        </w:rPr>
        <w:t>Propósito:</w:t>
      </w:r>
      <w:r>
        <w:rPr>
          <w:b w:val="0"/>
        </w:rPr>
        <w:t xml:space="preserve"> recuperar lo que el grupo sabe de los animales de su comunidad y presentar el libro que van a hacer.</w:t>
      </w:r>
    </w:p>
    <w:p>
      <w:r>
        <w:rPr>
          <w:b/>
        </w:rPr>
        <w:t>Inicio (10 min):</w:t>
      </w:r>
    </w:p>
    <w:p>
      <w:pPr>
        <w:pStyle w:val="ListNumber"/>
      </w:pPr>
      <w:r>
        <w:rPr>
          <w:b w:val="0"/>
        </w:rPr>
        <w:t>Levanta tu tarjeta roja: es la señal de inicio. Úsala todo el proyecto; ayuda a la alumna con hipoacusia y a todo el grupo.</w:t>
      </w:r>
    </w:p>
    <w:p>
      <w:pPr>
        <w:pStyle w:val="ListNumber"/>
      </w:pPr>
      <w:r>
        <w:rPr>
          <w:b w:val="0"/>
        </w:rPr>
        <w:t>Saca de una caja cinco tarjetas de animales, una por una: perro, gato, paloma, vaca, pez.</w:t>
      </w:r>
    </w:p>
    <w:p>
      <w:pPr>
        <w:pStyle w:val="ListNumber"/>
      </w:pPr>
      <w:r>
        <w:rPr>
          <w:b w:val="0"/>
        </w:rPr>
        <w:t>El grupo dice el nombre e imita el sonido o el movimiento.</w:t>
      </w:r>
    </w:p>
    <w:p>
      <w:pPr>
        <w:pStyle w:val="ListNumber"/>
      </w:pPr>
      <w:r>
        <w:rPr>
          <w:b w:val="0"/>
        </w:rPr>
        <w:t>Pregunta: «¿Cuáles de estos has visto camino a la escuela?».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 el grupo (15 min).</w:t>
      </w:r>
    </w:p>
    <w:p>
      <w:pPr>
        <w:pStyle w:val="ListNumber"/>
      </w:pPr>
      <w:r>
        <w:rPr>
          <w:b w:val="0"/>
        </w:rPr>
        <w:t>En papel bond escribe «Animales de nuestra colonia». Cada niño dice uno; tú lo escribes y dibujas un trazo sencillo al lado.</w:t>
      </w:r>
    </w:p>
    <w:p>
      <w:pPr>
        <w:pStyle w:val="ListNumber"/>
      </w:pPr>
      <w:r>
        <w:rPr>
          <w:b w:val="0"/>
        </w:rPr>
        <w:t>Haz dos columnas: «los veo en mi colonia» y «los veo en libros o en la tele».</w:t>
      </w:r>
    </w:p>
    <w:p>
      <w:pPr>
        <w:pStyle w:val="ListNumber"/>
      </w:pPr>
      <w:r>
        <w:rPr>
          <w:b w:val="0"/>
        </w:rPr>
        <w:t>Presenta el producto: «Vamos a hacer un libro de animales. Cada quien va a tener su página y entre todos vamos a inventar un cuento».</w:t>
      </w:r>
    </w:p>
    <w:p>
      <w:pPr>
        <w:pStyle w:val="ListBullet"/>
      </w:pPr>
      <w:r>
        <w:rPr>
          <w:b/>
        </w:rPr>
        <w:t>Diagnóstico de escritura (25 min).</w:t>
      </w:r>
    </w:p>
    <w:p>
      <w:pPr>
        <w:pStyle w:val="ListNumber"/>
      </w:pPr>
      <w:r>
        <w:rPr>
          <w:b w:val="0"/>
        </w:rPr>
        <w:t>Llama por mesas de cinco a la mesa del frente, unos 5 minutos por mesa.</w:t>
      </w:r>
    </w:p>
    <w:p>
      <w:pPr>
        <w:pStyle w:val="ListNumber"/>
      </w:pPr>
      <w:r>
        <w:rPr>
          <w:b w:val="0"/>
        </w:rPr>
        <w:t>Dicta, sin silabear: mariposa, conejo, gato, pez y la oración «El gato come pescado».</w:t>
      </w:r>
    </w:p>
    <w:p>
      <w:pPr>
        <w:pStyle w:val="ListNumber"/>
      </w:pPr>
      <w:r>
        <w:rPr>
          <w:b w:val="0"/>
        </w:rPr>
        <w:t>Pide a cada niño que lea lo que escribió señalando con el dedo. Anota al reverso su nivel: presilábico, silábico, silábico-alfabético o alfabético.</w:t>
      </w:r>
    </w:p>
    <w:p>
      <w:pPr>
        <w:pStyle w:val="ListNumber"/>
      </w:pPr>
      <w:r>
        <w:rPr>
          <w:b w:val="0"/>
        </w:rPr>
        <w:t>Mientras tanto, el resto dibuja su animal favorito en media hoja y escribe su nombre como pueda. Quien ya escribe agrega el nombre del animal.</w:t>
      </w:r>
    </w:p>
    <w:p>
      <w:r>
        <w:rPr>
          <w:b/>
        </w:rPr>
        <w:t>Cierre (10 min):</w:t>
      </w:r>
    </w:p>
    <w:p>
      <w:pPr>
        <w:pStyle w:val="ListNumber"/>
      </w:pPr>
      <w:r>
        <w:rPr>
          <w:b w:val="0"/>
        </w:rPr>
        <w:t>Lee la lista señalando cada palabra. Cada niño pasa a tocar el animal que ha visto.</w:t>
      </w:r>
    </w:p>
    <w:p>
      <w:pPr>
        <w:pStyle w:val="ListNumber"/>
      </w:pPr>
      <w:r>
        <w:rPr>
          <w:b w:val="0"/>
        </w:rPr>
        <w:t>Entrega un recado para la familia: «Observen juntos un animal de la casa o de la calle. Dibújenlo y escriban su nombre».</w:t>
      </w:r>
    </w:p>
    <w:p>
      <w:r>
        <w:rPr>
          <w:b/>
        </w:rPr>
        <w:t>Evidencia:</w:t>
      </w:r>
      <w:r>
        <w:rPr>
          <w:b w:val="0"/>
        </w:rPr>
        <w:t xml:space="preserve"> dictado diagnóstico de los 25 alumnos y lista del grupo.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no terminas el dictado, completa las mesas que faltan en el bloque de 9:50.</w:t>
      </w:r>
    </w:p>
    <w:p>
      <w:pPr>
        <w:pStyle w:val="ListBullet"/>
      </w:pPr>
      <w:r>
        <w:rPr>
          <w:b w:val="0"/>
        </w:rPr>
        <w:t>Si solo nombran animales de la selva, pregunta: «¿Ese lo ves en tu calle?» y llévalo a la columna de libros y tele.</w:t>
      </w:r>
    </w:p>
    <w:p>
      <w:pPr>
        <w:pStyle w:val="Heading2"/>
      </w:pPr>
      <w:r>
        <w:t>Sesión 2. Martes 12 de enero. ¿Cómo son? Pelo, plumas y escamas</w:t>
      </w:r>
    </w:p>
    <w:p>
      <w:r>
        <w:rPr>
          <w:b/>
        </w:rPr>
        <w:t>Propósito:</w:t>
      </w:r>
      <w:r>
        <w:rPr>
          <w:b w:val="0"/>
        </w:rPr>
        <w:t xml:space="preserve"> describir animales por su cubierta, su número de patas y su tamaño, y leer y escribir sus nombres.</w:t>
      </w:r>
    </w:p>
    <w:p>
      <w:r>
        <w:rPr>
          <w:b/>
        </w:rPr>
        <w:t>Inicio (10 min):</w:t>
      </w:r>
    </w:p>
    <w:p>
      <w:pPr>
        <w:pStyle w:val="ListNumber"/>
      </w:pPr>
      <w:r>
        <w:rPr>
          <w:b w:val="0"/>
        </w:rPr>
        <w:t>Juega «Adivina quién»: «Tiene cuatro patas, tiene pelo y ladra». El grupo adivina.</w:t>
      </w:r>
    </w:p>
    <w:p>
      <w:pPr>
        <w:pStyle w:val="ListNumber"/>
      </w:pPr>
      <w:r>
        <w:rPr>
          <w:b w:val="0"/>
        </w:rPr>
        <w:t>Después, tres niños describen un animal y los demás adivinan.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 el grupo (10 min).</w:t>
      </w:r>
    </w:p>
    <w:p>
      <w:pPr>
        <w:pStyle w:val="ListNumber"/>
      </w:pPr>
      <w:r>
        <w:rPr>
          <w:b w:val="0"/>
        </w:rPr>
        <w:t>En papel bond haz un cuadro de tres columnas: pelo, plumas, escamas.</w:t>
      </w:r>
    </w:p>
    <w:p>
      <w:pPr>
        <w:pStyle w:val="ListNumber"/>
      </w:pPr>
      <w:r>
        <w:rPr>
          <w:b w:val="0"/>
        </w:rPr>
        <w:t>Pasan a pegar las tarjetas de animales. Pasa por las mesas una pluma, un trozo de peluche o estambre y un dibujo de pez con escamas marcadas.</w:t>
      </w:r>
    </w:p>
    <w:p>
      <w:pPr>
        <w:pStyle w:val="ListBullet"/>
      </w:pPr>
      <w:r>
        <w:rPr>
          <w:b/>
        </w:rPr>
        <w:t>Presilábicos, contigo en la mesa del frente (20 min).</w:t>
      </w:r>
    </w:p>
    <w:p>
      <w:pPr>
        <w:pStyle w:val="ListNumber"/>
      </w:pPr>
      <w:r>
        <w:rPr>
          <w:b w:val="0"/>
        </w:rPr>
        <w:t>Trabaja con las tarjetas gato, pato, perro y vaca.</w:t>
      </w:r>
    </w:p>
    <w:p>
      <w:pPr>
        <w:pStyle w:val="ListNumber"/>
      </w:pPr>
      <w:r>
        <w:rPr>
          <w:b w:val="0"/>
        </w:rPr>
        <w:t>Comparen la letra inicial con los nombres del grupo: «gato empieza como el nombre de un compañero, ¿de quién?».</w:t>
      </w:r>
    </w:p>
    <w:p>
      <w:pPr>
        <w:pStyle w:val="ListNumber"/>
      </w:pPr>
      <w:r>
        <w:rPr>
          <w:b w:val="0"/>
        </w:rPr>
        <w:t>Cuenten golpes de voz con palmadas.</w:t>
      </w:r>
    </w:p>
    <w:p>
      <w:pPr>
        <w:pStyle w:val="ListNumber"/>
      </w:pPr>
      <w:r>
        <w:rPr>
          <w:b w:val="0"/>
        </w:rPr>
        <w:t>Armen cada palabra con alfabeto móvil copiando la tarjeta.</w:t>
      </w:r>
    </w:p>
    <w:p>
      <w:pPr>
        <w:pStyle w:val="ListNumber"/>
      </w:pPr>
      <w:r>
        <w:rPr>
          <w:b w:val="0"/>
        </w:rPr>
        <w:t>Resuelvan juntos las consignas 1 y 2 de la ficha «Leo y escribo nombres de animales».</w:t>
      </w:r>
    </w:p>
    <w:p>
      <w:pPr>
        <w:pStyle w:val="ListBullet"/>
      </w:pPr>
      <w:r>
        <w:rPr>
          <w:b/>
        </w:rPr>
        <w:t>Resto del grupo, en parejas (20 min).</w:t>
      </w:r>
    </w:p>
    <w:p>
      <w:pPr>
        <w:pStyle w:val="ListNumber"/>
      </w:pPr>
      <w:r>
        <w:rPr>
          <w:b w:val="0"/>
        </w:rPr>
        <w:t>Resuelven la ficha completa.</w:t>
      </w:r>
    </w:p>
    <w:p>
      <w:pPr>
        <w:pStyle w:val="ListNumber"/>
      </w:pPr>
      <w:r>
        <w:rPr>
          <w:b w:val="0"/>
        </w:rPr>
        <w:t>Quien termina escribe en su cuaderno cómo es un animal: «El perro tiene pelo».</w:t>
      </w:r>
    </w:p>
    <w:p>
      <w:pPr>
        <w:pStyle w:val="ListNumber"/>
      </w:pPr>
      <w:r>
        <w:rPr>
          <w:b w:val="0"/>
        </w:rPr>
        <w:t>Siéntalos en parejas: uno que escribe con más seguridad junto a uno que todavía duda. Explica la regla: «Ayudas preguntando, no escribiendo por él».</w:t>
      </w:r>
    </w:p>
    <w:p>
      <w:pPr>
        <w:pStyle w:val="ListBullet"/>
      </w:pPr>
      <w:r>
        <w:rPr>
          <w:b/>
        </w:rPr>
        <w:t>Todos (10 min).</w:t>
      </w:r>
      <w:r>
        <w:rPr>
          <w:b w:val="0"/>
        </w:rPr>
        <w:t xml:space="preserve"> Regresan al cuadro y describen en voz alta el animal que dibujaron de tarea.</w:t>
      </w:r>
    </w:p>
    <w:p>
      <w:r>
        <w:rPr>
          <w:b/>
        </w:rPr>
        <w:t>Cierre (10 min):</w:t>
      </w:r>
      <w:r>
        <w:rPr>
          <w:b w:val="0"/>
        </w:rPr>
        <w:t xml:space="preserve"> cada mesa describe un animal sin decir su nombre y las demás adivinan. Pide que usen las palabras del cuadro.</w:t>
      </w:r>
    </w:p>
    <w:p>
      <w:r>
        <w:rPr>
          <w:b/>
        </w:rPr>
        <w:t>Evidencia:</w:t>
      </w:r>
      <w:r>
        <w:rPr>
          <w:b w:val="0"/>
        </w:rPr>
        <w:t xml:space="preserve"> ficha «Leo y escribo nombres de animales» y cuadro de cubiertas.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confunden pelo y plumas, regresa al material para tocar y compara un animal de cada columna.</w:t>
      </w:r>
    </w:p>
    <w:p>
      <w:pPr>
        <w:pStyle w:val="ListBullet"/>
      </w:pPr>
      <w:r>
        <w:rPr>
          <w:b w:val="0"/>
        </w:rPr>
        <w:t>Si un presilábico no relaciona la tarjeta con la palabra, trabaja solo dos palabras que empiecen distinto (gato y vaca) hasta que las reconozca.</w:t>
      </w:r>
    </w:p>
    <w:p>
      <w:pPr>
        <w:pStyle w:val="Heading2"/>
      </w:pPr>
      <w:r>
        <w:t>Sesión 3. Miércoles 13 de enero. ¿Qué comen?</w:t>
      </w:r>
    </w:p>
    <w:p>
      <w:r>
        <w:rPr>
          <w:b/>
        </w:rPr>
        <w:t>Propósito:</w:t>
      </w:r>
      <w:r>
        <w:rPr>
          <w:b w:val="0"/>
        </w:rPr>
        <w:t xml:space="preserve"> clasificar animales según lo que comen (plantas, otros animales o de todo) y escribir una oración sobre ello.</w:t>
      </w:r>
    </w:p>
    <w:p>
      <w:r>
        <w:rPr>
          <w:b/>
        </w:rPr>
        <w:t>Inicio (10 min):</w:t>
      </w:r>
    </w:p>
    <w:p>
      <w:pPr>
        <w:pStyle w:val="ListNumber"/>
      </w:pPr>
      <w:r>
        <w:rPr>
          <w:b w:val="0"/>
        </w:rPr>
        <w:t>Saca de una bolsa dibujos de alimentos: semillas, pasto, carne, pescado, croquetas, gusano, zanahoria.</w:t>
      </w:r>
    </w:p>
    <w:p>
      <w:pPr>
        <w:pStyle w:val="ListNumber"/>
      </w:pPr>
      <w:r>
        <w:rPr>
          <w:b w:val="0"/>
        </w:rPr>
        <w:t>Pregunta: «¿Quién come esto?».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 el grupo (10 min).</w:t>
      </w:r>
    </w:p>
    <w:p>
      <w:pPr>
        <w:pStyle w:val="ListNumber"/>
      </w:pPr>
      <w:r>
        <w:rPr>
          <w:b w:val="0"/>
        </w:rPr>
        <w:t>Haz una tabla con tres columnas: «come plantas», «come otros animales», «come de todo».</w:t>
      </w:r>
    </w:p>
    <w:p>
      <w:pPr>
        <w:pStyle w:val="ListNumber"/>
      </w:pPr>
      <w:r>
        <w:rPr>
          <w:b w:val="0"/>
        </w:rPr>
        <w:t>Ubiquen las tarjetas. Discute los casos difíciles: la gallina come semillas y también gusanos, entonces come de todo.</w:t>
      </w:r>
    </w:p>
    <w:p>
      <w:pPr>
        <w:pStyle w:val="ListBullet"/>
      </w:pPr>
      <w:r>
        <w:rPr>
          <w:b/>
        </w:rPr>
        <w:t>Presilábicos, contigo (20 min).</w:t>
      </w:r>
    </w:p>
    <w:p>
      <w:pPr>
        <w:pStyle w:val="ListNumber"/>
      </w:pPr>
      <w:r>
        <w:rPr>
          <w:b w:val="0"/>
        </w:rPr>
        <w:t>Cada uno dice una oración: «El conejo come zanahoria».</w:t>
      </w:r>
    </w:p>
    <w:p>
      <w:pPr>
        <w:pStyle w:val="ListNumber"/>
      </w:pPr>
      <w:r>
        <w:rPr>
          <w:b w:val="0"/>
        </w:rPr>
        <w:t>Ponen una ficha por cada palabra que dicen.</w:t>
      </w:r>
    </w:p>
    <w:p>
      <w:pPr>
        <w:pStyle w:val="ListNumber"/>
      </w:pPr>
      <w:r>
        <w:rPr>
          <w:b w:val="0"/>
        </w:rPr>
        <w:t>La escriben como saben y la leen señalando.</w:t>
      </w:r>
    </w:p>
    <w:p>
      <w:pPr>
        <w:pStyle w:val="ListNumber"/>
      </w:pPr>
      <w:r>
        <w:rPr>
          <w:b w:val="0"/>
        </w:rPr>
        <w:t>Después la comparan con tu escritura: «¿Cuál se parece? ¿Con cuál empieza conejo?».</w:t>
      </w:r>
    </w:p>
    <w:p>
      <w:pPr>
        <w:pStyle w:val="ListBullet"/>
      </w:pPr>
      <w:r>
        <w:rPr>
          <w:b/>
        </w:rPr>
        <w:t>Resto del grupo, en parejas (20 min).</w:t>
      </w:r>
    </w:p>
    <w:p>
      <w:pPr>
        <w:pStyle w:val="ListNumber"/>
      </w:pPr>
      <w:r>
        <w:rPr>
          <w:b w:val="0"/>
        </w:rPr>
        <w:t>Doblan una hoja en cuatro y dibujan cuatro animales.</w:t>
      </w:r>
    </w:p>
    <w:p>
      <w:pPr>
        <w:pStyle w:val="ListNumber"/>
      </w:pPr>
      <w:r>
        <w:rPr>
          <w:b w:val="0"/>
        </w:rPr>
        <w:t>Escriben qué come cada uno: «La vaca come pasto». Uno dicta y el otro escribe, y cambian.</w:t>
      </w:r>
    </w:p>
    <w:p>
      <w:pPr>
        <w:pStyle w:val="ListNumber"/>
      </w:pPr>
      <w:r>
        <w:rPr>
          <w:b w:val="0"/>
        </w:rPr>
        <w:t>Quien termina agrega una oración en la que use «y»: «El perro come croquetas y carne».</w:t>
      </w:r>
    </w:p>
    <w:p>
      <w:r>
        <w:rPr>
          <w:b/>
        </w:rPr>
        <w:t>Cierre (10 min):</w:t>
      </w:r>
      <w:r>
        <w:rPr>
          <w:b w:val="0"/>
        </w:rPr>
        <w:t xml:space="preserve"> juego de movimiento con la tabla. Si dices un animal que come plantas, se agachan; si come otros animales, brincan; si come de todo, giran.</w:t>
      </w:r>
    </w:p>
    <w:p>
      <w:r>
        <w:rPr>
          <w:b/>
        </w:rPr>
        <w:t>Evidencia:</w:t>
      </w:r>
      <w:r>
        <w:rPr>
          <w:b w:val="0"/>
        </w:rPr>
        <w:t xml:space="preserve"> hoja de cuatro animales con oraciones, y escritura de los presilábicos con tu nota de nivel.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dudan de lo que come un animal, pregunta: «¿Lo hemos visto comer?».</w:t>
      </w:r>
    </w:p>
    <w:p>
      <w:pPr>
        <w:pStyle w:val="ListBullet"/>
      </w:pPr>
      <w:r>
        <w:rPr>
          <w:b w:val="0"/>
        </w:rPr>
        <w:t>Deja la tarjeta en un espacio de «todavía no sabemos» y manda la pregunta a las familias en el recado del día.</w:t>
      </w:r>
    </w:p>
    <w:p>
      <w:pPr>
        <w:pStyle w:val="Heading2"/>
      </w:pPr>
      <w:r>
        <w:t>Sesión 4. Jueves 14 de enero. ¿Dónde viven y cómo los cuidamos?</w:t>
      </w:r>
    </w:p>
    <w:p>
      <w:r>
        <w:rPr>
          <w:b/>
        </w:rPr>
        <w:t>Propósito:</w:t>
      </w:r>
      <w:r>
        <w:rPr>
          <w:b w:val="0"/>
        </w:rPr>
        <w:t xml:space="preserve"> reconocer dónde viven los animales de la colonia, qué necesitan y cómo cuidarlos.</w:t>
      </w:r>
    </w:p>
    <w:p>
      <w:r>
        <w:rPr>
          <w:b/>
        </w:rPr>
        <w:t>Inicio (10 min):</w:t>
      </w:r>
    </w:p>
    <w:p>
      <w:pPr>
        <w:pStyle w:val="ListNumber"/>
      </w:pPr>
      <w:r>
        <w:rPr>
          <w:b w:val="0"/>
        </w:rPr>
        <w:t>Haz un recorrido corto por el patio buscando animales o sus rastros: palomas, gorriones, hormigas, telarañas.</w:t>
      </w:r>
    </w:p>
    <w:p>
      <w:pPr>
        <w:pStyle w:val="ListNumber"/>
      </w:pPr>
      <w:r>
        <w:rPr>
          <w:b w:val="0"/>
        </w:rPr>
        <w:t>Regla antes de salir: «Miramos y no tocamos animales que no conocemos».</w:t>
      </w:r>
    </w:p>
    <w:p>
      <w:pPr>
        <w:pStyle w:val="ListNumber"/>
      </w:pPr>
      <w:r>
        <w:rPr>
          <w:b w:val="0"/>
        </w:rPr>
        <w:t>Si no pueden salir, observen desde la ventana.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 el grupo (15 min).</w:t>
      </w:r>
    </w:p>
    <w:p>
      <w:pPr>
        <w:pStyle w:val="ListNumber"/>
      </w:pPr>
      <w:r>
        <w:rPr>
          <w:b w:val="0"/>
        </w:rPr>
        <w:t>Copia en papel bond, con letra grande, el texto de la ficha «Leo: los animales de mi colonia».</w:t>
      </w:r>
    </w:p>
    <w:p>
      <w:pPr>
        <w:pStyle w:val="ListNumber"/>
      </w:pPr>
      <w:r>
        <w:rPr>
          <w:b w:val="0"/>
        </w:rPr>
        <w:t>Lee señalando cada palabra. El grupo repite cada oración.</w:t>
      </w:r>
    </w:p>
    <w:p>
      <w:pPr>
        <w:pStyle w:val="ListNumber"/>
      </w:pPr>
      <w:r>
        <w:rPr>
          <w:b w:val="0"/>
        </w:rPr>
        <w:t>Pregunta: «¿Qué necesita un animal para vivir?». Anota: comida, agua, un lugar y cuidado.</w:t>
      </w:r>
    </w:p>
    <w:p>
      <w:pPr>
        <w:pStyle w:val="ListBullet"/>
      </w:pPr>
      <w:r>
        <w:rPr>
          <w:b/>
        </w:rPr>
        <w:t>Presilábicos, contigo (25 min).</w:t>
      </w:r>
    </w:p>
    <w:p>
      <w:pPr>
        <w:pStyle w:val="ListNumber"/>
      </w:pPr>
      <w:r>
        <w:rPr>
          <w:b w:val="0"/>
        </w:rPr>
        <w:t>Hagan la ficha con tu guía. Para completar la tabla, buscan las palabras en el texto por su letra inicial: «busca la que empieza como parque».</w:t>
      </w:r>
    </w:p>
    <w:p>
      <w:pPr>
        <w:pStyle w:val="ListNumber"/>
      </w:pPr>
      <w:r>
        <w:rPr>
          <w:b w:val="0"/>
        </w:rPr>
        <w:t>Las consignas 3 y 4 las respondes leyéndoles las opciones.</w:t>
      </w:r>
    </w:p>
    <w:p>
      <w:pPr>
        <w:pStyle w:val="ListBullet"/>
      </w:pPr>
      <w:r>
        <w:rPr>
          <w:b/>
        </w:rPr>
        <w:t>Resto del grupo, en parejas (25 min).</w:t>
      </w:r>
      <w:r>
        <w:rPr>
          <w:b w:val="0"/>
        </w:rPr>
        <w:t xml:space="preserve"> Resuelven la ficha completa. Quien termina dibuja el lugar donde vive su animal del libro.</w:t>
      </w:r>
    </w:p>
    <w:p>
      <w:r>
        <w:rPr>
          <w:b/>
        </w:rPr>
        <w:t>Cierre (10 min):</w:t>
      </w:r>
    </w:p>
    <w:p>
      <w:pPr>
        <w:pStyle w:val="ListNumber"/>
      </w:pPr>
      <w:r>
        <w:rPr>
          <w:b w:val="0"/>
        </w:rPr>
        <w:t>Hagan juntos el cartel «Así cuidamos a los animales». Tú escribes lo que dictan: les dejamos agua limpia, no les pegamos, no tiramos basura en el parque, nos lavamos las manos después de tocar a la mascota.</w:t>
      </w:r>
    </w:p>
    <w:p>
      <w:pPr>
        <w:pStyle w:val="ListNumber"/>
      </w:pPr>
      <w:r>
        <w:rPr>
          <w:b w:val="0"/>
        </w:rPr>
        <w:t>Pégalo junto a la puerta.</w:t>
      </w:r>
    </w:p>
    <w:p>
      <w:r>
        <w:rPr>
          <w:b/>
        </w:rPr>
        <w:t>Evidencia:</w:t>
      </w:r>
      <w:r>
        <w:rPr>
          <w:b w:val="0"/>
        </w:rPr>
        <w:t xml:space="preserve"> ficha «Leo: los animales de mi colonia» y cartel de acuerdos.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solo hablan de mascotas, agrega animales que no son de nadie (palomas, perros de la calle, hormigas) y pregunta: «¿Quién los cuida a ellos?».</w:t>
      </w:r>
    </w:p>
    <w:p>
      <w:pPr>
        <w:pStyle w:val="ListBullet"/>
      </w:pPr>
      <w:r>
        <w:rPr>
          <w:b w:val="0"/>
        </w:rPr>
        <w:t>Si la lectura se hace larga, lee hoy hasta la ardilla y termina en el bloque de 12:10.</w:t>
      </w:r>
    </w:p>
    <w:p>
      <w:pPr>
        <w:pStyle w:val="Heading2"/>
      </w:pPr>
      <w:r>
        <w:t>Sesión 5. Viernes 15 de enero. Contamos los animales de la granja</w:t>
      </w:r>
    </w:p>
    <w:p>
      <w:r>
        <w:rPr>
          <w:b/>
        </w:rPr>
        <w:t>Propósito:</w:t>
      </w:r>
      <w:r>
        <w:rPr>
          <w:b w:val="0"/>
        </w:rPr>
        <w:t xml:space="preserve"> contar colecciones hasta 20, formar «un corral de 10 y algunos más» y escribir el número.</w:t>
      </w:r>
    </w:p>
    <w:p>
      <w:r>
        <w:rPr>
          <w:b/>
        </w:rPr>
        <w:t>Inicio (10 min):</w:t>
      </w:r>
    </w:p>
    <w:p>
      <w:pPr>
        <w:pStyle w:val="ListNumber"/>
      </w:pPr>
      <w:r>
        <w:rPr>
          <w:b w:val="0"/>
        </w:rPr>
        <w:t>Cuenten en coro del 1 al 20 con palmadas.</w:t>
      </w:r>
    </w:p>
    <w:p>
      <w:pPr>
        <w:pStyle w:val="ListNumber"/>
      </w:pPr>
      <w:r>
        <w:rPr>
          <w:b w:val="0"/>
        </w:rPr>
        <w:t>Luego cuenten del 20 al 1 señalando la recta numérica del salón.</w:t>
      </w:r>
    </w:p>
    <w:p>
      <w:pPr>
        <w:pStyle w:val="ListNumber"/>
      </w:pPr>
      <w:r>
        <w:rPr>
          <w:b w:val="0"/>
        </w:rPr>
        <w:t>Pregunta: «¿Qué animales hay en una granja?».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 el grupo (10 min).</w:t>
      </w:r>
    </w:p>
    <w:p>
      <w:pPr>
        <w:pStyle w:val="ListNumber"/>
      </w:pPr>
      <w:r>
        <w:rPr>
          <w:b w:val="0"/>
        </w:rPr>
        <w:t>Presenta el tablero de la granja: una cartulina con corrales dibujados y corcholatas como animales.</w:t>
      </w:r>
    </w:p>
    <w:p>
      <w:pPr>
        <w:pStyle w:val="ListNumber"/>
      </w:pPr>
      <w:r>
        <w:rPr>
          <w:b w:val="0"/>
        </w:rPr>
        <w:t>Muestra el «corral de 10»: una tira de 10 casillas o un cartón de huevo recortado a 10.</w:t>
      </w:r>
    </w:p>
    <w:p>
      <w:pPr>
        <w:pStyle w:val="ListNumber"/>
      </w:pPr>
      <w:r>
        <w:rPr>
          <w:b w:val="0"/>
        </w:rPr>
        <w:t>Modela: «14 es un corral lleno y 4 animales más».</w:t>
      </w:r>
    </w:p>
    <w:p>
      <w:pPr>
        <w:pStyle w:val="ListBullet"/>
      </w:pPr>
      <w:r>
        <w:rPr>
          <w:b/>
        </w:rPr>
        <w:t>Juego «Llena el corral» en mesas (20 min).</w:t>
      </w:r>
    </w:p>
    <w:p>
      <w:pPr>
        <w:pStyle w:val="ListNumber"/>
      </w:pPr>
      <w:r>
        <w:rPr>
          <w:b w:val="0"/>
        </w:rPr>
        <w:t>Cada niño lanza el dado y pone esa cantidad de corcholatas.</w:t>
      </w:r>
    </w:p>
    <w:p>
      <w:pPr>
        <w:pStyle w:val="ListNumber"/>
      </w:pPr>
      <w:r>
        <w:rPr>
          <w:b w:val="0"/>
        </w:rPr>
        <w:t>Cuando llena 10, cierra el corral y sigue en el segundo. Gana quien llega a 20.</w:t>
      </w:r>
    </w:p>
    <w:p>
      <w:pPr>
        <w:pStyle w:val="ListNumber"/>
      </w:pPr>
      <w:r>
        <w:rPr>
          <w:b w:val="0"/>
        </w:rPr>
        <w:t>Registran en una hoja el número que tienen en cada turno.</w:t>
      </w:r>
    </w:p>
    <w:p>
      <w:pPr>
        <w:pStyle w:val="ListNumber"/>
      </w:pPr>
      <w:r>
        <w:rPr>
          <w:b w:val="0"/>
        </w:rPr>
        <w:t>Juegan en dos niveles:</w:t>
      </w:r>
    </w:p>
    <w:p>
      <w:pPr>
        <w:pStyle w:val="ListBullet"/>
      </w:pPr>
      <w:r>
        <w:rPr>
          <w:b/>
        </w:rPr>
        <w:t>Nivel 1</w:t>
      </w:r>
      <w:r>
        <w:rPr>
          <w:b w:val="0"/>
        </w:rPr>
        <w:t xml:space="preserve"> (quienes aún no cuentan con seguridad hasta 10): un dado y un solo corral.</w:t>
      </w:r>
    </w:p>
    <w:p>
      <w:pPr>
        <w:pStyle w:val="ListBullet"/>
      </w:pPr>
      <w:r>
        <w:rPr>
          <w:b/>
        </w:rPr>
        <w:t>Nivel 2</w:t>
      </w:r>
      <w:r>
        <w:rPr>
          <w:b w:val="0"/>
        </w:rPr>
        <w:t xml:space="preserve"> (quienes ya cuentan hasta 20): dos dados y dos corrales.</w:t>
      </w:r>
    </w:p>
    <w:p>
      <w:pPr>
        <w:pStyle w:val="ListBullet"/>
      </w:pPr>
      <w:r>
        <w:rPr>
          <w:b/>
        </w:rPr>
        <w:t>Reto:</w:t>
      </w:r>
      <w:r>
        <w:rPr>
          <w:b w:val="0"/>
        </w:rPr>
        <w:t xml:space="preserve"> dicen cuántos faltan para llegar a 20.</w:t>
      </w:r>
    </w:p>
    <w:p>
      <w:pPr>
        <w:pStyle w:val="ListNumber"/>
      </w:pPr>
      <w:r>
        <w:rPr>
          <w:b w:val="0"/>
        </w:rPr>
        <w:t>Pasa los primeros 10 minutos con el nivel 1.</w:t>
      </w:r>
    </w:p>
    <w:p>
      <w:pPr>
        <w:pStyle w:val="ListBullet"/>
      </w:pPr>
      <w:r>
        <w:rPr>
          <w:b/>
        </w:rPr>
        <w:t>Ficha «Contamos, sumamos y restamos en la granja» (10 min).</w:t>
      </w:r>
      <w:r>
        <w:rPr>
          <w:b w:val="0"/>
        </w:rPr>
        <w:t xml:space="preserve"> Consignas 1, 2 y 5.</w:t>
      </w:r>
    </w:p>
    <w:p>
      <w:r>
        <w:rPr>
          <w:b/>
        </w:rPr>
        <w:t>Cierre (10 min):</w:t>
      </w:r>
      <w:r>
        <w:rPr>
          <w:b w:val="0"/>
        </w:rPr>
        <w:t xml:space="preserve"> cuenten juntos todas las corcholatas del tablero grande, primero de una en una y después por corrales de 10.</w:t>
      </w:r>
    </w:p>
    <w:p>
      <w:r>
        <w:rPr>
          <w:b/>
        </w:rPr>
        <w:t>Evidencia:</w:t>
      </w:r>
      <w:r>
        <w:rPr>
          <w:b w:val="0"/>
        </w:rPr>
        <w:t xml:space="preserve"> registro del juego y consignas 1, 2 y 5 de la ficha.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cuentan dos veces la misma corcholata, enséñales a moverla a un lado al contarla.</w:t>
      </w:r>
    </w:p>
    <w:p>
      <w:pPr>
        <w:pStyle w:val="ListBullet"/>
      </w:pPr>
      <w:r>
        <w:rPr>
          <w:b w:val="0"/>
        </w:rPr>
        <w:t>Si se pierden después del 10, señala la tira llena y sigue contando desde ahí: «diez, once, doce».</w:t>
      </w:r>
    </w:p>
    <w:p>
      <w:pPr>
        <w:pStyle w:val="Heading2"/>
      </w:pPr>
      <w:r>
        <w:t>Sesión 6. Lunes 18 de enero. Escuchamos un cuento de animales</w:t>
      </w:r>
    </w:p>
    <w:p>
      <w:r>
        <w:rPr>
          <w:b/>
        </w:rPr>
        <w:t>Propósito:</w:t>
      </w:r>
      <w:r>
        <w:rPr>
          <w:b w:val="0"/>
        </w:rPr>
        <w:t xml:space="preserve"> escuchar un cuento de animales, identificar personajes, problema y final, y volverlo a contar.</w:t>
      </w:r>
    </w:p>
    <w:p>
      <w:r>
        <w:rPr>
          <w:b/>
        </w:rPr>
        <w:t>Inicio (10 min):</w:t>
      </w:r>
    </w:p>
    <w:p>
      <w:pPr>
        <w:pStyle w:val="ListNumber"/>
      </w:pPr>
      <w:r>
        <w:rPr>
          <w:b w:val="0"/>
        </w:rPr>
        <w:t>Sienta al grupo en semicírculo. La alumna con hipoacusia va frente a ti, a un metro.</w:t>
      </w:r>
    </w:p>
    <w:p>
      <w:pPr>
        <w:pStyle w:val="ListNumber"/>
      </w:pPr>
      <w:r>
        <w:rPr>
          <w:b w:val="0"/>
        </w:rPr>
        <w:t>Dibuja en el pizarrón una gallina con un grano de trigo y escribe el título «La gallinita roja».</w:t>
      </w:r>
    </w:p>
    <w:p>
      <w:pPr>
        <w:pStyle w:val="ListNumber"/>
      </w:pPr>
      <w:r>
        <w:rPr>
          <w:b w:val="0"/>
        </w:rPr>
        <w:t>Pregunta: «¿De qué tratará? ¿Qué otros animales saldrán?».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 el grupo (15 min).</w:t>
      </w:r>
    </w:p>
    <w:p>
      <w:pPr>
        <w:pStyle w:val="ListNumber"/>
      </w:pPr>
      <w:r>
        <w:rPr>
          <w:b w:val="0"/>
        </w:rPr>
        <w:t>Lee el cuento (texto en Materiales) con voces y gestos. Haz pausas para predecir: «¿Qué creen que va a contestar el gato?».</w:t>
      </w:r>
    </w:p>
    <w:p>
      <w:pPr>
        <w:pStyle w:val="ListNumber"/>
      </w:pPr>
      <w:r>
        <w:rPr>
          <w:b w:val="0"/>
        </w:rPr>
        <w:t>En las partes que se repiten, el grupo dice en coro «¡Yo no!».</w:t>
      </w:r>
    </w:p>
    <w:p>
      <w:pPr>
        <w:pStyle w:val="ListBullet"/>
      </w:pPr>
      <w:r>
        <w:rPr>
          <w:b/>
        </w:rPr>
        <w:t>Equipos de cinco (15 min).</w:t>
      </w:r>
    </w:p>
    <w:p>
      <w:pPr>
        <w:pStyle w:val="ListNumber"/>
      </w:pPr>
      <w:r>
        <w:rPr>
          <w:b w:val="0"/>
        </w:rPr>
        <w:t>Forma cinco equipos y pon a los seis presilábicos repartidos: un equipo con dos y los demás con uno.</w:t>
      </w:r>
    </w:p>
    <w:p>
      <w:pPr>
        <w:pStyle w:val="ListNumber"/>
      </w:pPr>
      <w:r>
        <w:rPr>
          <w:b w:val="0"/>
        </w:rPr>
        <w:t>Cada equipo recibe cinco tarjetas con dibujo y frase corta: sembrar, regar, cortar, moler, hacer el pan.</w:t>
      </w:r>
    </w:p>
    <w:p>
      <w:pPr>
        <w:pStyle w:val="ListNumber"/>
      </w:pPr>
      <w:r>
        <w:rPr>
          <w:b w:val="0"/>
        </w:rPr>
        <w:t>Las ordenan. Tú acompañas al equipo que tiene dos presilábicos.</w:t>
      </w:r>
    </w:p>
    <w:p>
      <w:pPr>
        <w:pStyle w:val="ListBullet"/>
      </w:pPr>
      <w:r>
        <w:rPr>
          <w:b/>
        </w:rPr>
        <w:t>Dramatización (10 min).</w:t>
      </w:r>
      <w:r>
        <w:rPr>
          <w:b w:val="0"/>
        </w:rPr>
        <w:t xml:space="preserve"> Cada equipo representa con el cuerpo una escena: siembran agachados, riegan, cortan, muelen girando los brazos, amasan.</w:t>
      </w:r>
    </w:p>
    <w:p>
      <w:r>
        <w:rPr>
          <w:b/>
        </w:rPr>
        <w:t>Cierre (10 min):</w:t>
      </w:r>
    </w:p>
    <w:p>
      <w:pPr>
        <w:pStyle w:val="ListNumber"/>
      </w:pPr>
      <w:r>
        <w:rPr>
          <w:b w:val="0"/>
        </w:rPr>
        <w:t>Vuelvan a contar el cuento juntos con la secuencia pegada en el pizarrón.</w:t>
      </w:r>
    </w:p>
    <w:p>
      <w:pPr>
        <w:pStyle w:val="ListNumber"/>
      </w:pPr>
      <w:r>
        <w:rPr>
          <w:b w:val="0"/>
        </w:rPr>
        <w:t>Pregunta: «¿Estuvo bien que la gallinita no compartiera el pan? ¿Qué hubieras hecho tú?».</w:t>
      </w:r>
    </w:p>
    <w:p>
      <w:r>
        <w:rPr>
          <w:b/>
        </w:rPr>
        <w:t>Evidencia:</w:t>
      </w:r>
      <w:r>
        <w:rPr>
          <w:b w:val="0"/>
        </w:rPr>
        <w:t xml:space="preserve"> secuencias ordenadas por equipo y participación en el recontado. Anota en tu lista quién nombra personajes y quién dice el final.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no recuerdan el orden, relee solo el inicio y el final y pregunta qué pasó en medio.</w:t>
      </w:r>
    </w:p>
    <w:p>
      <w:pPr>
        <w:pStyle w:val="ListBullet"/>
      </w:pPr>
      <w:r>
        <w:rPr>
          <w:b w:val="0"/>
        </w:rPr>
        <w:t>Usa tres dedos: primero, después, al final.</w:t>
      </w:r>
    </w:p>
    <w:p>
      <w:pPr>
        <w:pStyle w:val="Heading2"/>
      </w:pPr>
      <w:r>
        <w:t>Sesión 7. Martes 19 de enero. Sumamos y restamos en la granja</w:t>
      </w:r>
    </w:p>
    <w:p>
      <w:r>
        <w:rPr>
          <w:b/>
        </w:rPr>
        <w:t>Propósito:</w:t>
      </w:r>
      <w:r>
        <w:rPr>
          <w:b w:val="0"/>
        </w:rPr>
        <w:t xml:space="preserve"> resolver problemas de agregar y quitar hasta 20 con animales de la granja.</w:t>
      </w:r>
    </w:p>
    <w:p>
      <w:r>
        <w:rPr>
          <w:b/>
        </w:rPr>
        <w:t>Inicio (10 min):</w:t>
      </w:r>
    </w:p>
    <w:p>
      <w:pPr>
        <w:pStyle w:val="ListNumber"/>
      </w:pPr>
      <w:r>
        <w:rPr>
          <w:b w:val="0"/>
        </w:rPr>
        <w:t>Marca en el piso un corral con cinta o un aro grande. Ocho niños son pollitos y entran al corral.</w:t>
      </w:r>
    </w:p>
    <w:p>
      <w:pPr>
        <w:pStyle w:val="ListNumber"/>
      </w:pPr>
      <w:r>
        <w:rPr>
          <w:b w:val="0"/>
        </w:rPr>
        <w:t>«Llegan 3 pollitos más, ¿cuántos hay?». Cuentan.</w:t>
      </w:r>
    </w:p>
    <w:p>
      <w:pPr>
        <w:pStyle w:val="ListNumber"/>
      </w:pPr>
      <w:r>
        <w:rPr>
          <w:b w:val="0"/>
        </w:rPr>
        <w:t>«Se van 4, ¿cuántos quedan?». Cuentan.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 el grupo (10 min).</w:t>
      </w:r>
    </w:p>
    <w:p>
      <w:pPr>
        <w:pStyle w:val="ListNumber"/>
      </w:pPr>
      <w:r>
        <w:rPr>
          <w:b w:val="0"/>
        </w:rPr>
        <w:t>Representa el mismo problema en el pizarrón con dibujo, con saltos en la recta numérica y con la escritura 8 + 3 = 11.</w:t>
      </w:r>
    </w:p>
    <w:p>
      <w:pPr>
        <w:pStyle w:val="ListNumber"/>
      </w:pPr>
      <w:r>
        <w:rPr>
          <w:b w:val="0"/>
        </w:rPr>
        <w:t>Presenta los signos con palabras: «llegan» es más (+), «se van» es menos (-).</w:t>
      </w:r>
    </w:p>
    <w:p>
      <w:pPr>
        <w:pStyle w:val="ListBullet"/>
      </w:pPr>
      <w:r>
        <w:rPr>
          <w:b/>
        </w:rPr>
        <w:t>Mesas con tablero individual (20 min).</w:t>
      </w:r>
      <w:r>
        <w:rPr>
          <w:b w:val="0"/>
        </w:rPr>
        <w:t xml:space="preserve"> El tablero es una hoja con un corral dibujado; usan corcholatas. Tú lees los problemas en voz alta.</w:t>
      </w:r>
    </w:p>
    <w:p>
      <w:pPr>
        <w:pStyle w:val="ListBullet"/>
      </w:pPr>
      <w:r>
        <w:rPr>
          <w:b/>
        </w:rPr>
        <w:t>Nivel 1:</w:t>
      </w:r>
      <w:r>
        <w:rPr>
          <w:b w:val="0"/>
        </w:rPr>
        <w:t xml:space="preserve"> problemas hasta 10 con material.</w:t>
      </w:r>
    </w:p>
    <w:p>
      <w:pPr>
        <w:pStyle w:val="ListBullet"/>
      </w:pPr>
      <w:r>
        <w:rPr>
          <w:b/>
        </w:rPr>
        <w:t>Nivel 2:</w:t>
      </w:r>
      <w:r>
        <w:rPr>
          <w:b w:val="0"/>
        </w:rPr>
        <w:t xml:space="preserve"> hasta 20; dibujan y escriben la operación.</w:t>
      </w:r>
    </w:p>
    <w:p>
      <w:pPr>
        <w:pStyle w:val="ListBullet"/>
      </w:pPr>
      <w:r>
        <w:rPr>
          <w:b/>
        </w:rPr>
        <w:t>Reto:</w:t>
      </w:r>
      <w:r>
        <w:rPr>
          <w:b w:val="0"/>
        </w:rPr>
        <w:t xml:space="preserve"> inventan un problema de la granja para su compañero.</w:t>
      </w:r>
    </w:p>
    <w:p>
      <w:pPr>
        <w:pStyle w:val="ListBullet"/>
      </w:pPr>
      <w:r>
        <w:rPr>
          <w:b/>
        </w:rPr>
        <w:t>Tutoría:</w:t>
      </w:r>
      <w:r>
        <w:rPr>
          <w:b w:val="0"/>
        </w:rPr>
        <w:t xml:space="preserve"> quien resuelve rápido explica a otro con el material, sin darle la respuesta.</w:t>
      </w:r>
    </w:p>
    <w:p>
      <w:pPr>
        <w:pStyle w:val="ListBullet"/>
      </w:pPr>
      <w:r>
        <w:rPr>
          <w:b/>
        </w:rPr>
        <w:t>Ficha «Contamos, sumamos y restamos en la granja» (10 min).</w:t>
      </w:r>
      <w:r>
        <w:rPr>
          <w:b w:val="0"/>
        </w:rPr>
        <w:t xml:space="preserve"> Consignas 3, 4 y 6. Lee tú cada problema dos veces.</w:t>
      </w:r>
    </w:p>
    <w:p>
      <w:r>
        <w:rPr>
          <w:b/>
        </w:rPr>
        <w:t>Cierre (10 min):</w:t>
      </w:r>
      <w:r>
        <w:rPr>
          <w:b w:val="0"/>
        </w:rPr>
        <w:t xml:space="preserve"> dos niños explican cómo resolvieron: contando todo desde 1, contando desde el número mayor, con los dedos o con la recta. Escribe sus estrategias en el pizarrón y di que todas sirven.</w:t>
      </w:r>
    </w:p>
    <w:p>
      <w:r>
        <w:rPr>
          <w:b/>
        </w:rPr>
        <w:t>Evidencia:</w:t>
      </w:r>
      <w:r>
        <w:rPr>
          <w:b w:val="0"/>
        </w:rPr>
        <w:t xml:space="preserve"> ficha completa.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suman cuando tienen que restar, dramaticen otra vez «se van» sacando niños del corral.</w:t>
      </w:r>
    </w:p>
    <w:p>
      <w:pPr>
        <w:pStyle w:val="ListBullet"/>
      </w:pPr>
      <w:r>
        <w:rPr>
          <w:b w:val="0"/>
        </w:rPr>
        <w:t>Si cuentan todo desde 1, enseña a seguir desde el número que ya tienen: «Guarda el 8 en la cabeza y sigue: 9, 10, 11».</w:t>
      </w:r>
    </w:p>
    <w:p>
      <w:pPr>
        <w:pStyle w:val="Heading2"/>
      </w:pPr>
      <w:r>
        <w:t>Sesión 8. Miércoles 20 de enero. Inventamos nuestro cuento y se lo dictamos a la maestra</w:t>
      </w:r>
    </w:p>
    <w:p>
      <w:r>
        <w:rPr>
          <w:b/>
        </w:rPr>
        <w:t>Propósito:</w:t>
      </w:r>
      <w:r>
        <w:rPr>
          <w:b w:val="0"/>
        </w:rPr>
        <w:t xml:space="preserve"> planear y dictar a la maestra un cuento colectivo con animales de la comunidad.</w:t>
      </w:r>
    </w:p>
    <w:p>
      <w:r>
        <w:rPr>
          <w:b/>
        </w:rPr>
        <w:t>Inicio (10 min):</w:t>
      </w:r>
    </w:p>
    <w:p>
      <w:pPr>
        <w:pStyle w:val="ListNumber"/>
      </w:pPr>
      <w:r>
        <w:rPr>
          <w:b w:val="0"/>
        </w:rPr>
        <w:t>Repasen la secuencia de «La gallinita roja»: quiénes, dónde, qué problema, qué pasó, cómo terminó.</w:t>
      </w:r>
    </w:p>
    <w:p>
      <w:pPr>
        <w:pStyle w:val="ListNumber"/>
      </w:pPr>
      <w:r>
        <w:rPr>
          <w:b w:val="0"/>
        </w:rPr>
        <w:t>Voten los personajes entre los animales de la lista del lunes 11. Cuenten los votos en el pizarrón (es conteo hasta 25).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Planeación (15 min).</w:t>
      </w:r>
    </w:p>
    <w:p>
      <w:pPr>
        <w:pStyle w:val="ListNumber"/>
      </w:pPr>
      <w:r>
        <w:rPr>
          <w:b w:val="0"/>
        </w:rPr>
        <w:t>En papel bond dibuja cinco cajas: ¿Quiénes son? ¿Dónde viven? ¿Qué problema tienen? ¿Quién ayuda y cómo? ¿Cómo termina?</w:t>
      </w:r>
    </w:p>
    <w:p>
      <w:pPr>
        <w:pStyle w:val="ListNumber"/>
      </w:pPr>
      <w:r>
        <w:rPr>
          <w:b w:val="0"/>
        </w:rPr>
        <w:t>Cada mesa propone una idea por caja en tres minutos. Tú anotas con palabras y un dibujo.</w:t>
      </w:r>
    </w:p>
    <w:p>
      <w:pPr>
        <w:pStyle w:val="ListBullet"/>
      </w:pPr>
      <w:r>
        <w:rPr>
          <w:b/>
        </w:rPr>
        <w:t>Dictado (25 min).</w:t>
      </w:r>
    </w:p>
    <w:p>
      <w:pPr>
        <w:pStyle w:val="ListNumber"/>
      </w:pPr>
      <w:r>
        <w:rPr>
          <w:b w:val="0"/>
        </w:rPr>
        <w:t>Escribe en papel bond lo que te dictan. Di en voz alta lo que escribes y pide que dicten despacio.</w:t>
      </w:r>
    </w:p>
    <w:p>
      <w:pPr>
        <w:pStyle w:val="ListNumber"/>
      </w:pPr>
      <w:r>
        <w:rPr>
          <w:b w:val="0"/>
        </w:rPr>
        <w:t>Pregunta mientras escribes: «¿Cómo empiezan los cuentos?», «¿Aquí ya termina la idea? ¿Pongo punto?», «Paloma, ¿con cuál empieza? ¿Quién de ustedes tiene un nombre que empieza igual?».</w:t>
      </w:r>
    </w:p>
    <w:p>
      <w:pPr>
        <w:pStyle w:val="ListNumber"/>
      </w:pPr>
      <w:r>
        <w:rPr>
          <w:b w:val="0"/>
        </w:rPr>
        <w:t>A los presilábicos pregúntales por letras iniciales y nombres conocidos.</w:t>
      </w:r>
    </w:p>
    <w:p>
      <w:pPr>
        <w:pStyle w:val="ListNumber"/>
      </w:pPr>
      <w:r>
        <w:rPr>
          <w:b w:val="0"/>
        </w:rPr>
        <w:t>Relee cada oración en cuanto la terminas.</w:t>
      </w:r>
    </w:p>
    <w:p>
      <w:r>
        <w:rPr>
          <w:b/>
        </w:rPr>
        <w:t>Cierre (10 min):</w:t>
      </w:r>
      <w:r>
        <w:rPr>
          <w:b w:val="0"/>
        </w:rPr>
        <w:t xml:space="preserve"> lee todo el borrador. El grupo dice si se entiende y si falta algo. Marca los cambios con otro color.</w:t>
      </w:r>
    </w:p>
    <w:p>
      <w:r>
        <w:rPr>
          <w:b/>
        </w:rPr>
        <w:t>Evidencia:</w:t>
      </w:r>
      <w:r>
        <w:rPr>
          <w:b w:val="0"/>
        </w:rPr>
        <w:t xml:space="preserve"> borrador del cuento en papel bond.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se dispersan, divide el dictado: hoy inicio y problema, mañana final (en el bloque de 11:30).</w:t>
      </w:r>
    </w:p>
    <w:p>
      <w:pPr>
        <w:pStyle w:val="ListBullet"/>
      </w:pPr>
      <w:r>
        <w:rPr>
          <w:b w:val="0"/>
        </w:rPr>
        <w:t>Si siempre participan los mismos, da turnos con palitos que tengan el nombre de cada niño.</w:t>
      </w:r>
    </w:p>
    <w:p>
      <w:pPr>
        <w:pStyle w:val="Heading2"/>
      </w:pPr>
      <w:r>
        <w:t>Sesión 9. Jueves 21 de enero. Mi página del libro: dibujo y oración</w:t>
      </w:r>
    </w:p>
    <w:p>
      <w:r>
        <w:rPr>
          <w:b/>
        </w:rPr>
        <w:t>Propósito:</w:t>
      </w:r>
      <w:r>
        <w:rPr>
          <w:b w:val="0"/>
        </w:rPr>
        <w:t xml:space="preserve"> producir la página individual del libro con dibujo y oración, y revisar el cuento del grupo.</w:t>
      </w:r>
    </w:p>
    <w:p>
      <w:r>
        <w:rPr>
          <w:b/>
        </w:rPr>
        <w:t>Inicio (10 min):</w:t>
      </w:r>
    </w:p>
    <w:p>
      <w:pPr>
        <w:pStyle w:val="ListNumber"/>
      </w:pPr>
      <w:r>
        <w:rPr>
          <w:b w:val="0"/>
        </w:rPr>
        <w:t>Muestra una página modelo hecha por ti: arriba un dibujo de paloma y abajo «La paloma vive en el parque.».</w:t>
      </w:r>
    </w:p>
    <w:p>
      <w:pPr>
        <w:pStyle w:val="ListNumber"/>
      </w:pPr>
      <w:r>
        <w:rPr>
          <w:b w:val="0"/>
        </w:rPr>
        <w:t>Lee en voz alta el cuento ya corregido.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Todos.</w:t>
      </w:r>
      <w:r>
        <w:rPr>
          <w:b w:val="0"/>
        </w:rPr>
        <w:t xml:space="preserve"> Reciben una hoja carta con un recuadro arriba para el dibujo y renglones abajo. Eligen un animal de la lista y escriben una oración sobre cómo es, qué come o dónde vive.</w:t>
      </w:r>
    </w:p>
    <w:p>
      <w:pPr>
        <w:pStyle w:val="ListBullet"/>
      </w:pPr>
      <w:r>
        <w:rPr>
          <w:b/>
        </w:rPr>
        <w:t>Presilábicos, contigo (20 min).</w:t>
      </w:r>
    </w:p>
    <w:p>
      <w:pPr>
        <w:pStyle w:val="ListNumber"/>
      </w:pPr>
      <w:r>
        <w:rPr>
          <w:b w:val="0"/>
        </w:rPr>
        <w:t>Dicen su oración en voz alta.</w:t>
      </w:r>
    </w:p>
    <w:p>
      <w:pPr>
        <w:pStyle w:val="ListNumber"/>
      </w:pPr>
      <w:r>
        <w:rPr>
          <w:b w:val="0"/>
        </w:rPr>
        <w:t>La arman con alfabeto móvil apoyados en la tarjeta del animal y la lista de nombres.</w:t>
      </w:r>
    </w:p>
    <w:p>
      <w:pPr>
        <w:pStyle w:val="ListNumber"/>
      </w:pPr>
      <w:r>
        <w:rPr>
          <w:b w:val="0"/>
        </w:rPr>
        <w:t>La escriben como pueden y la leen señalando.</w:t>
      </w:r>
    </w:p>
    <w:p>
      <w:pPr>
        <w:pStyle w:val="ListNumber"/>
      </w:pPr>
      <w:r>
        <w:rPr>
          <w:b w:val="0"/>
        </w:rPr>
        <w:t>Abajo, con letra pequeña, escribes tú la versión convencional.</w:t>
      </w:r>
    </w:p>
    <w:p>
      <w:pPr>
        <w:pStyle w:val="ListNumber"/>
      </w:pPr>
      <w:r>
        <w:rPr>
          <w:b w:val="0"/>
        </w:rPr>
        <w:t>Si alguno se bloquea, ofrécele el molde «El ___ come ___.»: copia el nombre del animal de la tarjeta y dibuja o dice lo que come.</w:t>
      </w:r>
    </w:p>
    <w:p>
      <w:pPr>
        <w:pStyle w:val="ListBullet"/>
      </w:pPr>
      <w:r>
        <w:rPr>
          <w:b/>
        </w:rPr>
        <w:t>Resto del grupo (20 min).</w:t>
      </w:r>
    </w:p>
    <w:p>
      <w:pPr>
        <w:pStyle w:val="ListNumber"/>
      </w:pPr>
      <w:r>
        <w:rPr>
          <w:b w:val="0"/>
        </w:rPr>
        <w:t>Escriben su oración solos.</w:t>
      </w:r>
    </w:p>
    <w:p>
      <w:pPr>
        <w:pStyle w:val="ListNumber"/>
      </w:pPr>
      <w:r>
        <w:rPr>
          <w:b w:val="0"/>
        </w:rPr>
        <w:t>La revisan con su pareja con esta lista, escrita en el pizarrón: empieza con mayúscula, termina con punto, separé las palabras.</w:t>
      </w:r>
    </w:p>
    <w:p>
      <w:pPr>
        <w:pStyle w:val="ListNumber"/>
      </w:pPr>
      <w:r>
        <w:rPr>
          <w:b w:val="0"/>
        </w:rPr>
        <w:t>Quien termina escribe una segunda oración.</w:t>
      </w:r>
    </w:p>
    <w:p>
      <w:pPr>
        <w:pStyle w:val="ListBullet"/>
      </w:pPr>
      <w:r>
        <w:rPr>
          <w:b/>
        </w:rPr>
        <w:t>Al terminar.</w:t>
      </w:r>
      <w:r>
        <w:rPr>
          <w:b w:val="0"/>
        </w:rPr>
        <w:t xml:space="preserve"> Todos dibujan su animal en el recuadro, con el lugar donde vive.</w:t>
      </w:r>
    </w:p>
    <w:p>
      <w:r>
        <w:rPr>
          <w:b/>
        </w:rPr>
        <w:t>Cierre (10 min):</w:t>
      </w:r>
      <w:r>
        <w:rPr>
          <w:b w:val="0"/>
        </w:rPr>
        <w:t xml:space="preserve"> paseo de galería. Las páginas se quedan sobre las mesas, el grupo camina a verlas y cada niño lee su oración a un compañero.</w:t>
      </w:r>
    </w:p>
    <w:p>
      <w:r>
        <w:rPr>
          <w:b/>
        </w:rPr>
        <w:t>Evidencia:</w:t>
      </w:r>
      <w:r>
        <w:rPr>
          <w:b w:val="0"/>
        </w:rPr>
        <w:t xml:space="preserve"> página del libro de cada alumno.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Quien no termine lo hace en el bloque de 11:30.</w:t>
      </w:r>
    </w:p>
    <w:p>
      <w:pPr>
        <w:pStyle w:val="ListBullet"/>
      </w:pPr>
      <w:r>
        <w:rPr>
          <w:b w:val="0"/>
        </w:rPr>
        <w:t>Si un dibujo queda muy pequeño, marca con lápiz un recuadro más chico para que lo llene.</w:t>
      </w:r>
    </w:p>
    <w:p>
      <w:pPr>
        <w:pStyle w:val="Heading2"/>
      </w:pPr>
      <w:r>
        <w:t>Sesión 10. Viernes 22 de enero. Presentamos nuestro libro</w:t>
      </w:r>
    </w:p>
    <w:p>
      <w:r>
        <w:rPr>
          <w:b/>
        </w:rPr>
        <w:t>Propósito:</w:t>
      </w:r>
      <w:r>
        <w:rPr>
          <w:b w:val="0"/>
        </w:rPr>
        <w:t xml:space="preserve"> armar el libro del grupo, presentarlo y reconocer lo aprendido.</w:t>
      </w:r>
    </w:p>
    <w:p>
      <w:r>
        <w:rPr>
          <w:b/>
        </w:rPr>
        <w:t>Inicio (10 min):</w:t>
      </w:r>
      <w:r>
        <w:rPr>
          <w:b w:val="0"/>
        </w:rPr>
        <w:t xml:space="preserve"> organiza cuatro comisiones:</w:t>
      </w:r>
    </w:p>
    <w:p>
      <w:pPr>
        <w:pStyle w:val="ListBullet"/>
      </w:pPr>
      <w:r>
        <w:rPr>
          <w:b w:val="0"/>
        </w:rPr>
        <w:t>portada;</w:t>
      </w:r>
    </w:p>
    <w:p>
      <w:pPr>
        <w:pStyle w:val="ListBullet"/>
      </w:pPr>
      <w:r>
        <w:rPr>
          <w:b w:val="0"/>
        </w:rPr>
        <w:t>numeración de páginas;</w:t>
      </w:r>
    </w:p>
    <w:p>
      <w:pPr>
        <w:pStyle w:val="ListBullet"/>
      </w:pPr>
      <w:r>
        <w:rPr>
          <w:b w:val="0"/>
        </w:rPr>
        <w:t>índice con los nombres de los autores;</w:t>
      </w:r>
    </w:p>
    <w:p>
      <w:pPr>
        <w:pStyle w:val="ListBullet"/>
      </w:pPr>
      <w:r>
        <w:rPr>
          <w:b w:val="0"/>
        </w:rPr>
        <w:t>pegado de la página del cuento (tú lo pasas en limpio el jueves en la tarde con letra grande).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Armado (15 min).</w:t>
      </w:r>
    </w:p>
    <w:p>
      <w:pPr>
        <w:pStyle w:val="ListNumber"/>
      </w:pPr>
      <w:r>
        <w:rPr>
          <w:b w:val="0"/>
        </w:rPr>
        <w:t>Ordenan las páginas y las numeran del 1 al 25.</w:t>
      </w:r>
    </w:p>
    <w:p>
      <w:pPr>
        <w:pStyle w:val="ListNumber"/>
      </w:pPr>
      <w:r>
        <w:rPr>
          <w:b w:val="0"/>
        </w:rPr>
        <w:t>El cuento va al final.</w:t>
      </w:r>
    </w:p>
    <w:p>
      <w:pPr>
        <w:pStyle w:val="ListNumber"/>
      </w:pPr>
      <w:r>
        <w:rPr>
          <w:b w:val="0"/>
        </w:rPr>
        <w:t>Engrapen o cosan con estambre.</w:t>
      </w:r>
    </w:p>
    <w:p>
      <w:pPr>
        <w:pStyle w:val="ListBullet"/>
      </w:pPr>
      <w:r>
        <w:rPr>
          <w:b/>
        </w:rPr>
        <w:t>Presentación (25 min).</w:t>
      </w:r>
      <w:r>
        <w:rPr>
          <w:b w:val="0"/>
        </w:rPr>
        <w:t xml:space="preserve"> Presenten el libro a otro grupo de 1° o a las familias invitadas.</w:t>
      </w:r>
    </w:p>
    <w:p>
      <w:pPr>
        <w:pStyle w:val="ListNumber"/>
      </w:pPr>
      <w:r>
        <w:rPr>
          <w:b w:val="0"/>
        </w:rPr>
        <w:t>Cada niño muestra su página y lee su oración.</w:t>
      </w:r>
    </w:p>
    <w:p>
      <w:pPr>
        <w:pStyle w:val="ListNumber"/>
      </w:pPr>
      <w:r>
        <w:rPr>
          <w:b w:val="0"/>
        </w:rPr>
        <w:t>Tú lees el cuento del grupo y los niños dramatizan los personajes.</w:t>
      </w:r>
    </w:p>
    <w:p>
      <w:r>
        <w:rPr>
          <w:b/>
        </w:rPr>
        <w:t>Cierre (10 min):</w:t>
      </w:r>
    </w:p>
    <w:p>
      <w:pPr>
        <w:pStyle w:val="ListNumber"/>
      </w:pPr>
      <w:r>
        <w:rPr>
          <w:b w:val="0"/>
        </w:rPr>
        <w:t>Autoevaluación con la mano: arriba «lo logré», al medio «casi», abajo «necesito ayuda». Pregunta por partes: describir animales, contar hasta 20, sumar y restar, escribir mi oración, cuidar a los animales.</w:t>
      </w:r>
    </w:p>
    <w:p>
      <w:pPr>
        <w:pStyle w:val="ListNumber"/>
      </w:pPr>
      <w:r>
        <w:rPr>
          <w:b w:val="0"/>
        </w:rPr>
        <w:t>El libro va a la biblioteca del aula y se presta a casa por turnos.</w:t>
      </w:r>
    </w:p>
    <w:p>
      <w:r>
        <w:rPr>
          <w:b/>
        </w:rPr>
        <w:t>Evidencia:</w:t>
      </w:r>
      <w:r>
        <w:rPr>
          <w:b w:val="0"/>
        </w:rPr>
        <w:t xml:space="preserve"> libro armado y registro de la autoevaluación.</w:t>
      </w:r>
    </w:p>
    <w:p>
      <w:r>
        <w:rPr>
          <w:b/>
        </w:rPr>
        <w:t>Si no sale:</w:t>
      </w:r>
      <w:r>
        <w:rPr>
          <w:b w:val="0"/>
        </w:rPr>
        <w:t xml:space="preserve"> si no da tiempo de presentarlo, hazlo el lunes 25 en el bloque de entrada. Nadie se queda sin leer su página.</w:t>
      </w:r>
    </w:p>
    <w:p>
      <w:pPr>
        <w:pStyle w:val="Heading1"/>
      </w:pPr>
      <w:r>
        <w:t>Actividades diferenciadas: qué hace cada grado</w:t>
      </w:r>
    </w:p>
    <w:p>
      <w:r>
        <w:rPr>
          <w:b w:val="0"/>
        </w:rPr>
        <w:t>Tu grupo es de un solo grado (1°), así que la diferenciación es por nivel de escritura y de conteo. Los niveles salen del dictado diagnóstico del lunes 11.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Actividad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Presilábicos (6)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Silábicos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Silábico-alfabéticos y alfabéticos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Alumna con hipoacusia leve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Nombres de animales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Reconocen la tarjeta imagen-palabra, comparan la letra inicial con nombres del grupo y arman la palabra copiando en alfabeto móvil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Escriben una letra por golpe de voz y completan con la letra que falta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Escriben el nombre completo y lo usan en una oración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Ve la tarjeta mientras tú pronuncias la palabra de frente; cuenta golpes de voz con palmadas que ve y siente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Describir cómo son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Describen oralmente con el cuadro de pelo, plumas y escamas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Escriben el nombre del animal y una palabra: pelo, plumas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Escriben una oración: «El pato tiene plumas.»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Toca el material del cuadro; repite la consigna con su compañero de al lado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Qué comen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Dicen la oración, ponen una ficha por palabra y la escriben como saben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Escriben la oración con apoyo de la tabla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Escriben oraciones con «y»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Usa la tabla de alimentos como apoyo visual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Cuento leído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Ordenan la secuencia con dibujos; dicen quién es cada personaje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Ordenan la secuencia y leen el nombre de los personajes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Leen las frases de las tarjetas y vuelven a contar con detalles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Va frente a ti; ve las tarjetas mientras lees; mira tus gestos y los dibujos del pizarrón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Dictado del cuento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Dicen letras iniciales y localizan nombres en la lista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Dicen con qué letras se escribe una palabra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Proponen dónde poner punto y mayúscula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Va a tu lado mientras escribes; repites en voz alta cada oración antes de escribirla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Página del libro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Escriben como pueden con alfabeto móvil; tú agregas la transcripción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Escriben con apoyo del banco de palabras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Escriben solos y revisan con la lista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Igual que su nivel de escritura; consignas también por escrito en el pizarrón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Conteo hasta 20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Según su nivel de conteo, no de escritura: un dado y un corral de 10 si aún no cuentan con seguridad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Un dado y dos corrales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Dos dados, dos corrales y «cuántos faltan»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Juega en una mesa lejos de la puerta y del ruido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Suma y resta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Material concreto; problemas hasta 10 si lo necesitan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Material y dibujo hasta 20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Dibujo, recta numérica y operación escrita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Recibe el problema por escrito y con dibujo además de leído</w:t>
            </w:r>
          </w:p>
        </w:tc>
      </w:tr>
    </w:tbl>
    <w:p/>
    <w:p>
      <w:pPr>
        <w:pStyle w:val="Heading1"/>
      </w:pPr>
      <w:r>
        <w:t>Evaluación</w:t>
      </w:r>
    </w:p>
    <w:p>
      <w:r>
        <w:rPr>
          <w:b/>
        </w:rPr>
        <w:t>Diagnóstica (lunes 11):</w:t>
      </w:r>
      <w:r>
        <w:rPr>
          <w:b w:val="0"/>
        </w:rPr>
        <w:t xml:space="preserve"> dictado de mariposa, conejo, gato, pez y «El gato come pescado». Registra el nivel de cada alumno. Repite el mismo dictado en el examen del jueves 21 y compara.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Alumno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Nivel 11 de enero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Nivel 21 de enero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Observaciones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(uno por renglón, 25)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</w:tbl>
    <w:p/>
    <w:p>
      <w:r>
        <w:rPr>
          <w:b/>
        </w:rPr>
        <w:t>Formativa (todos los días):</w:t>
      </w:r>
    </w:p>
    <w:p>
      <w:pPr>
        <w:pStyle w:val="ListBullet"/>
      </w:pPr>
      <w:r>
        <w:rPr>
          <w:b w:val="0"/>
        </w:rPr>
        <w:t>Revisa la evidencia de cada sesión y anota en tu lista de cotejo: L (logrado), EP (en proceso), NL (no logrado).</w:t>
      </w:r>
    </w:p>
    <w:p>
      <w:pPr>
        <w:pStyle w:val="ListBullet"/>
      </w:pPr>
      <w:r>
        <w:rPr>
          <w:b w:val="0"/>
        </w:rPr>
        <w:t>Si en una sesión más de ocho alumnos quedan en NL, repite la actividad central al día siguiente en el bloque de 9:50 antes de avanzar.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 (PDA)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Evidencia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EP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NL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Describe animales por su cubierta, lo que comen y dónde viven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Cuadro, hoja de cuatro animales, ficha de lectura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Identifica personajes, problema y final del cuento y lo vuelve a contar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Secuencia y recontado, sesión 6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Participa en el dictado del cuento colectivo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Borrador, sesión 8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 nombre de animal y oración según su nivel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Ficha de lectoescritura y página del libro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Cuenta colecciones hasta 20 y escribe el número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Registro del juego y ficha de la granja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Resuelve problemas de agregar y quitar hasta 20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Ficha de la granja, consignas 3 y 4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Propone acciones para cuidar a los animales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Cartel y ficha de lectura, consigna 5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Colabora y se expresa con el cuerpo en juegos y dramatización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Observación, sesiones 6 y 10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</w:tr>
    </w:tbl>
    <w:p/>
    <w:p>
      <w:r>
        <w:rPr>
          <w:b/>
        </w:rPr>
        <w:t>Rúbrica de la página del libro: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Aspecto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Logrado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En proceso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No logrado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Dibujo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Muestra el animal y dónde vive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Muestra el animal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corresponde al animal elegido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Oración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Dice algo de cómo es, qué come o dónde vive, en su nivel de escritura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Escribe solo el nombre del animal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escribe ni dicta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Lectura de su oración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La lee señalando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La dice sin señalar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la recuerda</w:t>
            </w:r>
          </w:p>
        </w:tc>
      </w:tr>
    </w:tbl>
    <w:p/>
    <w:p>
      <w:r>
        <w:rPr>
          <w:b/>
        </w:rPr>
        <w:t>Sumativa:</w:t>
      </w:r>
      <w:r>
        <w:rPr>
          <w:b w:val="0"/>
        </w:rPr>
        <w:t xml:space="preserve"> examen de cierre en dos partes (jueves 21 y viernes 22) más la página del libro. Si tu escuela pide número, una opción es: libro 40 %, fichas 30 % y examen 30 %. El nivel de escritura se informa como avance, no se califica.</w:t>
      </w:r>
    </w:p>
    <w:p>
      <w:pPr>
        <w:pStyle w:val="Heading1"/>
      </w:pPr>
      <w:r>
        <w:t>Materiales</w:t>
      </w:r>
    </w:p>
    <w:p>
      <w:pPr>
        <w:pStyle w:val="ListBullet"/>
      </w:pPr>
      <w:r>
        <w:rPr>
          <w:b w:val="0"/>
        </w:rPr>
        <w:t>Tarjetas imagen-palabra de unos 20 animales (perro, gato, paloma, gorrión, ardilla, hormiga, pez, vaca, cerdo, gallina, pollito, pato, borrego, caballo, conejo, rana, mariposa, lagartija, burro, chivo), dibujadas a mano con el nombre en minúsculas grandes.</w:t>
      </w:r>
    </w:p>
    <w:p>
      <w:pPr>
        <w:pStyle w:val="ListBullet"/>
      </w:pPr>
      <w:r>
        <w:rPr>
          <w:b w:val="0"/>
        </w:rPr>
        <w:t>Tarjetas con el nombre de cada alumno y alfabeto móvil, uno por mesa.</w:t>
      </w:r>
    </w:p>
    <w:p>
      <w:pPr>
        <w:pStyle w:val="ListBullet"/>
      </w:pPr>
      <w:r>
        <w:rPr>
          <w:b w:val="0"/>
        </w:rPr>
        <w:t>Papel bond para lista, cuadros, tabla, cartel y borrador del cuento; plumones de dos colores.</w:t>
      </w:r>
    </w:p>
    <w:p>
      <w:pPr>
        <w:pStyle w:val="ListBullet"/>
      </w:pPr>
      <w:r>
        <w:rPr>
          <w:b w:val="0"/>
        </w:rPr>
        <w:t>Pluma, trozo de peluche o estambre y dibujo de pez con escamas.</w:t>
      </w:r>
    </w:p>
    <w:p>
      <w:pPr>
        <w:pStyle w:val="ListBullet"/>
      </w:pPr>
      <w:r>
        <w:rPr>
          <w:b w:val="0"/>
        </w:rPr>
        <w:t>Tablero de la granja en cartulina, 200 corcholatas, tiras de 10 casillas, dados y una recta numérica 0 a 20 en el salón.</w:t>
      </w:r>
    </w:p>
    <w:p>
      <w:pPr>
        <w:pStyle w:val="ListBullet"/>
      </w:pPr>
      <w:r>
        <w:rPr>
          <w:b w:val="0"/>
        </w:rPr>
        <w:t>Cinta o aro para el corral del piso.</w:t>
      </w:r>
    </w:p>
    <w:p>
      <w:pPr>
        <w:pStyle w:val="ListBullet"/>
      </w:pPr>
      <w:r>
        <w:rPr>
          <w:b w:val="0"/>
        </w:rPr>
        <w:t>Fotocopias: tres fichas (25 de cada una), examen (25) y hojas del libro con recuadro y renglones (30).</w:t>
      </w:r>
    </w:p>
    <w:p>
      <w:pPr>
        <w:pStyle w:val="ListBullet"/>
      </w:pPr>
      <w:r>
        <w:rPr>
          <w:b w:val="0"/>
        </w:rPr>
        <w:t>Estambre o grapas, cartulina para la portada.</w:t>
      </w:r>
    </w:p>
    <w:p>
      <w:pPr>
        <w:pStyle w:val="ListBullet"/>
      </w:pPr>
      <w:r>
        <w:rPr>
          <w:b w:val="0"/>
        </w:rPr>
        <w:t>Tarjeta roja de señal de inicio.</w:t>
      </w:r>
    </w:p>
    <w:p>
      <w:pPr>
        <w:pStyle w:val="ListBullet"/>
      </w:pPr>
      <w:r>
        <w:rPr>
          <w:b w:val="0"/>
        </w:rPr>
        <w:t>Cuento «La gallinita roja». Si no tienes el libro, lee esta versión:</w:t>
      </w:r>
    </w:p>
    <w:p>
      <w:r>
        <w:rPr>
          <w:b w:val="0"/>
        </w:rPr>
        <w:t>&gt; Una gallinita roja encontró unos granos de trigo. «¿Quién me ayuda a sembrarlos?», preguntó. «Yo no», dijo el gato. «Yo no», dijo el perro. «Yo no», dijo el pato. «Entonces lo haré yo», dijo la gallinita, y los sembró. Cuando el trigo creció, preguntó: «¿Quién me ayuda a regarlo?». «Yo no», dijeron todos. Lo regó ella sola. Así pasó al cortarlo, al molerlo y al hacer el pan. Cuando el pan salió del horno, olía muy rico. «¿Quién me ayuda a comer el pan?», preguntó la gallinita. «¡Yo sí!», dijeron el gato, el perro y el pato. «No», dijo la gallinita. «Ustedes no me ayudaron. Me lo comeré con mis pollitos.» Y así lo hizo.</w:t>
      </w:r>
    </w:p>
    <w:p>
      <w:pPr>
        <w:pStyle w:val="Heading1"/>
      </w:pPr>
      <w:r>
        <w:t>Adecuaciones</w:t>
      </w:r>
    </w:p>
    <w:p>
      <w:r>
        <w:rPr>
          <w:b/>
        </w:rPr>
        <w:t>Seis alumnos presilábicos:</w:t>
      </w:r>
    </w:p>
    <w:p>
      <w:pPr>
        <w:pStyle w:val="ListBullet"/>
      </w:pPr>
      <w:r>
        <w:rPr>
          <w:b w:val="0"/>
        </w:rPr>
        <w:t>Trabajan 20 minutos diarios contigo en la mesa del frente (bloque de 9:50) y en el desarrollo de las sesiones de escritura.</w:t>
      </w:r>
    </w:p>
    <w:p>
      <w:pPr>
        <w:pStyle w:val="ListBullet"/>
      </w:pPr>
      <w:r>
        <w:rPr>
          <w:b w:val="0"/>
        </w:rPr>
        <w:t>Parte siempre del nombre propio: comparar letras iniciales y finales con su nombre y el de sus compañeros.</w:t>
      </w:r>
    </w:p>
    <w:p>
      <w:pPr>
        <w:pStyle w:val="ListBullet"/>
      </w:pPr>
      <w:r>
        <w:rPr>
          <w:b w:val="0"/>
        </w:rPr>
        <w:t>Usa alfabeto móvil antes del lápiz y tarjetas imagen-palabra siempre a la vista.</w:t>
      </w:r>
    </w:p>
    <w:p>
      <w:pPr>
        <w:pStyle w:val="ListBullet"/>
      </w:pPr>
      <w:r>
        <w:rPr>
          <w:b w:val="0"/>
        </w:rPr>
        <w:t>Cuenten golpes de voz con palmadas y fichas.</w:t>
      </w:r>
    </w:p>
    <w:p>
      <w:pPr>
        <w:pStyle w:val="ListBullet"/>
      </w:pPr>
      <w:r>
        <w:rPr>
          <w:b w:val="0"/>
        </w:rPr>
        <w:t>Acepta su escritura y pide que la lean señalando. Escribe abajo la versión convencional, sin tachar la suya.</w:t>
      </w:r>
    </w:p>
    <w:p>
      <w:pPr>
        <w:pStyle w:val="ListBullet"/>
      </w:pPr>
      <w:r>
        <w:rPr>
          <w:b w:val="0"/>
        </w:rPr>
        <w:t>En el examen el dictado se registra por nivel. Los demás reactivos se los lees tú.</w:t>
      </w:r>
    </w:p>
    <w:p>
      <w:r>
        <w:rPr>
          <w:b/>
        </w:rPr>
        <w:t>Alumna con hipoacusia leve:</w:t>
      </w:r>
    </w:p>
    <w:p>
      <w:pPr>
        <w:pStyle w:val="ListBullet"/>
      </w:pPr>
      <w:r>
        <w:rPr>
          <w:b w:val="0"/>
        </w:rPr>
        <w:t>Siéntala en la primera fila, al centro, a un metro de donde hablas, lejos de la puerta y la ventana.</w:t>
      </w:r>
    </w:p>
    <w:p>
      <w:pPr>
        <w:pStyle w:val="ListBullet"/>
      </w:pPr>
      <w:r>
        <w:rPr>
          <w:b w:val="0"/>
        </w:rPr>
        <w:t>Háblale de frente, con la cara iluminada y sin taparte la boca. No dictes ni expliques de espaldas mientras escribes en el pizarrón.</w:t>
      </w:r>
    </w:p>
    <w:p>
      <w:pPr>
        <w:pStyle w:val="ListBullet"/>
      </w:pPr>
      <w:r>
        <w:rPr>
          <w:b w:val="0"/>
        </w:rPr>
        <w:t>Usa la tarjeta roja como señal de inicio y cambio de actividad.</w:t>
      </w:r>
    </w:p>
    <w:p>
      <w:pPr>
        <w:pStyle w:val="ListBullet"/>
      </w:pPr>
      <w:r>
        <w:rPr>
          <w:b w:val="0"/>
        </w:rPr>
        <w:t>Escribe la consigna corta en el pizarrón y apóyala con un dibujo.</w:t>
      </w:r>
    </w:p>
    <w:p>
      <w:pPr>
        <w:pStyle w:val="ListBullet"/>
      </w:pPr>
      <w:r>
        <w:rPr>
          <w:b w:val="0"/>
        </w:rPr>
        <w:t>Verifica que entendió: «Dime qué vas a hacer».</w:t>
      </w:r>
    </w:p>
    <w:p>
      <w:pPr>
        <w:pStyle w:val="ListBullet"/>
      </w:pPr>
      <w:r>
        <w:rPr>
          <w:b w:val="0"/>
        </w:rPr>
        <w:t>Asígnale una compañera de mesa que le repita la consigna si la pierde.</w:t>
      </w:r>
    </w:p>
    <w:p>
      <w:pPr>
        <w:pStyle w:val="ListBullet"/>
      </w:pPr>
      <w:r>
        <w:rPr>
          <w:b w:val="0"/>
        </w:rPr>
        <w:t>En la lectura del cuento y en el dictado colectivo, colócala frente a ti y repite en voz alta lo que dicen sus compañeros antes de escribir.</w:t>
      </w:r>
    </w:p>
    <w:p>
      <w:pPr>
        <w:pStyle w:val="ListBullet"/>
      </w:pPr>
      <w:r>
        <w:rPr>
          <w:b w:val="0"/>
        </w:rPr>
        <w:t>En el dictado del examen, pronuncia de frente y a ritmo natural, repite cada palabra dos veces y no la silabees.</w:t>
      </w:r>
    </w:p>
    <w:p>
      <w:pPr>
        <w:pStyle w:val="ListBullet"/>
      </w:pPr>
      <w:r>
        <w:rPr>
          <w:b w:val="0"/>
        </w:rPr>
        <w:t>Si notas que pierde mucha información, coméntalo con la familia y con USAER si tu escuela cuenta con ese apoyo.</w:t>
      </w:r>
    </w:p>
    <w:p>
      <w:r>
        <w:rPr>
          <w:b/>
        </w:rPr>
        <w:t>Alumnos que avanzan rápido:</w:t>
      </w:r>
    </w:p>
    <w:p>
      <w:pPr>
        <w:pStyle w:val="ListBullet"/>
      </w:pPr>
      <w:r>
        <w:rPr>
          <w:b w:val="0"/>
        </w:rPr>
        <w:t>Segunda oración en su página.</w:t>
      </w:r>
    </w:p>
    <w:p>
      <w:pPr>
        <w:pStyle w:val="ListBullet"/>
      </w:pPr>
      <w:r>
        <w:rPr>
          <w:b w:val="0"/>
        </w:rPr>
        <w:t>Inventar problemas de la granja.</w:t>
      </w:r>
    </w:p>
    <w:p>
      <w:pPr>
        <w:pStyle w:val="ListBullet"/>
      </w:pPr>
      <w:r>
        <w:rPr>
          <w:b w:val="0"/>
        </w:rPr>
        <w:t>Ser tutores de pareja con la regla «ayudo preguntando, no escribiendo por él».</w:t>
      </w:r>
    </w:p>
    <w:p>
      <w:r>
        <w:rPr>
          <w:b/>
        </w:rPr>
        <w:t>Familias:</w:t>
      </w:r>
    </w:p>
    <w:p>
      <w:pPr>
        <w:pStyle w:val="ListBullet"/>
      </w:pPr>
      <w:r>
        <w:rPr>
          <w:b w:val="0"/>
        </w:rPr>
        <w:t>Recado del lunes 11 para observar un animal en casa o en la calle.</w:t>
      </w:r>
    </w:p>
    <w:p>
      <w:pPr>
        <w:pStyle w:val="ListBullet"/>
      </w:pPr>
      <w:r>
        <w:rPr>
          <w:b w:val="0"/>
        </w:rPr>
        <w:t>Recado del miércoles 13 con las preguntas que quedaron en «todavía no sabemos».</w:t>
      </w:r>
    </w:p>
    <w:p>
      <w:pPr>
        <w:pStyle w:val="ListBullet"/>
      </w:pPr>
      <w:r>
        <w:rPr>
          <w:b w:val="0"/>
        </w:rPr>
        <w:t>Invitación a la presentación del viernes 22.</w:t>
      </w:r>
    </w:p>
    <w:p/>
    <w:p>
      <w:r>
        <w:rPr>
          <w:sz w:val="16"/>
        </w:rPr>
        <w:t>Material gratuito de Didaula · https://didaula.com/planeaciones/1-grado/1-grado-los-animales-y-el-cuento/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