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Versos, recados y la cuenta de la piñata: las tradiciones de diciembre en mi familia</w:t>
      </w:r>
    </w:p>
    <w:p>
      <w:r>
        <w:t>Planeación · 1°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lectura compartida en voz alta; escritura colectiva por medio del dictado; uso de la escritura para comunicar mensajes (el recado); textos con instrucciones para preparar alimentos; juego con la sonoridad de las palabras (rima, sílaba) en versos y canciones. Saberes y pensamiento científico: estudio de los números; construcción de la noción de suma y resta; organización e interpretación de datos. Ética, naturaleza y sociedades: diversidad de costumbres, festividades y tradiciones en la familia y la comunidad. De lo humano y lo comunitario: alimentación saludable y cuidado en la convivencia; sentido de pertenencia a la familia y a la escuela.</w:t>
      </w:r>
    </w:p>
    <w:p>
      <w:r>
        <w:rPr>
          <w:b/>
        </w:rPr>
        <w:t>PDA:</w:t>
      </w:r>
      <w:r>
        <w:rPr>
          <w:b w:val="0"/>
        </w:rPr>
        <w:t xml:space="preserve"> Lenguajes: identifica palabras que riman en versos y canciones, y las usa para escribir un verso con su nivel de escritura; participa en la lectura compartida siguiendo el texto con el dedo; escribe un recado con destinatario, mensaje, firma y fecha; reconoce los ingredientes y el orden de los pasos en una receta. Saberes: cuenta colecciones de hasta 30 elementos y registra la cantidad con número; compara cantidades (más, menos, cuántos más); resuelve problemas de juntar, agregar y quitar con números hasta 20 usando objetos, dibujos, la recta numérica o cálculo mental; registra datos en tablas y pictogramas. Ética: describe una tradición de su familia y reconoce que otras familias celebran distinto, con respeto. Lo humano y lo comunitario: distingue alimentos saludables para una convivencia y sigue acuerdos de cuidado y turnos.</w:t>
      </w:r>
    </w:p>
    <w:p>
      <w:r>
        <w:t>Paquete de 2 semanas (1 al 14 de diciembre de 2026) para 25 alumnos de 1°, fase 3. Los niños investigan con su familia cómo viven diciembre. Aprenden versos de posada, la canción de la piñata y un villancico, y escriben un recado real. También cuentan, suman y restan con los dulces de la piñata. Cierra el lunes 14 con el libro del grupo: versos y recetario de la convivencia, con la cuenta de la piñata y el presupuesto de la fruta. Incluye apoyo para seis alumnos presilábicos y para una alumna con hipoacusia leve.</w:t>
      </w:r>
    </w:p>
    <w:p>
      <w:pPr>
        <w:pStyle w:val="Heading1"/>
      </w:pPr>
      <w:r>
        <w:t>Qué vas a lograr en 2 semanas (1 al 14 de diciembre de 2026)</w:t>
      </w:r>
    </w:p>
    <w:p>
      <w:r>
        <w:rPr>
          <w:b w:val="0"/>
        </w:rPr>
        <w:t xml:space="preserve">Tus 25 alumnos de 1° van a investigar con su familia cómo viven diciembre. Van a aprender versos, la canción de la piñata y un villancico, escribir un recado de verdad y resolver cuentas con los dulces de la piñata. Todo termina el lunes 14 con el </w:t>
      </w:r>
      <w:r>
        <w:rPr>
          <w:b/>
        </w:rPr>
        <w:t>libro del grupo: versos y recetario de la convivencia</w:t>
      </w:r>
      <w:r>
        <w:rPr>
          <w:b w:val="0"/>
        </w:rPr>
        <w:t>.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encontrar palabras que riman, leer en voz alta con apoyo, escribir un verso propio y un recado con sus partes, leer una receta.</w:t>
      </w:r>
    </w:p>
    <w:p>
      <w:pPr>
        <w:pStyle w:val="ListBullet"/>
      </w:pPr>
      <w:r>
        <w:rPr>
          <w:b/>
        </w:rPr>
        <w:t>Saberes y pensamiento científico:</w:t>
      </w:r>
      <w:r>
        <w:rPr>
          <w:b w:val="0"/>
        </w:rPr>
        <w:t xml:space="preserve"> contar colecciones hasta 30, registrar en tablas, resolver problemas de juntar, agregar y quitar hasta 20, calcular costos sencillos con monedas.</w:t>
      </w:r>
    </w:p>
    <w:p>
      <w:pPr>
        <w:pStyle w:val="ListBullet"/>
      </w:pPr>
      <w:r>
        <w:rPr>
          <w:b/>
        </w:rPr>
        <w:t>Ética, naturaleza y sociedades:</w:t>
      </w:r>
      <w:r>
        <w:rPr>
          <w:b w:val="0"/>
        </w:rPr>
        <w:t xml:space="preserve"> reconocer que cada familia celebra diciembre a su manera y respetarlo.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elegir alimentos saludables para la convivencia y acordar reglas de cuidado (piñata, turnos, dulces con medida).</w:t>
      </w:r>
    </w:p>
    <w:p>
      <w:r>
        <w:rPr>
          <w:b/>
        </w:rPr>
        <w:t>Producto final:</w:t>
      </w:r>
      <w:r>
        <w:rPr>
          <w:b w:val="0"/>
        </w:rPr>
        <w:t xml:space="preserve"> un libro engrapado o cosido con estambre que lleva:</w:t>
      </w:r>
    </w:p>
    <w:p>
      <w:pPr>
        <w:pStyle w:val="ListBullet"/>
      </w:pPr>
      <w:r>
        <w:rPr>
          <w:b w:val="0"/>
        </w:rPr>
        <w:t>portada;</w:t>
      </w:r>
    </w:p>
    <w:p>
      <w:pPr>
        <w:pStyle w:val="ListBullet"/>
      </w:pPr>
      <w:r>
        <w:rPr>
          <w:b w:val="0"/>
        </w:rPr>
        <w:t>una página de verso por alumno;</w:t>
      </w:r>
    </w:p>
    <w:p>
      <w:pPr>
        <w:pStyle w:val="ListBullet"/>
      </w:pPr>
      <w:r>
        <w:rPr>
          <w:b w:val="0"/>
        </w:rPr>
        <w:t>una página de receta por alumno, de su familia;</w:t>
      </w:r>
    </w:p>
    <w:p>
      <w:pPr>
        <w:pStyle w:val="ListBullet"/>
      </w:pPr>
      <w:r>
        <w:rPr>
          <w:b w:val="0"/>
        </w:rPr>
        <w:t>una página grupal con la cuenta de la piñata y el presupuesto de la ensalada de frutas.</w:t>
      </w:r>
    </w:p>
    <w:p>
      <w:r>
        <w:rPr>
          <w:b w:val="0"/>
        </w:rPr>
        <w:t>Se presenta a las familias o a otro grupo el lunes 14, antes de vacaciones.</w:t>
      </w:r>
    </w:p>
    <w:p>
      <w:r>
        <w:rPr>
          <w:b/>
        </w:rPr>
        <w:t>Calendario:</w:t>
      </w:r>
      <w:r>
        <w:rPr>
          <w:b w:val="0"/>
        </w:rPr>
        <w:t xml:space="preserve"> S1 mar 1 · S2 mié 2 · S3 jue 3 · S4 vie 4 · S5 lun 7 · S6 mar 8 · S7 mié 9 · S8 jue 10 · S9 vie 11 · S10 lun 14.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8:00-8:20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 y rutina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Pase de lista. Leen en coro el verso o la canción del día en el cartel. Tachan el día en el calendario de diciembre.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8:20-9:50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Bloque del proyecto (90 min)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La sesión del día: inicio 15, desarrollo 60, cierre 15.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9:50-10:30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y escritura por niveles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Trabajas 20 min con los 6 presilábicos (nombre propio, letra inicial, alfabeto móvil). El resto lee cuentos en parejas o termina su ficha. Los últimos 20 min recorres mesas.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10:30-11:00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11:00-11:40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Matemáticas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Cálculo mental de 10 min con dulces de papel («tengo 6, me dan 2») y práctica de conteo o del tema de la semana.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11:40-12:20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Especialidades o artes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Según tu horario: Educación Física, Inglés o Artes. Si queda libre, ensayan la canción.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12:20-12:30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Recado del día y despedida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Dictas o pegas el recado para casa. Revisan que lo lleven en la mochila.</w:t>
            </w:r>
          </w:p>
        </w:tc>
      </w:tr>
    </w:tbl>
    <w:p/>
    <w:p>
      <w:r>
        <w:rPr>
          <w:b w:val="0"/>
        </w:rPr>
        <w:t>Los 6 presilábicos se sientan en dos mesas cercanas a ti. Cada uno tiene un compañero tutor que ya escribe de forma alfabética. La alumna con hipoacusia leve va en la primera fila, frente a ti y lejos de puertas y ventanas ruidosas.</w:t>
      </w:r>
    </w:p>
    <w:p>
      <w:pPr>
        <w:pStyle w:val="Heading1"/>
      </w:pPr>
      <w:r>
        <w:t>Secuencia de sesiones</w:t>
      </w:r>
    </w:p>
    <w:p>
      <w:r>
        <w:rPr>
          <w:b w:val="0"/>
        </w:rPr>
        <w:t>En el desarrollo, el grupo trabaja en tres niveles según tu diagnóstico de escritura:</w:t>
      </w:r>
    </w:p>
    <w:p>
      <w:pPr>
        <w:pStyle w:val="ListBullet"/>
      </w:pPr>
      <w:r>
        <w:rPr>
          <w:b/>
        </w:rPr>
        <w:t>Grupo A:</w:t>
      </w:r>
      <w:r>
        <w:rPr>
          <w:b w:val="0"/>
        </w:rPr>
        <w:t xml:space="preserve"> los 6 presilábicos.</w:t>
      </w:r>
    </w:p>
    <w:p>
      <w:pPr>
        <w:pStyle w:val="ListBullet"/>
      </w:pPr>
      <w:r>
        <w:rPr>
          <w:b/>
        </w:rPr>
        <w:t>Grupo B:</w:t>
      </w:r>
      <w:r>
        <w:rPr>
          <w:b w:val="0"/>
        </w:rPr>
        <w:t xml:space="preserve"> silábicos y silábico-alfabéticos.</w:t>
      </w:r>
    </w:p>
    <w:p>
      <w:pPr>
        <w:pStyle w:val="ListBullet"/>
      </w:pPr>
      <w:r>
        <w:rPr>
          <w:b/>
        </w:rPr>
        <w:t>Grupo C:</w:t>
      </w:r>
      <w:r>
        <w:rPr>
          <w:b w:val="0"/>
        </w:rPr>
        <w:t xml:space="preserve"> alfabéticos.</w:t>
      </w:r>
    </w:p>
    <w:p>
      <w:r>
        <w:rPr>
          <w:b w:val="0"/>
        </w:rPr>
        <w:t>En Saberes, reacomoda los niveles según cómo cuentan, no según cómo escriben.</w:t>
      </w:r>
    </w:p>
    <w:p>
      <w:pPr>
        <w:pStyle w:val="Heading2"/>
      </w:pPr>
      <w:r>
        <w:t>Sesión 1 · martes 1 de diciembre · ¿Qué celebramos en diciembre en mi familia?</w:t>
      </w:r>
    </w:p>
    <w:p>
      <w:r>
        <w:rPr>
          <w:b w:val="0"/>
        </w:rPr>
        <w:t>Campos: Ética, naturaleza y sociedades · Lenguajes</w:t>
      </w:r>
    </w:p>
    <w:p>
      <w:r>
        <w:rPr>
          <w:b/>
        </w:rPr>
        <w:t>Propósito:</w:t>
      </w:r>
      <w:r>
        <w:rPr>
          <w:b w:val="0"/>
        </w:rPr>
        <w:t xml:space="preserve"> que cada niño diga y dibuje una costumbre de diciembre de su familia y conozca el producto final.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Pega un calendario grande de diciembre hecho en papel bond y pregunta: «¿Qué pasa en diciembre en sus casas?».</w:t>
      </w:r>
    </w:p>
    <w:p>
      <w:pPr>
        <w:pStyle w:val="ListBullet"/>
      </w:pPr>
      <w:r>
        <w:rPr>
          <w:b w:val="0"/>
        </w:rPr>
        <w:t>Anota cada respuesta con palabra y dibujo sencillo: posada, piñata, cena, visitar a los abuelos, vacaciones, año nuevo.</w:t>
      </w:r>
    </w:p>
    <w:p>
      <w:pPr>
        <w:pStyle w:val="ListBullet"/>
      </w:pPr>
      <w:r>
        <w:rPr>
          <w:b w:val="0"/>
        </w:rPr>
        <w:t>Di en voz alta: «Cada familia celebra distinto y todas valen. Si en tu casa no se celebra, cuéntanos qué hacen juntos en vacaciones».</w:t>
      </w:r>
    </w:p>
    <w:p>
      <w:pPr>
        <w:pStyle w:val="ListBullet"/>
      </w:pPr>
      <w:r>
        <w:rPr>
          <w:b w:val="0"/>
        </w:rPr>
        <w:t>Marca el 14 de diciembre: «Ese día presentamos nuestro libro».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Todo el grupo (15 min):</w:t>
      </w:r>
      <w:r>
        <w:rPr>
          <w:b w:val="0"/>
        </w:rPr>
        <w:t xml:space="preserve"> muestra una maqueta del libro (4 hojas dobladas y engrapadas) y explica las tres partes: versos, recetas de la familia y la cuenta de la piñata. Acuerden 3 reglas para trabajar y escríbelas con dibujo en un cartel.</w:t>
      </w:r>
    </w:p>
    <w:p>
      <w:pPr>
        <w:pStyle w:val="ListBullet"/>
      </w:pPr>
      <w:r>
        <w:rPr>
          <w:b/>
        </w:rPr>
        <w:t>Por niveles (30 min).</w:t>
      </w:r>
      <w:r>
        <w:rPr>
          <w:b w:val="0"/>
        </w:rPr>
        <w:t xml:space="preserve"> En una hoja blanca, cada niño dibuja «En diciembre mi familia...».</w:t>
      </w:r>
    </w:p>
    <w:p>
      <w:pPr>
        <w:pStyle w:val="ListBullet"/>
      </w:pPr>
      <w:r>
        <w:rPr>
          <w:b w:val="0"/>
        </w:rPr>
        <w:t>Grupo A: dibuja y te dicta lo que hizo; tú escribes al pie. Después escribe su nombre con su tarjeta de modelo y encierra la primera letra.</w:t>
      </w:r>
    </w:p>
    <w:p>
      <w:pPr>
        <w:pStyle w:val="ListBullet"/>
      </w:pPr>
      <w:r>
        <w:rPr>
          <w:b w:val="0"/>
        </w:rPr>
        <w:t>Grupo B: escribe como pueda una palabra de su dibujo (piñata, cena, pan) y la lee señalando con el dedo.</w:t>
      </w:r>
    </w:p>
    <w:p>
      <w:pPr>
        <w:pStyle w:val="ListBullet"/>
      </w:pPr>
      <w:r>
        <w:rPr>
          <w:b w:val="0"/>
        </w:rPr>
        <w:t>Grupo C: escribe la oración «En diciembre mi familia...» y la completa.</w:t>
      </w:r>
    </w:p>
    <w:p>
      <w:pPr>
        <w:pStyle w:val="ListBullet"/>
      </w:pPr>
      <w:r>
        <w:rPr>
          <w:b/>
        </w:rPr>
        <w:t>En mesas de 5 (15 min):</w:t>
      </w:r>
      <w:r>
        <w:rPr>
          <w:b w:val="0"/>
        </w:rPr>
        <w:t xml:space="preserve"> cada niño muestra su dibujo y dice una frase. El tutor de cada mesa da la palabra por turnos.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Pega 6 dibujos alrededor del calendario.</w:t>
      </w:r>
    </w:p>
    <w:p>
      <w:pPr>
        <w:pStyle w:val="ListBullet"/>
      </w:pPr>
      <w:r>
        <w:rPr>
          <w:b w:val="0"/>
        </w:rPr>
        <w:t>Entrega la entrevista para casa (media hoja). Recado: «Familia: platiquen juntos. ¿Qué hacemos en diciembre? ¿Qué comemos? ¿Qué canción o verso conocen? Dibujen o escriban la respuesta y regrésenla mañana».</w:t>
      </w:r>
    </w:p>
    <w:p>
      <w:pPr>
        <w:pStyle w:val="ListBullet"/>
      </w:pPr>
      <w:r>
        <w:rPr>
          <w:b w:val="0"/>
        </w:rPr>
        <w:t>En el bloque de lectura de hoy y mañana, aplica a cada niño el dictado diagnóstico (2 min por niño): piñata, mandarina, ponche, pan y «La piñata tiene dulces».</w:t>
      </w:r>
    </w:p>
    <w:p>
      <w:r>
        <w:rPr>
          <w:b/>
        </w:rPr>
        <w:t>Evidencia:</w:t>
      </w:r>
      <w:r>
        <w:rPr>
          <w:b w:val="0"/>
        </w:rPr>
        <w:t xml:space="preserve"> dibujo con escritura de cada alumno y dictado diagnóstico.</w:t>
      </w:r>
    </w:p>
    <w:p>
      <w:r>
        <w:rPr>
          <w:b/>
        </w:rPr>
        <w:t>Si no sale:</w:t>
      </w:r>
      <w:r>
        <w:rPr>
          <w:b w:val="0"/>
        </w:rPr>
        <w:t xml:space="preserve"> si un niño dice que en su casa no celebran nada, no insistas: pide que dibuje lo que más le gusta hacer con su familia. Si muchos dibujos quedan sin texto, termina el dictado al docente con ellos en el bloque de 9:50.</w:t>
      </w:r>
    </w:p>
    <w:p>
      <w:pPr>
        <w:pStyle w:val="Heading2"/>
      </w:pPr>
      <w:r>
        <w:t>Sesión 2 · miércoles 2 de diciembre · Cada familia celebra a su manera</w:t>
      </w:r>
    </w:p>
    <w:p>
      <w:r>
        <w:rPr>
          <w:b w:val="0"/>
        </w:rPr>
        <w:t>Campos: Ética, naturaleza y sociedades · Saberes y pensamiento científico</w:t>
      </w:r>
    </w:p>
    <w:p>
      <w:r>
        <w:rPr>
          <w:b/>
        </w:rPr>
        <w:t>Propósito:</w:t>
      </w:r>
      <w:r>
        <w:rPr>
          <w:b w:val="0"/>
        </w:rPr>
        <w:t xml:space="preserve"> comparar las costumbres de las familias del grupo y registrarlas en un pictograma.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De 6 a 8 voluntarios cuentan lo que respondió su familia en la entrevista.</w:t>
      </w:r>
    </w:p>
    <w:p>
      <w:pPr>
        <w:pStyle w:val="ListBullet"/>
      </w:pPr>
      <w:r>
        <w:rPr>
          <w:b w:val="0"/>
        </w:rPr>
        <w:t>Repite en voz alta lo que dice cada niño, para que todos lo escuchen, incluida la alumna con hipoacusia.</w:t>
      </w:r>
    </w:p>
    <w:p>
      <w:pPr>
        <w:pStyle w:val="ListBullet"/>
      </w:pPr>
      <w:r>
        <w:rPr>
          <w:b w:val="0"/>
        </w:rPr>
        <w:t>Destaca lo diferente y lo que se parece.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Todo el grupo (20 min):</w:t>
      </w:r>
    </w:p>
    <w:p>
      <w:pPr>
        <w:pStyle w:val="ListBullet"/>
      </w:pPr>
      <w:r>
        <w:rPr>
          <w:b w:val="0"/>
        </w:rPr>
        <w:t>Traza en el pizarrón un pictograma con 5 columnas: posada, piñata, cena especial, visitar a la familia, otra.</w:t>
      </w:r>
    </w:p>
    <w:p>
      <w:pPr>
        <w:pStyle w:val="ListBullet"/>
      </w:pPr>
      <w:r>
        <w:rPr>
          <w:b w:val="0"/>
        </w:rPr>
        <w:t>Cada niño escribe su nombre en un cuadro de papel de 5 x 5 cm y lo pega en la costumbre que más le gusta. Pasan por mesas para no amontonarse.</w:t>
      </w:r>
    </w:p>
    <w:p>
      <w:pPr>
        <w:pStyle w:val="ListBullet"/>
      </w:pPr>
      <w:r>
        <w:rPr>
          <w:b w:val="0"/>
        </w:rPr>
        <w:t>Cuentan juntos cada columna, señalando cuadro por cuadro, y escribes el número debajo.</w:t>
      </w:r>
    </w:p>
    <w:p>
      <w:pPr>
        <w:pStyle w:val="ListBullet"/>
      </w:pPr>
      <w:r>
        <w:rPr>
          <w:b/>
        </w:rPr>
        <w:t>Por niveles (25 min).</w:t>
      </w:r>
      <w:r>
        <w:rPr>
          <w:b w:val="0"/>
        </w:rPr>
        <w:t xml:space="preserve"> Copian la tabla en el cuaderno.</w:t>
      </w:r>
    </w:p>
    <w:p>
      <w:pPr>
        <w:pStyle w:val="ListBullet"/>
      </w:pPr>
      <w:r>
        <w:rPr>
          <w:b w:val="0"/>
        </w:rPr>
        <w:t>Grupo A, contigo: tocan cada cuadro de una columna y dicen el número. Lo buscan en la recta numérica del salón y lo copian. Arman la palabra «piñata» con alfabeto móvil siguiendo tu modelo.</w:t>
      </w:r>
    </w:p>
    <w:p>
      <w:pPr>
        <w:pStyle w:val="ListBullet"/>
      </w:pPr>
      <w:r>
        <w:rPr>
          <w:b w:val="0"/>
        </w:rPr>
        <w:t>Grupo B: copia la tabla con números y responde «¿Cuál tiene más? ¿Cuál tiene menos?».</w:t>
      </w:r>
    </w:p>
    <w:p>
      <w:pPr>
        <w:pStyle w:val="ListBullet"/>
      </w:pPr>
      <w:r>
        <w:rPr>
          <w:b w:val="0"/>
        </w:rPr>
        <w:t>Grupo C: además responde «¿Cuántos más hay en ___ que en ___?», contando lo que falta.</w:t>
      </w:r>
    </w:p>
    <w:p>
      <w:pPr>
        <w:pStyle w:val="ListBullet"/>
      </w:pPr>
      <w:r>
        <w:rPr>
          <w:b/>
        </w:rPr>
        <w:t>Conversación (15 min):</w:t>
      </w:r>
      <w:r>
        <w:rPr>
          <w:b w:val="0"/>
        </w:rPr>
        <w:t xml:space="preserve"> pregunta «¿Por qué las familias celebran distinto? ¿Qué hacen todas?» (comer juntos, cantar, visitar).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Escribe en el cartel la conclusión del grupo: «Cada familia celebra a su manera. Todas son importantes».</w:t>
      </w:r>
    </w:p>
    <w:p>
      <w:pPr>
        <w:pStyle w:val="ListBullet"/>
      </w:pPr>
      <w:r>
        <w:rPr>
          <w:b w:val="0"/>
        </w:rPr>
        <w:t>Cada niño completa en voz alta: «En mi familia...».</w:t>
      </w:r>
    </w:p>
    <w:p>
      <w:pPr>
        <w:pStyle w:val="ListBullet"/>
      </w:pPr>
      <w:r>
        <w:rPr>
          <w:b w:val="0"/>
        </w:rPr>
        <w:t>Recado: «Familia: díctenme o escríbanme un verso, villancico o canción de diciembre que se cante en casa».</w:t>
      </w:r>
    </w:p>
    <w:p>
      <w:r>
        <w:rPr>
          <w:b/>
        </w:rPr>
        <w:t>Evidencia:</w:t>
      </w:r>
      <w:r>
        <w:rPr>
          <w:b w:val="0"/>
        </w:rPr>
        <w:t xml:space="preserve"> tabla del pictograma en el cuaderno.</w:t>
      </w:r>
    </w:p>
    <w:p>
      <w:r>
        <w:rPr>
          <w:b/>
        </w:rPr>
        <w:t>Si no sale:</w:t>
      </w:r>
      <w:r>
        <w:rPr>
          <w:b w:val="0"/>
        </w:rPr>
        <w:t xml:space="preserve"> si el conteo se descontrola con números mayores que 10, forma decenas con 10 palitos y una liga frente al grupo y cuenta «diez, once, doce...». Si alguien se burla de la costumbre de otro, detente y vuelve a leer la conclusión del cartel antes de seguir.</w:t>
      </w:r>
    </w:p>
    <w:p>
      <w:pPr>
        <w:pStyle w:val="Heading2"/>
      </w:pPr>
      <w:r>
        <w:t>Sesión 3 · jueves 3 de diciembre · Versos de posada y de piñata: palabras que riman</w:t>
      </w:r>
    </w:p>
    <w:p>
      <w:r>
        <w:rPr>
          <w:b w:val="0"/>
        </w:rPr>
        <w:t>Campo: Lenguajes</w:t>
      </w:r>
    </w:p>
    <w:p>
      <w:r>
        <w:rPr>
          <w:b/>
        </w:rPr>
        <w:t>Propósito:</w:t>
      </w:r>
      <w:r>
        <w:rPr>
          <w:b w:val="0"/>
        </w:rPr>
        <w:t xml:space="preserve"> escuchar y leer versos de diciembre para encontrar palabras que suenan igual al final.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Canten «Dale, dale, dale, no pierdas el tino, porque si lo pierdes, pierdes el camino» con la letra en un cartel.</w:t>
      </w:r>
    </w:p>
    <w:p>
      <w:pPr>
        <w:pStyle w:val="ListBullet"/>
      </w:pPr>
      <w:r>
        <w:rPr>
          <w:b w:val="0"/>
        </w:rPr>
        <w:t>Pregunta: «¿Qué palabras suenan igual al final?» (tino, camino). Encierra las dos palabras en el cartel.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Todo el grupo (15 min).</w:t>
      </w:r>
      <w:r>
        <w:rPr>
          <w:b w:val="0"/>
        </w:rPr>
        <w:t xml:space="preserve"> Lectura compartida del cartel de versos; lees señalando cada palabra con una regla:</w:t>
      </w:r>
    </w:p>
    <w:p>
      <w:pPr>
        <w:pStyle w:val="ListBullet"/>
      </w:pPr>
      <w:r>
        <w:rPr>
          <w:b w:val="0"/>
        </w:rPr>
        <w:t>Verso tradicional de posada: «En nombre del cielo / os pido posada, / pues no puede andar / mi esposa amada».</w:t>
      </w:r>
    </w:p>
    <w:p>
      <w:pPr>
        <w:pStyle w:val="ListBullet"/>
      </w:pPr>
      <w:r>
        <w:rPr>
          <w:b w:val="0"/>
        </w:rPr>
        <w:t>Verso de diciembre: «Ya llegó diciembre, / ya huele a canela, / mi abuela prepara / ponche en la cazuela».</w:t>
      </w:r>
    </w:p>
    <w:p>
      <w:pPr>
        <w:pStyle w:val="ListBullet"/>
      </w:pPr>
      <w:r>
        <w:rPr>
          <w:b w:val="0"/>
        </w:rPr>
        <w:t>Verso de piñata: «Mandarinas y cañas, / dulces y cacahuates, / mi piñata está llena / de ricos chocolates».</w:t>
      </w:r>
    </w:p>
    <w:p>
      <w:pPr>
        <w:pStyle w:val="ListBullet"/>
      </w:pPr>
      <w:r>
        <w:rPr>
          <w:b w:val="0"/>
        </w:rPr>
        <w:t>Leen en coro dos veces y después encierran juntos las parejas que riman.</w:t>
      </w:r>
    </w:p>
    <w:p>
      <w:pPr>
        <w:pStyle w:val="ListBullet"/>
      </w:pPr>
      <w:r>
        <w:rPr>
          <w:b/>
        </w:rPr>
        <w:t>Por niveles (25 min).</w:t>
      </w:r>
      <w:r>
        <w:rPr>
          <w:b w:val="0"/>
        </w:rPr>
        <w:t xml:space="preserve"> Trabajan con 8 pares de tarjetas de dibujo y palabra: vela-abuela, pan-flan, farol-sol, piñata-lata, caña-araña, estrella-botella, cartón-ratón, pastel-papel.</w:t>
      </w:r>
    </w:p>
    <w:p>
      <w:pPr>
        <w:pStyle w:val="ListBullet"/>
      </w:pPr>
      <w:r>
        <w:rPr>
          <w:b w:val="0"/>
        </w:rPr>
        <w:t>Grupo A, contigo (20 min): dicen las dos palabras en voz alta y aplauden en la última sílaba. Encuentran el par. Ven que muchas veces terminan con las mismas letras. Escriben con alfabeto móvil la primera letra de cada palabra del par.</w:t>
      </w:r>
    </w:p>
    <w:p>
      <w:pPr>
        <w:pStyle w:val="ListBullet"/>
      </w:pPr>
      <w:r>
        <w:rPr>
          <w:b w:val="0"/>
        </w:rPr>
        <w:t>Grupo B, en parejas: une los pares, copia dos en el cuaderno y encierra la parte final que se repite.</w:t>
      </w:r>
    </w:p>
    <w:p>
      <w:pPr>
        <w:pStyle w:val="ListBullet"/>
      </w:pPr>
      <w:r>
        <w:rPr>
          <w:b w:val="0"/>
        </w:rPr>
        <w:t>Grupo C: une los pares y escribe otra palabra que rime con cada una (pan, flan, ...).</w:t>
      </w:r>
    </w:p>
    <w:p>
      <w:pPr>
        <w:pStyle w:val="ListBullet"/>
      </w:pPr>
      <w:r>
        <w:rPr>
          <w:b/>
        </w:rPr>
        <w:t>Juego «¿Riman o no riman?» (20 min):</w:t>
      </w:r>
      <w:r>
        <w:rPr>
          <w:b w:val="0"/>
        </w:rPr>
        <w:t xml:space="preserve"> dices dos palabras y muestras las tarjetas. Si riman, se ponen de pie; si no, se quedan sentados.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Eligen su verso favorito y lo recitan en coro.</w:t>
      </w:r>
    </w:p>
    <w:p>
      <w:pPr>
        <w:pStyle w:val="ListBullet"/>
      </w:pPr>
      <w:r>
        <w:rPr>
          <w:b w:val="0"/>
        </w:rPr>
        <w:t>Cada niño dice un par que rime.</w:t>
      </w:r>
    </w:p>
    <w:p>
      <w:pPr>
        <w:pStyle w:val="ListBullet"/>
      </w:pPr>
      <w:r>
        <w:rPr>
          <w:b w:val="0"/>
        </w:rPr>
        <w:t>Recado: «Familia: digan juntos palabras que rimen con pan, sol y vela».</w:t>
      </w:r>
    </w:p>
    <w:p>
      <w:r>
        <w:rPr>
          <w:b/>
        </w:rPr>
        <w:t>Evidencia:</w:t>
      </w:r>
      <w:r>
        <w:rPr>
          <w:b w:val="0"/>
        </w:rPr>
        <w:t xml:space="preserve"> pares de rima copiados en el cuaderno.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confunden rima con palabras que empiezan igual (palo-pala), trabaja solo el final: exagera la última sílaba y aplaude solo esa.</w:t>
      </w:r>
    </w:p>
    <w:p>
      <w:pPr>
        <w:pStyle w:val="ListBullet"/>
      </w:pPr>
      <w:r>
        <w:rPr>
          <w:b w:val="0"/>
        </w:rPr>
        <w:t>Si 8 pares son muchos, baja a 4 y repite mañana.</w:t>
      </w:r>
    </w:p>
    <w:p>
      <w:pPr>
        <w:pStyle w:val="ListBullet"/>
      </w:pPr>
      <w:r>
        <w:rPr>
          <w:b w:val="0"/>
        </w:rPr>
        <w:t>Con la alumna con hipoacusia: muestra siempre la tarjeta y, en el juego, haz una seña con el pulgar para que no dependa solo de oír.</w:t>
      </w:r>
    </w:p>
    <w:p>
      <w:pPr>
        <w:pStyle w:val="Heading2"/>
      </w:pPr>
      <w:r>
        <w:t>Sesión 4 · viernes 4 de diciembre · Cantamos un villancico y contamos sílabas</w:t>
      </w:r>
    </w:p>
    <w:p>
      <w:r>
        <w:rPr>
          <w:b w:val="0"/>
        </w:rPr>
        <w:t>Campos: Lenguajes (artes)</w:t>
      </w:r>
    </w:p>
    <w:p>
      <w:r>
        <w:rPr>
          <w:b/>
        </w:rPr>
        <w:t>Propósito:</w:t>
      </w:r>
      <w:r>
        <w:rPr>
          <w:b w:val="0"/>
        </w:rPr>
        <w:t xml:space="preserve"> cantar un villancico siguiendo la letra y separar palabras en sílabas con palmas.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De 3 a 4 niños comparten el verso o la canción que trajeron de casa.</w:t>
      </w:r>
    </w:p>
    <w:p>
      <w:pPr>
        <w:pStyle w:val="ListBullet"/>
      </w:pPr>
      <w:r>
        <w:rPr>
          <w:b w:val="0"/>
        </w:rPr>
        <w:t>Escribe los títulos en el cartel de «Canciones de nuestras familias».</w:t>
      </w:r>
    </w:p>
    <w:p>
      <w:pPr>
        <w:pStyle w:val="ListBullet"/>
      </w:pPr>
      <w:r>
        <w:rPr>
          <w:b w:val="0"/>
        </w:rPr>
        <w:t>Trata los villancicos como tradición musical del país. Ningún niño está obligado a cantar si su familia lo pide.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Todo el grupo (15 min):</w:t>
      </w:r>
    </w:p>
    <w:p>
      <w:pPr>
        <w:pStyle w:val="ListBullet"/>
      </w:pPr>
      <w:r>
        <w:rPr>
          <w:b w:val="0"/>
        </w:rPr>
        <w:t>Pega la letra grande de «Campana sobre campana»: «Campana sobre campana / y sobre campana una, / asómate a la ventana, / verás al niño en la cuna».</w:t>
      </w:r>
    </w:p>
    <w:p>
      <w:pPr>
        <w:pStyle w:val="ListBullet"/>
      </w:pPr>
      <w:r>
        <w:rPr>
          <w:b w:val="0"/>
        </w:rPr>
        <w:t>Canta tú primero, sin grabación, porque el internet falla. Luego cantan en coro siguiendo con el dedo.</w:t>
      </w:r>
    </w:p>
    <w:p>
      <w:pPr>
        <w:pStyle w:val="ListBullet"/>
      </w:pPr>
      <w:r>
        <w:rPr>
          <w:b w:val="0"/>
        </w:rPr>
        <w:t>Aplaudan cada sílaba de cam-pa-na, ven-ta-na y cu-na.</w:t>
      </w:r>
    </w:p>
    <w:p>
      <w:pPr>
        <w:pStyle w:val="ListBullet"/>
      </w:pPr>
      <w:r>
        <w:rPr>
          <w:b/>
        </w:rPr>
        <w:t>Por niveles (30 min):</w:t>
      </w:r>
    </w:p>
    <w:p>
      <w:pPr>
        <w:pStyle w:val="ListBullet"/>
      </w:pPr>
      <w:r>
        <w:rPr>
          <w:b w:val="0"/>
        </w:rPr>
        <w:t>Grupo A, contigo: aplauden y ponen una ficha o frijol por cada sílaba de palabras cortas (cu-na, pan, ve-la, pi-ña-ta). Cuentan las fichas y dicen la primera sílaba. Copian «cuna».</w:t>
      </w:r>
    </w:p>
    <w:p>
      <w:pPr>
        <w:pStyle w:val="ListBullet"/>
      </w:pPr>
      <w:r>
        <w:rPr>
          <w:b w:val="0"/>
        </w:rPr>
        <w:t>Grupo B: en una copia de la letra con huecos, completa «Campana sobre ______» y «asómate a la ______» con el banco de palabras.</w:t>
      </w:r>
    </w:p>
    <w:p>
      <w:pPr>
        <w:pStyle w:val="ListBullet"/>
      </w:pPr>
      <w:r>
        <w:rPr>
          <w:b w:val="0"/>
        </w:rPr>
        <w:t>Grupo C: escribe 6 palabras de la canción y las acomoda en una tabla de 2 columnas, «2 sílabas» y «3 sílabas».</w:t>
      </w:r>
    </w:p>
    <w:p>
      <w:pPr>
        <w:pStyle w:val="ListBullet"/>
      </w:pPr>
      <w:r>
        <w:rPr>
          <w:b/>
        </w:rPr>
        <w:t>Ensamble (15 min):</w:t>
      </w:r>
      <w:r>
        <w:rPr>
          <w:b w:val="0"/>
        </w:rPr>
        <w:t xml:space="preserve"> acompañan la canción con instrumentos de reúso (botellas con semillas, tapas) siguiendo el pulso que marcas con la mano en alto.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Cantan una vez completa y comentan qué parte les gustó más.</w:t>
      </w:r>
    </w:p>
    <w:p>
      <w:pPr>
        <w:pStyle w:val="ListBullet"/>
      </w:pPr>
      <w:r>
        <w:rPr>
          <w:b w:val="0"/>
        </w:rPr>
        <w:t>Recado de fin de semana: «Familia: su hijo les va a cantar una canción. Pregunten a un abuelo o tío qué cantaba en diciembre de niño».</w:t>
      </w:r>
    </w:p>
    <w:p>
      <w:r>
        <w:rPr>
          <w:b/>
        </w:rPr>
        <w:t>Evidencia:</w:t>
      </w:r>
      <w:r>
        <w:rPr>
          <w:b w:val="0"/>
        </w:rPr>
        <w:t xml:space="preserve"> tabla de sílabas o letra completada.</w:t>
      </w:r>
    </w:p>
    <w:p>
      <w:r>
        <w:rPr>
          <w:b/>
        </w:rPr>
        <w:t>Si no sale:</w:t>
      </w:r>
      <w:r>
        <w:rPr>
          <w:b w:val="0"/>
        </w:rPr>
        <w:t xml:space="preserve"> si el ritmo se pierde, canten solo los dos primeros versos varias veces y luego agreguen los otros dos. Con la alumna con hipoacusia:</w:t>
      </w:r>
    </w:p>
    <w:p>
      <w:pPr>
        <w:pStyle w:val="ListBullet"/>
      </w:pPr>
      <w:r>
        <w:rPr>
          <w:b w:val="0"/>
        </w:rPr>
        <w:t>Ponla junto a ti.</w:t>
      </w:r>
    </w:p>
    <w:p>
      <w:pPr>
        <w:pStyle w:val="ListBullet"/>
      </w:pPr>
      <w:r>
        <w:rPr>
          <w:b w:val="0"/>
        </w:rPr>
        <w:t>Deja que toque el pandero o la mesa para sentir el pulso.</w:t>
      </w:r>
    </w:p>
    <w:p>
      <w:pPr>
        <w:pStyle w:val="ListBullet"/>
      </w:pPr>
      <w:r>
        <w:rPr>
          <w:b w:val="0"/>
        </w:rPr>
        <w:t>No hables mientras suena la música de fondo.</w:t>
      </w:r>
    </w:p>
    <w:p>
      <w:pPr>
        <w:pStyle w:val="Heading2"/>
      </w:pPr>
      <w:r>
        <w:t>Sesión 5 · lunes 7 de diciembre · Escribimos nuestro verso para el libro</w:t>
      </w:r>
    </w:p>
    <w:p>
      <w:r>
        <w:rPr>
          <w:b w:val="0"/>
        </w:rPr>
        <w:t>Campo: Lenguajes · Ficha 1 (puntos 1 a 4)</w:t>
      </w:r>
    </w:p>
    <w:p>
      <w:r>
        <w:rPr>
          <w:b/>
        </w:rPr>
        <w:t>Propósito:</w:t>
      </w:r>
      <w:r>
        <w:rPr>
          <w:b w:val="0"/>
        </w:rPr>
        <w:t xml:space="preserve"> escribir un verso propio con rima para el libro del grupo.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Escritura colectiva por dictado. Escribe en el pizarrón «En diciembre hace frío,» y pide: «¿Qué palabra rima con frío?» (tío, río).</w:t>
      </w:r>
    </w:p>
    <w:p>
      <w:pPr>
        <w:pStyle w:val="ListBullet"/>
      </w:pPr>
      <w:r>
        <w:rPr>
          <w:b w:val="0"/>
        </w:rPr>
        <w:t>El grupo dicta el resto del verso, por ejemplo: «En diciembre hace frío, / me visita mi tío».</w:t>
      </w:r>
    </w:p>
    <w:p>
      <w:pPr>
        <w:pStyle w:val="ListBullet"/>
      </w:pPr>
      <w:r>
        <w:rPr>
          <w:b w:val="0"/>
        </w:rPr>
        <w:t>Lee en voz alta mientras escribes y señala cada palabra.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Ficha 1, puntos 1 a 4 (40 min):</w:t>
      </w:r>
    </w:p>
    <w:p>
      <w:pPr>
        <w:pStyle w:val="ListBullet"/>
      </w:pPr>
      <w:r>
        <w:rPr>
          <w:b w:val="0"/>
        </w:rPr>
        <w:t>Grupo A, contigo (20 min): les lees cada consigna. Completan los versos del punto 3 eligiendo la palabra que les dices, que buscan en la caja por su primera letra. Su verso del punto 4 te lo dictan; tú lo escribes y ellos lo copian debajo o lo firman con su nombre.</w:t>
      </w:r>
    </w:p>
    <w:p>
      <w:pPr>
        <w:pStyle w:val="ListBullet"/>
      </w:pPr>
      <w:r>
        <w:rPr>
          <w:b w:val="0"/>
        </w:rPr>
        <w:t>Grupo B: completa con el banco de palabras. Escribe su verso con el molde: «En diciembre en mi casa / comemos ______».</w:t>
      </w:r>
    </w:p>
    <w:p>
      <w:pPr>
        <w:pStyle w:val="ListBullet"/>
      </w:pPr>
      <w:r>
        <w:rPr>
          <w:b w:val="0"/>
        </w:rPr>
        <w:t>Grupo C: escribe un verso de 4 líneas que rime. Lo revisa con su pareja: «¿Se entiende? ¿Rima?».</w:t>
      </w:r>
    </w:p>
    <w:p>
      <w:pPr>
        <w:pStyle w:val="ListBullet"/>
      </w:pPr>
      <w:r>
        <w:rPr>
          <w:b w:val="0"/>
        </w:rPr>
        <w:t>Tutoría: cada alumno del grupo C lee la ficha a su compañero presilábico antes de que la resuelva.</w:t>
      </w:r>
    </w:p>
    <w:p>
      <w:pPr>
        <w:pStyle w:val="ListBullet"/>
      </w:pPr>
      <w:r>
        <w:rPr>
          <w:b/>
        </w:rPr>
        <w:t>Pasar en limpio (20 min):</w:t>
      </w:r>
      <w:r>
        <w:rPr>
          <w:b w:val="0"/>
        </w:rPr>
        <w:t xml:space="preserve"> cada niño copia su verso en media hoja tamaño carta (la página del libro) y lo ilustra con lápiz.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Cinco niños leen su verso y el grupo dice qué palabras riman.</w:t>
      </w:r>
    </w:p>
    <w:p>
      <w:pPr>
        <w:pStyle w:val="ListBullet"/>
      </w:pPr>
      <w:r>
        <w:rPr>
          <w:b w:val="0"/>
        </w:rPr>
        <w:t>Guarda las páginas en el sobre del libro.</w:t>
      </w:r>
    </w:p>
    <w:p>
      <w:r>
        <w:rPr>
          <w:b/>
        </w:rPr>
        <w:t>Evidencia:</w:t>
      </w:r>
      <w:r>
        <w:rPr>
          <w:b w:val="0"/>
        </w:rPr>
        <w:t xml:space="preserve"> página del verso para el libro y Ficha 1, puntos 1 a 4.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un niño se bloquea, dale el molde con dos palabras para elegir.</w:t>
      </w:r>
    </w:p>
    <w:p>
      <w:pPr>
        <w:pStyle w:val="ListBullet"/>
      </w:pPr>
      <w:r>
        <w:rPr>
          <w:b w:val="0"/>
        </w:rPr>
        <w:t>Si un alumno del grupo C escribe todo pegado, pide que cuente las palabras con los dedos y marque un espacio entre ellas.</w:t>
      </w:r>
    </w:p>
    <w:p>
      <w:pPr>
        <w:pStyle w:val="Heading2"/>
      </w:pPr>
      <w:r>
        <w:t>Sesión 6 · martes 8 de diciembre · El recado: pedimos la receta de la familia</w:t>
      </w:r>
    </w:p>
    <w:p>
      <w:r>
        <w:rPr>
          <w:b w:val="0"/>
        </w:rPr>
        <w:t>Campos: Lenguajes · De lo humano y lo comunitario · Ficha 1 (puntos 5 a 7)</w:t>
      </w:r>
    </w:p>
    <w:p>
      <w:r>
        <w:rPr>
          <w:b/>
        </w:rPr>
        <w:t>Propósito:</w:t>
      </w:r>
      <w:r>
        <w:rPr>
          <w:b w:val="0"/>
        </w:rPr>
        <w:t xml:space="preserve"> leer un recado, reconocer sus partes y escribir uno para pedir la receta de diciembre de la familia.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Pega dos recados en cartel: uno de un niño a su mamá y otro de una mamá a la maestra.</w:t>
      </w:r>
    </w:p>
    <w:p>
      <w:pPr>
        <w:pStyle w:val="ListBullet"/>
      </w:pPr>
      <w:r>
        <w:rPr>
          <w:b w:val="0"/>
        </w:rPr>
        <w:t>Pregunta: «¿Para quién es? ¿Quién lo escribió? ¿Qué pide? ¿Cuándo?».</w:t>
      </w:r>
    </w:p>
    <w:p>
      <w:pPr>
        <w:pStyle w:val="ListBullet"/>
      </w:pPr>
      <w:r>
        <w:rPr>
          <w:b w:val="0"/>
        </w:rPr>
        <w:t>Marca las partes: encierra para quién es, subraya el mensaje, pon un recuadro a la firma y una línea ondulada a la fecha.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Ficha 1, puntos 5 a 7 (45 min):</w:t>
      </w:r>
    </w:p>
    <w:p>
      <w:pPr>
        <w:pStyle w:val="ListBullet"/>
      </w:pPr>
      <w:r>
        <w:rPr>
          <w:b w:val="0"/>
        </w:rPr>
        <w:t>Grupo A, contigo: les lees el recado de Mateo y encierran las respuestas. En el punto 7 copian de una tarjeta el nombre de quien recibe (mamá, papá, abuela), escriben su nombre y dibujan lo que piden.</w:t>
      </w:r>
    </w:p>
    <w:p>
      <w:pPr>
        <w:pStyle w:val="ListBullet"/>
      </w:pPr>
      <w:r>
        <w:rPr>
          <w:b w:val="0"/>
        </w:rPr>
        <w:t>Grupo B: contesta las preguntas y completa su recado: «Mamá: ¿me ayudas a escribir la receta de ______? La necesito el viernes. Te quiero, ______».</w:t>
      </w:r>
    </w:p>
    <w:p>
      <w:pPr>
        <w:pStyle w:val="ListBullet"/>
      </w:pPr>
      <w:r>
        <w:rPr>
          <w:b w:val="0"/>
        </w:rPr>
        <w:t>Grupo C: escribe el recado completo con las 4 partes y lo revisa con la caja de partes de la ficha.</w:t>
      </w:r>
    </w:p>
    <w:p>
      <w:pPr>
        <w:pStyle w:val="ListBullet"/>
      </w:pPr>
      <w:r>
        <w:rPr>
          <w:b/>
        </w:rPr>
        <w:t>Formato de receta (15 min):</w:t>
      </w:r>
      <w:r>
        <w:rPr>
          <w:b w:val="0"/>
        </w:rPr>
        <w:t xml:space="preserve"> entrega a cada niño el formato de receta familiar (media hoja, ver Materiales). Explica que la familia lo llena con el niño y lo regresa el viernes 11.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En parejas leen su recado. El compañero toca con el dedo cada parte: para quién, mensaje, quién lo escribe y fecha.</w:t>
      </w:r>
    </w:p>
    <w:p>
      <w:pPr>
        <w:pStyle w:val="ListBullet"/>
      </w:pPr>
      <w:r>
        <w:rPr>
          <w:b w:val="0"/>
        </w:rPr>
        <w:t>El recado y el formato se van a casa grapados.</w:t>
      </w:r>
    </w:p>
    <w:p>
      <w:pPr>
        <w:pStyle w:val="ListBullet"/>
      </w:pPr>
      <w:r>
        <w:rPr>
          <w:b w:val="0"/>
        </w:rPr>
        <w:t>Agrega en el pizarrón el recado del día para que lo copien o lo lleven pegado: «Avísenos si su hijo tiene alergia a algún alimento (cacahuate, fruta)».</w:t>
      </w:r>
    </w:p>
    <w:p>
      <w:r>
        <w:rPr>
          <w:b/>
        </w:rPr>
        <w:t>Evidencia:</w:t>
      </w:r>
      <w:r>
        <w:rPr>
          <w:b w:val="0"/>
        </w:rPr>
        <w:t xml:space="preserve"> recado escrito y Ficha 1 completa.</w:t>
      </w:r>
    </w:p>
    <w:p>
      <w:r>
        <w:rPr>
          <w:b/>
        </w:rPr>
        <w:t>Si no sale:</w:t>
      </w:r>
      <w:r>
        <w:rPr>
          <w:b w:val="0"/>
        </w:rPr>
        <w:t xml:space="preserve"> si muchos olvidan la firma o la fecha, arma en el pizarrón un recado con las 4 partes en tarjetas desordenadas y ordénenlo juntos antes de reescribir.</w:t>
      </w:r>
    </w:p>
    <w:p>
      <w:pPr>
        <w:pStyle w:val="Heading2"/>
      </w:pPr>
      <w:r>
        <w:t>Sesión 7 · miércoles 9 de diciembre · ¿Cuántos dulces salieron de la piñata?</w:t>
      </w:r>
    </w:p>
    <w:p>
      <w:r>
        <w:rPr>
          <w:b w:val="0"/>
        </w:rPr>
        <w:t>Campo: Saberes y pensamiento científico</w:t>
      </w:r>
    </w:p>
    <w:p>
      <w:r>
        <w:rPr>
          <w:b/>
        </w:rPr>
        <w:t>Propósito:</w:t>
      </w:r>
      <w:r>
        <w:rPr>
          <w:b w:val="0"/>
        </w:rPr>
        <w:t xml:space="preserve"> contar los dulces y frutas de una piñata, registrar las cantidades y compararlas.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Canten «Ya le diste uno, ya le diste dos, ya le diste tres y tu tiempo se acabó» contando con los dedos.</w:t>
      </w:r>
    </w:p>
    <w:p>
      <w:pPr>
        <w:pStyle w:val="ListBullet"/>
      </w:pPr>
      <w:r>
        <w:rPr>
          <w:b w:val="0"/>
        </w:rPr>
        <w:t>Muestra una bolsa-piñata con tarjetas de papel con la palabra y un dibujo: dulce, lima, caña, cacahuate.</w:t>
      </w:r>
    </w:p>
    <w:p>
      <w:pPr>
        <w:pStyle w:val="ListBullet"/>
      </w:pPr>
      <w:r>
        <w:rPr>
          <w:b w:val="0"/>
        </w:rPr>
        <w:t>Saca un puñado y pregunta: «¿Cuántos creen que hay?». Anota sus cálculos y luego cuenten juntos.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Equipos y material:</w:t>
      </w:r>
      <w:r>
        <w:rPr>
          <w:b w:val="0"/>
        </w:rPr>
        <w:t xml:space="preserve"> forma 5 equipos de 5. Cada equipo recibe una bolsa con entre 20 y 35 tarjetas mezcladas.</w:t>
      </w:r>
    </w:p>
    <w:p>
      <w:pPr>
        <w:pStyle w:val="ListBullet"/>
      </w:pPr>
      <w:r>
        <w:rPr>
          <w:b/>
        </w:rPr>
        <w:t>Separar, contar y registrar (35 min).</w:t>
      </w:r>
      <w:r>
        <w:rPr>
          <w:b w:val="0"/>
        </w:rPr>
        <w:t xml:space="preserve"> Separan por tipo, cuentan y registran en una tabla de 2 columnas («Qué es» y «Cuántos hay»).</w:t>
      </w:r>
    </w:p>
    <w:p>
      <w:pPr>
        <w:pStyle w:val="ListBullet"/>
      </w:pPr>
      <w:r>
        <w:rPr>
          <w:b w:val="0"/>
        </w:rPr>
        <w:t>Grupo A, contigo: cuenta hasta 10 moviendo cada tarjeta a un lado al contarla. Llena un marco de 10 (10 casillas dibujadas) y escribe el número copiándolo de la recta numérica.</w:t>
      </w:r>
    </w:p>
    <w:p>
      <w:pPr>
        <w:pStyle w:val="ListBullet"/>
      </w:pPr>
      <w:r>
        <w:rPr>
          <w:b w:val="0"/>
        </w:rPr>
        <w:t>Grupo B: cuenta hasta 20, escribe el número y dice qué hay más y qué hay menos.</w:t>
      </w:r>
    </w:p>
    <w:p>
      <w:pPr>
        <w:pStyle w:val="ListBullet"/>
      </w:pPr>
      <w:r>
        <w:rPr>
          <w:b w:val="0"/>
        </w:rPr>
        <w:t>Grupo C: cuenta hasta 30 o más, arma decenas con ligas y dice «2 decenas y 4, son 24».</w:t>
      </w:r>
    </w:p>
    <w:p>
      <w:pPr>
        <w:pStyle w:val="ListBullet"/>
      </w:pPr>
      <w:r>
        <w:rPr>
          <w:b/>
        </w:rPr>
        <w:t>Comparar (25 min).</w:t>
      </w:r>
      <w:r>
        <w:rPr>
          <w:b w:val="0"/>
        </w:rPr>
        <w:t xml:space="preserve"> Preguntas para todo el equipo: «¿Qué hay más? ¿Cuántos faltan para tener 10 limas? Si juntamos dulces y cañas, ¿cuántos son?». Cada equipo contesta en su tabla.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Cada equipo dicta sus números y tú los anotas en una tabla grupal en el pizarrón.</w:t>
      </w:r>
    </w:p>
    <w:p>
      <w:pPr>
        <w:pStyle w:val="ListBullet"/>
      </w:pPr>
      <w:r>
        <w:rPr>
          <w:b w:val="0"/>
        </w:rPr>
        <w:t>Los del grupo C intentan decir qué equipo juntó más dulces.</w:t>
      </w:r>
    </w:p>
    <w:p>
      <w:pPr>
        <w:pStyle w:val="ListBullet"/>
      </w:pPr>
      <w:r>
        <w:rPr>
          <w:b w:val="0"/>
        </w:rPr>
        <w:t>Guarda la tabla grupal: va al libro.</w:t>
      </w:r>
    </w:p>
    <w:p>
      <w:r>
        <w:rPr>
          <w:b/>
        </w:rPr>
        <w:t>Evidencia:</w:t>
      </w:r>
      <w:r>
        <w:rPr>
          <w:b w:val="0"/>
        </w:rPr>
        <w:t xml:space="preserve"> tabla de registro de cada equipo y tabla grupal.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cuentan dos veces la misma tarjeta, enseña a ponerla del otro lado de una línea de cinta en la mesa.</w:t>
      </w:r>
    </w:p>
    <w:p>
      <w:pPr>
        <w:pStyle w:val="ListBullet"/>
      </w:pPr>
      <w:r>
        <w:rPr>
          <w:b w:val="0"/>
        </w:rPr>
        <w:t>Si no reconocen los números mayores que 10, que caminen sobre la recta numérica del piso contando pasos.</w:t>
      </w:r>
    </w:p>
    <w:p>
      <w:pPr>
        <w:pStyle w:val="Heading2"/>
      </w:pPr>
      <w:r>
        <w:t>Sesión 8 · jueves 10 de diciembre · Juntamos, agregamos y quitamos dulces</w:t>
      </w:r>
    </w:p>
    <w:p>
      <w:r>
        <w:rPr>
          <w:b w:val="0"/>
        </w:rPr>
        <w:t>Campo: Saberes y pensamiento científico · Ficha 2</w:t>
      </w:r>
    </w:p>
    <w:p>
      <w:r>
        <w:rPr>
          <w:b/>
        </w:rPr>
        <w:t>Propósito:</w:t>
      </w:r>
      <w:r>
        <w:rPr>
          <w:b w:val="0"/>
        </w:rPr>
        <w:t xml:space="preserve"> resolver problemas de juntar, agregar y quitar con los dulces de la piñata, con números hasta 20.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Dramatiza con 3 niños y bolsas de dulces de papel: «Luis tenía 5 dulces y recogió 3 más. ¿Cuántos tiene?».</w:t>
      </w:r>
    </w:p>
    <w:p>
      <w:pPr>
        <w:pStyle w:val="ListBullet"/>
      </w:pPr>
      <w:r>
        <w:rPr>
          <w:b w:val="0"/>
        </w:rPr>
        <w:t>Luego: «Ana tenía 8 y le dio 2 a su hermano. ¿Cuántos le quedan?».</w:t>
      </w:r>
    </w:p>
    <w:p>
      <w:pPr>
        <w:pStyle w:val="ListBullet"/>
      </w:pPr>
      <w:r>
        <w:rPr>
          <w:b w:val="0"/>
        </w:rPr>
        <w:t>Pregunta en cada caso: «¿La bolsa se llena o se vacía?».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Ficha 2 (45 min):</w:t>
      </w:r>
    </w:p>
    <w:p>
      <w:pPr>
        <w:pStyle w:val="ListBullet"/>
      </w:pPr>
      <w:r>
        <w:rPr>
          <w:b w:val="0"/>
        </w:rPr>
        <w:t>Grupo A, contigo: les lees cada problema dos veces. Lo resuelven con tarjetas de dulces sobre la mesa y después dibujan rayitas en la caja de la ficha. Resuelven el punto 1 y los problemas a y c del punto 3.</w:t>
      </w:r>
    </w:p>
    <w:p>
      <w:pPr>
        <w:pStyle w:val="ListBullet"/>
      </w:pPr>
      <w:r>
        <w:rPr>
          <w:b w:val="0"/>
        </w:rPr>
        <w:t>Grupo B: resuelve los puntos 1 a 4 con dibujos o la recta numérica de la ficha.</w:t>
      </w:r>
    </w:p>
    <w:p>
      <w:pPr>
        <w:pStyle w:val="ListBullet"/>
      </w:pPr>
      <w:r>
        <w:rPr>
          <w:b w:val="0"/>
        </w:rPr>
        <w:t>Grupo C: resuelve toda la ficha, escribe cada operación con +, - e =, e inventa un problema en la parte de atrás para que lo resuelva un compañero.</w:t>
      </w:r>
    </w:p>
    <w:p>
      <w:pPr>
        <w:pStyle w:val="ListBullet"/>
      </w:pPr>
      <w:r>
        <w:rPr>
          <w:b w:val="0"/>
        </w:rPr>
        <w:t>Tutoría: cuando un alumno del grupo C termina, se sienta con uno del grupo B y le pide que explique cómo lo resolvió.</w:t>
      </w:r>
    </w:p>
    <w:p>
      <w:pPr>
        <w:pStyle w:val="ListBullet"/>
      </w:pPr>
      <w:r>
        <w:rPr>
          <w:b/>
        </w:rPr>
        <w:t>Mostrar estrategias (15 min):</w:t>
      </w:r>
      <w:r>
        <w:rPr>
          <w:b w:val="0"/>
        </w:rPr>
        <w:t xml:space="preserve"> tres niños pasan a mostrar cómo lo hicieron: con dedos, con dibujos o con la recta. Escribe un cartel: «Para resolver puedo: dibujar, contar con los dedos, usar la recta».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Resuelven en voz alta un problema más, con dulces de papel.</w:t>
      </w:r>
    </w:p>
    <w:p>
      <w:pPr>
        <w:pStyle w:val="ListBullet"/>
      </w:pPr>
      <w:r>
        <w:rPr>
          <w:b w:val="0"/>
        </w:rPr>
        <w:t>Envía a casa el punto «Para hacer en familia».</w:t>
      </w:r>
    </w:p>
    <w:p>
      <w:r>
        <w:rPr>
          <w:b/>
        </w:rPr>
        <w:t>Evidencia:</w:t>
      </w:r>
      <w:r>
        <w:rPr>
          <w:b w:val="0"/>
        </w:rPr>
        <w:t xml:space="preserve"> Ficha 2.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confunden agregar con quitar, vuelve a la bolsa: llena o vacía.</w:t>
      </w:r>
    </w:p>
    <w:p>
      <w:pPr>
        <w:pStyle w:val="ListBullet"/>
      </w:pPr>
      <w:r>
        <w:rPr>
          <w:b w:val="0"/>
        </w:rPr>
        <w:t>Si en la resta ponen primero el número chico (4 - 10), pide que digan primero cuántos tenían al principio y que ese número vaya primero.</w:t>
      </w:r>
    </w:p>
    <w:p>
      <w:pPr>
        <w:pStyle w:val="Heading2"/>
      </w:pPr>
      <w:r>
        <w:t>Sesión 9 · viernes 11 de diciembre · El recetario y el presupuesto de la convivencia</w:t>
      </w:r>
    </w:p>
    <w:p>
      <w:r>
        <w:rPr>
          <w:b w:val="0"/>
        </w:rPr>
        <w:t>Campos: De lo humano y lo comunitario · Lenguajes · Saberes · Ficha 3</w:t>
      </w:r>
    </w:p>
    <w:p>
      <w:r>
        <w:rPr>
          <w:b/>
        </w:rPr>
        <w:t>Propósito:</w:t>
      </w:r>
      <w:r>
        <w:rPr>
          <w:b w:val="0"/>
        </w:rPr>
        <w:t xml:space="preserve"> leer una receta, ordenar sus pasos, calcular cuánto cuestan los ingredientes y pasar la receta familiar al libro.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Revisen las recetas familiares que llegaron (tamales, ponche, buñuelos, pozole, romeritos u otras). Escribe los nombres en el pizarrón.</w:t>
      </w:r>
    </w:p>
    <w:p>
      <w:pPr>
        <w:pStyle w:val="ListBullet"/>
      </w:pPr>
      <w:r>
        <w:rPr>
          <w:b w:val="0"/>
        </w:rPr>
        <w:t>Clasifiquen los ingredientes según el Plato del Bien Comer: frutas y verduras, cereales, leguminosas y alimentos de origen animal.</w:t>
      </w:r>
    </w:p>
    <w:p>
      <w:pPr>
        <w:pStyle w:val="ListBullet"/>
      </w:pPr>
      <w:r>
        <w:rPr>
          <w:b w:val="0"/>
        </w:rPr>
        <w:t>Acuerden: los dulces y el pan de fiesta se comen poco, y para tomar, agua simple.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Ficha 3 (35 min):</w:t>
      </w:r>
    </w:p>
    <w:p>
      <w:pPr>
        <w:pStyle w:val="ListBullet"/>
      </w:pPr>
      <w:r>
        <w:rPr>
          <w:b w:val="0"/>
        </w:rPr>
        <w:t>Grupo A, contigo: lees la receta en voz alta señalando. Encierran los ingredientes buscando la primera letra y numeran los pasos que les vas leyendo. En el punto 5 cuentan monedas de papel.</w:t>
      </w:r>
    </w:p>
    <w:p>
      <w:pPr>
        <w:pStyle w:val="ListBullet"/>
      </w:pPr>
      <w:r>
        <w:rPr>
          <w:b w:val="0"/>
        </w:rPr>
        <w:t>Grupo B: lee con apoyo de su tutor, ordena los pasos y resuelve los incisos a, b y c del presupuesto.</w:t>
      </w:r>
    </w:p>
    <w:p>
      <w:pPr>
        <w:pStyle w:val="ListBullet"/>
      </w:pPr>
      <w:r>
        <w:rPr>
          <w:b w:val="0"/>
        </w:rPr>
        <w:t>Grupo C: lee solo, resuelve toda la ficha y el reto de cuánto sobra de 20 pesos.</w:t>
      </w:r>
    </w:p>
    <w:p>
      <w:pPr>
        <w:pStyle w:val="ListBullet"/>
      </w:pPr>
      <w:r>
        <w:rPr>
          <w:b/>
        </w:rPr>
        <w:t>Página del recetario (25 min).</w:t>
      </w:r>
      <w:r>
        <w:rPr>
          <w:b w:val="0"/>
        </w:rPr>
        <w:t xml:space="preserve"> Cada niño pasa su receta familiar a media hoja del libro.</w:t>
      </w:r>
    </w:p>
    <w:p>
      <w:pPr>
        <w:pStyle w:val="ListBullet"/>
      </w:pPr>
      <w:r>
        <w:rPr>
          <w:b w:val="0"/>
        </w:rPr>
        <w:t>Grupo A: dibuja los ingredientes y te dicta el nombre del platillo, que copia.</w:t>
      </w:r>
    </w:p>
    <w:p>
      <w:pPr>
        <w:pStyle w:val="ListBullet"/>
      </w:pPr>
      <w:r>
        <w:rPr>
          <w:b w:val="0"/>
        </w:rPr>
        <w:t>Grupo B: copia el nombre y los ingredientes.</w:t>
      </w:r>
    </w:p>
    <w:p>
      <w:pPr>
        <w:pStyle w:val="ListBullet"/>
      </w:pPr>
      <w:r>
        <w:rPr>
          <w:b w:val="0"/>
        </w:rPr>
        <w:t>Grupo C: copia ingredientes y pasos.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Acuerden la comida de la convivencia del lunes: ensalada de frutas sin cocinar.</w:t>
      </w:r>
    </w:p>
    <w:p>
      <w:pPr>
        <w:pStyle w:val="ListBullet"/>
      </w:pPr>
      <w:r>
        <w:rPr>
          <w:b w:val="0"/>
        </w:rPr>
        <w:t>Hagan la lista de lo que trae cada mesa y escríbanla en el recado.</w:t>
      </w:r>
    </w:p>
    <w:p>
      <w:pPr>
        <w:pStyle w:val="ListBullet"/>
      </w:pPr>
      <w:r>
        <w:rPr>
          <w:b w:val="0"/>
        </w:rPr>
        <w:t>Confirma las alergias que reportaron las familias.</w:t>
      </w:r>
    </w:p>
    <w:p>
      <w:r>
        <w:rPr>
          <w:b/>
        </w:rPr>
        <w:t>Evidencia:</w:t>
      </w:r>
      <w:r>
        <w:rPr>
          <w:b w:val="0"/>
        </w:rPr>
        <w:t xml:space="preserve"> Ficha 3 y página del recetario.</w:t>
      </w:r>
    </w:p>
    <w:p>
      <w:r>
        <w:rPr>
          <w:b/>
        </w:rPr>
        <w:t>Si no sale:</w:t>
      </w:r>
      <w:r>
        <w:rPr>
          <w:b w:val="0"/>
        </w:rPr>
        <w:t xml:space="preserve"> si un niño no trajo receta, pasa al libro la receta de la ensalada de la ficha y dibuja su platillo favorito de diciembre con el nombre. Si el presupuesto se complica, usa monedas de papel de 1, 2, 5 y 10 pesos sobre la mesa antes de escribir.</w:t>
      </w:r>
    </w:p>
    <w:p>
      <w:pPr>
        <w:pStyle w:val="Heading2"/>
      </w:pPr>
      <w:r>
        <w:t>Sesión 10 · lunes 14 de diciembre · Presentamos nuestro libro y hacemos la cuenta de la piñata</w:t>
      </w:r>
    </w:p>
    <w:p>
      <w:r>
        <w:rPr>
          <w:b w:val="0"/>
        </w:rPr>
        <w:t>Campos: los cuatro</w:t>
      </w:r>
    </w:p>
    <w:p>
      <w:r>
        <w:rPr>
          <w:b/>
        </w:rPr>
        <w:t>Propósito:</w:t>
      </w:r>
      <w:r>
        <w:rPr>
          <w:b w:val="0"/>
        </w:rPr>
        <w:t xml:space="preserve"> armar y presentar el libro de versos y recetario, y hacer la cuenta de la piñata en la convivencia.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Ordenen juntos las partes: portada (la dibuja un equipo), índice sencillo con tres palabras (Versos, Recetas, La cuenta de la piñata), páginas de versos, páginas de recetas y la página grupal.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Ensamble (20 min).</w:t>
      </w:r>
      <w:r>
        <w:rPr>
          <w:b w:val="0"/>
        </w:rPr>
        <w:t xml:space="preserve"> Trabajan por equipos:</w:t>
      </w:r>
    </w:p>
    <w:p>
      <w:pPr>
        <w:pStyle w:val="ListBullet"/>
      </w:pPr>
      <w:r>
        <w:rPr>
          <w:b w:val="0"/>
        </w:rPr>
        <w:t>Un equipo perfora.</w:t>
      </w:r>
    </w:p>
    <w:p>
      <w:pPr>
        <w:pStyle w:val="ListBullet"/>
      </w:pPr>
      <w:r>
        <w:rPr>
          <w:b w:val="0"/>
        </w:rPr>
        <w:t>Otro pasa el estambre.</w:t>
      </w:r>
    </w:p>
    <w:p>
      <w:pPr>
        <w:pStyle w:val="ListBullet"/>
      </w:pPr>
      <w:r>
        <w:rPr>
          <w:b w:val="0"/>
        </w:rPr>
        <w:t>Otro termina la página grupal de la cuenta de la piñata. Copia la tabla de la sesión 7 y el presupuesto de la ensalada: 2 manzanas de 3 pesos, 4 mandarinas de 2 pesos y 3 limones de 1 peso.</w:t>
      </w:r>
    </w:p>
    <w:p>
      <w:pPr>
        <w:pStyle w:val="ListBullet"/>
      </w:pPr>
      <w:r>
        <w:rPr>
          <w:b w:val="0"/>
        </w:rPr>
        <w:t>Los grupos A y B pegan los números y los alumnos del grupo C escriben las sumas.</w:t>
      </w:r>
    </w:p>
    <w:p>
      <w:pPr>
        <w:pStyle w:val="ListBullet"/>
      </w:pPr>
      <w:r>
        <w:rPr>
          <w:b/>
        </w:rPr>
        <w:t>Presentación (25 min).</w:t>
      </w:r>
      <w:r>
        <w:rPr>
          <w:b w:val="0"/>
        </w:rPr>
        <w:t xml:space="preserve"> Ante las familias, si las invitaste por recado el martes 8, o ante otro grupo:</w:t>
      </w:r>
    </w:p>
    <w:p>
      <w:pPr>
        <w:pStyle w:val="ListBullet"/>
      </w:pPr>
      <w:r>
        <w:rPr>
          <w:b w:val="0"/>
        </w:rPr>
        <w:t>Todos recitan un verso en coro y 6 niños leen el suyo, incluidos dos del grupo A con apoyo de su tutor.</w:t>
      </w:r>
    </w:p>
    <w:p>
      <w:pPr>
        <w:pStyle w:val="ListBullet"/>
      </w:pPr>
      <w:r>
        <w:rPr>
          <w:b w:val="0"/>
        </w:rPr>
        <w:t>Cantan el villancico.</w:t>
      </w:r>
    </w:p>
    <w:p>
      <w:pPr>
        <w:pStyle w:val="ListBullet"/>
      </w:pPr>
      <w:r>
        <w:rPr>
          <w:b w:val="0"/>
        </w:rPr>
        <w:t>Tres niños explican una receta.</w:t>
      </w:r>
    </w:p>
    <w:p>
      <w:pPr>
        <w:pStyle w:val="ListBullet"/>
      </w:pPr>
      <w:r>
        <w:rPr>
          <w:b/>
        </w:rPr>
        <w:t>Piñata y cuenta (15 min):</w:t>
      </w:r>
    </w:p>
    <w:p>
      <w:pPr>
        <w:pStyle w:val="ListBullet"/>
      </w:pPr>
      <w:r>
        <w:rPr>
          <w:b w:val="0"/>
        </w:rPr>
        <w:t>Rompen una piñata pequeña por turnos, con la regla de esperar detrás de la línea de gis.</w:t>
      </w:r>
    </w:p>
    <w:p>
      <w:pPr>
        <w:pStyle w:val="ListBullet"/>
      </w:pPr>
      <w:r>
        <w:rPr>
          <w:b w:val="0"/>
        </w:rPr>
        <w:t>Cada equipo cuenta lo que recogió, lo registra en la tabla del libro y comparan qué equipo tiene más.</w:t>
      </w:r>
    </w:p>
    <w:p>
      <w:pPr>
        <w:pStyle w:val="ListBullet"/>
      </w:pPr>
      <w:r>
        <w:rPr>
          <w:b w:val="0"/>
        </w:rPr>
        <w:t>Después preparan y comen la ensalada de frutas. Un adulto corta la fruta desde la mañana.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Autoevaluación oral con la lista del cartel: «Escribí mi verso», «Hice mi recado», «Conté los dulces», «Respeté los turnos». Cada niño pone una marca en la casilla «Lo logré», «Casi» o «Necesito ayuda».</w:t>
      </w:r>
    </w:p>
    <w:p>
      <w:pPr>
        <w:pStyle w:val="ListBullet"/>
      </w:pPr>
      <w:r>
        <w:rPr>
          <w:b w:val="0"/>
        </w:rPr>
        <w:t>Anuncia que en enero el libro viaja: cada noche se lo lleva un niño para leerlo en casa.</w:t>
      </w:r>
    </w:p>
    <w:p>
      <w:pPr>
        <w:pStyle w:val="ListBullet"/>
      </w:pPr>
      <w:r>
        <w:rPr>
          <w:b w:val="0"/>
        </w:rPr>
        <w:t>Aplica el examen de cierre hoy en el bloque de 11:00 o el martes 15 a primera hora.</w:t>
      </w:r>
    </w:p>
    <w:p>
      <w:r>
        <w:rPr>
          <w:b/>
        </w:rPr>
        <w:t>Evidencia:</w:t>
      </w:r>
      <w:r>
        <w:rPr>
          <w:b w:val="0"/>
        </w:rPr>
        <w:t xml:space="preserve"> libro terminado, registro de la presentación, autoevaluación y examen.</w:t>
      </w:r>
    </w:p>
    <w:p>
      <w:r>
        <w:rPr>
          <w:b/>
        </w:rPr>
        <w:t>Si no sale:</w:t>
      </w:r>
      <w:r>
        <w:rPr>
          <w:b w:val="0"/>
        </w:rPr>
        <w:t xml:space="preserve"> si no hay permiso para piñata o alimentos, simula la piñata con una bolsa de dulces de papel y haz igual la cuenta. La ensalada queda solo como receta en el libro. Si faltan páginas, completa con los dibujos de la sesión 1.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Tu grupo es solo de 1°, así que la diferencia es por nivel de escritura y de conteo, no por grado. Reacomoda a los niños cuando avancen.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Grupo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Lenguajes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Saberes y pensamiento científico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Ética, naturaleza y sociedades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De lo humano y lo comunitario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Grupo A: los 6 presilábicos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su nombre con tarjeta de modelo. Reconocen rimas de oído con tarjetas de dibujo. Escriben la letra inicial con alfabeto móvil. Hacen dictado al docente de su verso y su recado, y lo copian o firman.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Cuentan hasta 10 con correspondencia uno a uno y marco de 10. Resuelven problemas hasta 10 con objetos y dibujos.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Dibujan y dicen una costumbre de su familia y escuchan la de un compañero.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Encierran alimentos saludables guiándose por el dibujo y la primera letra. Siguen el turno en la piñata.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Grupo B: silábicos y silábico-alfabéticos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Completan versos con banco de palabras. Escriben su verso y su recado con molde. Cuentan sílabas con palmas.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Cuentan hasta 20. Resuelven problemas hasta 20 con dibujos y recta numérica. Calculan precios de 2 ingredientes.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Comparan su costumbre con la de otro: qué se parece y qué no.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Ordenan los pasos de la receta y clasifican ingredientes en el Plato del Bien Comer.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Grupo C: alfabéticos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un verso de 4 líneas con rima y un recado completo, y revisan con su pareja. Clasifican palabras por número de sílabas. Son tutores de lectura.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Cuentan hasta 30 o más con decenas. Escriben operaciones con +, - e =. Inventan problemas y calculan cuánto sobra de 20 pesos.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Explican con una oración escrita por qué cada familia celebra distinto.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la receta familiar completa y proponen la lista de compras.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Alumna con hipoacusia leve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Trabaja con su grupo de nivel. Tiene la letra de versos y canciones en su mesa, se sienta al frente y sigue el ritmo con palmas y vibración.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Igual que su grupo de nivel, con las consignas también escritas o dibujadas en el pizarrón.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Igual que su grupo, con un compañero que le repite las ideas de la ronda.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Igual que su grupo. Las reglas de la piñata se dan con señas acordadas: alto, espera, tu turno.</w:t>
            </w:r>
          </w:p>
        </w:tc>
      </w:tr>
    </w:tbl>
    <w:p/>
    <w:p>
      <w:pPr>
        <w:pStyle w:val="Heading1"/>
      </w:pPr>
      <w:r>
        <w:t>Evaluación</w:t>
      </w:r>
    </w:p>
    <w:p>
      <w:pPr>
        <w:pStyle w:val="ListBullet"/>
      </w:pPr>
      <w:r>
        <w:rPr>
          <w:b/>
        </w:rPr>
        <w:t>Diagnóstico (sesiones 1 y 2):</w:t>
      </w:r>
      <w:r>
        <w:rPr>
          <w:b w:val="0"/>
        </w:rPr>
        <w:t xml:space="preserve"> dictado individual de piñata, mandarina, ponche, pan y «La piñata tiene dulces». Registra el nivel de cada niño: presilábico, silábico, silábico-alfabético o alfabético. Repite el mismo dictado en el examen de cierre para ver el avance.</w:t>
      </w:r>
    </w:p>
    <w:p>
      <w:pPr>
        <w:pStyle w:val="ListBullet"/>
      </w:pPr>
      <w:r>
        <w:rPr>
          <w:b/>
        </w:rPr>
        <w:t>Formativa:</w:t>
      </w:r>
      <w:r>
        <w:rPr>
          <w:b w:val="0"/>
        </w:rPr>
        <w:t xml:space="preserve"> lista de cotejo de cada ficha (al final de cada una), tablas de conteo de las sesiones 2 y 7, y observación de la lectura compartida. Anota en tu diario una línea por día sobre los 6 presilábicos y sobre la alumna con hipoacusia.</w:t>
      </w:r>
    </w:p>
    <w:p>
      <w:pPr>
        <w:pStyle w:val="ListBullet"/>
      </w:pPr>
      <w:r>
        <w:rPr>
          <w:b/>
        </w:rPr>
        <w:t>Producto final:</w:t>
      </w:r>
      <w:r>
        <w:rPr>
          <w:b w:val="0"/>
        </w:rPr>
        <w:t xml:space="preserve"> valora con esta rúbrica la parte de cada niño en el libro.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 logra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Necesita apoyo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Verso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 un verso con rima según su nivel y lo lee.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 con molde y apoyo; la rima no siempre se da.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Dicta su verso y lo firma con su nombre.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Receta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Copia nombre, ingredientes y pasos en orden.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Copia nombre e ingredientes.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Dibuja los ingredientes y copia el nombre del platillo.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 de la piñata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Cuenta, registra y compara sin ayuda.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 y registra con ayuda del equipo.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 hasta 10 con apoyo.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Participación y respeto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Presenta, escucha y respeta turnos y costumbres.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Participa con recordatorios.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Participa acompañado de su tutor.</w:t>
            </w:r>
          </w:p>
        </w:tc>
      </w:tr>
    </w:tbl>
    <w:p/>
    <w:p>
      <w:pPr>
        <w:pStyle w:val="ListBullet"/>
      </w:pPr>
      <w:r>
        <w:rPr>
          <w:b/>
        </w:rPr>
        <w:t>Autoevaluación:</w:t>
      </w:r>
      <w:r>
        <w:rPr>
          <w:b w:val="0"/>
        </w:rPr>
        <w:t xml:space="preserve"> caja «Me evalúo» de cada ficha y lista del cartel en la sesión 10.</w:t>
      </w:r>
    </w:p>
    <w:p>
      <w:pPr>
        <w:pStyle w:val="ListBullet"/>
      </w:pPr>
      <w:r>
        <w:rPr>
          <w:b/>
        </w:rPr>
        <w:t>Examen de cierre:</w:t>
      </w:r>
      <w:r>
        <w:rPr>
          <w:b w:val="0"/>
        </w:rPr>
        <w:t xml:space="preserve"> 15 reactivos (25 puntos), con tabla de puntaje por PDA.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 w:val="0"/>
        </w:rPr>
        <w:t>Papel bond para el calendario de diciembre, el pictograma, el cartel de versos, la letra del villancico y la canción de la piñata.</w:t>
      </w:r>
    </w:p>
    <w:p>
      <w:pPr>
        <w:pStyle w:val="ListBullet"/>
      </w:pPr>
      <w:r>
        <w:rPr>
          <w:b w:val="0"/>
        </w:rPr>
        <w:t>Tarjetas de nombre (una por alumno), alfabeto móvil para los 6 presilábicos y la recta numérica del 0 al 30 en la pared.</w:t>
      </w:r>
    </w:p>
    <w:p>
      <w:pPr>
        <w:pStyle w:val="ListBullet"/>
      </w:pPr>
      <w:r>
        <w:rPr>
          <w:b w:val="0"/>
        </w:rPr>
        <w:t>16 tarjetas de rima de dibujo y palabra (8 pares) hechas a mano.</w:t>
      </w:r>
    </w:p>
    <w:p>
      <w:pPr>
        <w:pStyle w:val="ListBullet"/>
      </w:pPr>
      <w:r>
        <w:rPr>
          <w:b w:val="0"/>
        </w:rPr>
        <w:t>5 bolsas-piñata con entre 20 y 35 tarjetas de papel (dulce, lima, caña, cacahuate), ligas y palitos para decenas, y monedas de papel de 1, 2, 5 y 10 pesos.</w:t>
      </w:r>
    </w:p>
    <w:p>
      <w:pPr>
        <w:pStyle w:val="ListBullet"/>
      </w:pPr>
      <w:r>
        <w:rPr>
          <w:b w:val="0"/>
        </w:rPr>
        <w:t>Instrumentos de reúso: botellas con semillas y tapas.</w:t>
      </w:r>
    </w:p>
    <w:p>
      <w:pPr>
        <w:pStyle w:val="ListBullet"/>
      </w:pPr>
      <w:r>
        <w:rPr>
          <w:b w:val="0"/>
        </w:rPr>
        <w:t>Copias:</w:t>
      </w:r>
    </w:p>
    <w:p>
      <w:pPr>
        <w:pStyle w:val="ListBullet"/>
      </w:pPr>
      <w:r>
        <w:rPr>
          <w:b w:val="0"/>
        </w:rPr>
        <w:t>Entrevista familiar (25).</w:t>
      </w:r>
    </w:p>
    <w:p>
      <w:pPr>
        <w:pStyle w:val="ListBullet"/>
      </w:pPr>
      <w:r>
        <w:rPr>
          <w:b w:val="0"/>
        </w:rPr>
        <w:t>Ficha 1 (25), Ficha 2 (25), Ficha 3 (25).</w:t>
      </w:r>
    </w:p>
    <w:p>
      <w:pPr>
        <w:pStyle w:val="ListBullet"/>
      </w:pPr>
      <w:r>
        <w:rPr>
          <w:b w:val="0"/>
        </w:rPr>
        <w:t>Formato de receta familiar (25).</w:t>
      </w:r>
    </w:p>
    <w:p>
      <w:pPr>
        <w:pStyle w:val="ListBullet"/>
      </w:pPr>
      <w:r>
        <w:rPr>
          <w:b w:val="0"/>
        </w:rPr>
        <w:t>Examen (25).</w:t>
      </w:r>
    </w:p>
    <w:p>
      <w:pPr>
        <w:pStyle w:val="ListBullet"/>
      </w:pPr>
      <w:r>
        <w:rPr>
          <w:b w:val="0"/>
        </w:rPr>
        <w:t>Hojas carta cortadas a la mitad (75) para las páginas del libro, perforadora, estambre y grapas.</w:t>
      </w:r>
    </w:p>
    <w:p>
      <w:pPr>
        <w:pStyle w:val="ListBullet"/>
      </w:pPr>
      <w:r>
        <w:rPr>
          <w:b w:val="0"/>
        </w:rPr>
        <w:t>Sesión 10: piñata pequeña y dulces (opcional), fruta, tazón, cucharas y vasos desechables o de casa.</w:t>
      </w:r>
    </w:p>
    <w:p>
      <w:pPr>
        <w:pStyle w:val="ListBullet"/>
      </w:pPr>
      <w:r>
        <w:rPr>
          <w:b w:val="0"/>
        </w:rPr>
        <w:t>Formato de receta familiar (media hoja), con estos apartados en renglones: «Nombre del platillo», «Lo prepara en mi familia:», «Ingredientes:», «Pasos:» y un recuadro «Dibujamos el platillo aquí».</w:t>
      </w:r>
    </w:p>
    <w:p>
      <w:pPr>
        <w:pStyle w:val="ListBullet"/>
      </w:pPr>
      <w:r>
        <w:rPr>
          <w:b w:val="0"/>
        </w:rPr>
        <w:t>Libros de texto de 1°: en Múltiples Lenguajes y en Proyectos de Aula busca las rimas, canciones y juegos de palabras que te sirvan de lectura extra. En Proyectos Comunitarios busca el proyecto sobre celebraciones o costumbres de la comunidad. Las páginas cambian según la edición; ubícalas en la tuya.</w:t>
      </w:r>
    </w:p>
    <w:p>
      <w:pPr>
        <w:pStyle w:val="ListBullet"/>
      </w:pPr>
      <w:r>
        <w:rPr>
          <w:b w:val="0"/>
        </w:rPr>
        <w:t>Todo funciona sin internet: cantas tú las canciones. Si un día hay conexión, descarga antes una versión instrumental para ensayar.</w:t>
      </w:r>
    </w:p>
    <w:p>
      <w:pPr>
        <w:pStyle w:val="Heading1"/>
      </w:pPr>
      <w:r>
        <w:t>Adecuaciones</w:t>
      </w:r>
    </w:p>
    <w:p>
      <w:r>
        <w:rPr>
          <w:b/>
        </w:rPr>
        <w:t>Seis alumnos presilábicos</w:t>
      </w:r>
    </w:p>
    <w:p>
      <w:pPr>
        <w:pStyle w:val="ListBullet"/>
      </w:pPr>
      <w:r>
        <w:rPr>
          <w:b w:val="0"/>
        </w:rPr>
        <w:t>Cada sesión tiene 20 min de trabajo contigo y un tutor fijo.</w:t>
      </w:r>
    </w:p>
    <w:p>
      <w:pPr>
        <w:pStyle w:val="ListBullet"/>
      </w:pPr>
      <w:r>
        <w:rPr>
          <w:b w:val="0"/>
        </w:rPr>
        <w:t>Trabajan siempre a partir de su nombre propio y de palabras del tema con dibujo (piñata, pan, vela, dulce).</w:t>
      </w:r>
    </w:p>
    <w:p>
      <w:pPr>
        <w:pStyle w:val="ListBullet"/>
      </w:pPr>
      <w:r>
        <w:rPr>
          <w:b w:val="0"/>
        </w:rPr>
        <w:t>Escriben con alfabeto móvil antes que con lápiz. Les lees todas las consignas.</w:t>
      </w:r>
    </w:p>
    <w:p>
      <w:pPr>
        <w:pStyle w:val="ListBullet"/>
      </w:pPr>
      <w:r>
        <w:rPr>
          <w:b w:val="0"/>
        </w:rPr>
        <w:t>Su verso y su recado se hacen por dictado al docente, y ellos los firman.</w:t>
      </w:r>
    </w:p>
    <w:p>
      <w:pPr>
        <w:pStyle w:val="ListBullet"/>
      </w:pPr>
      <w:r>
        <w:rPr>
          <w:b w:val="0"/>
        </w:rPr>
        <w:t>Valora su avance por la escritura de su nombre, la letra inicial y el inicio de la correspondencia sonora, no por la ortografía.</w:t>
      </w:r>
    </w:p>
    <w:p>
      <w:r>
        <w:rPr>
          <w:b/>
        </w:rPr>
        <w:t>Alumna con hipoacusia leve</w:t>
      </w:r>
    </w:p>
    <w:p>
      <w:pPr>
        <w:pStyle w:val="ListBullet"/>
      </w:pPr>
      <w:r>
        <w:rPr>
          <w:b w:val="0"/>
        </w:rPr>
        <w:t>Primera fila, a 1 o 2 metros de ti, con luz en tu cara para que pueda leer tus labios.</w:t>
      </w:r>
    </w:p>
    <w:p>
      <w:pPr>
        <w:pStyle w:val="ListBullet"/>
      </w:pPr>
      <w:r>
        <w:rPr>
          <w:b w:val="0"/>
        </w:rPr>
        <w:t>Habla de frente, claro y sin gritar. No hables mientras escribes en el pizarrón.</w:t>
      </w:r>
    </w:p>
    <w:p>
      <w:pPr>
        <w:pStyle w:val="ListBullet"/>
      </w:pPr>
      <w:r>
        <w:rPr>
          <w:b w:val="0"/>
        </w:rPr>
        <w:t>Repite en voz alta lo que dicen los compañeros.</w:t>
      </w:r>
    </w:p>
    <w:p>
      <w:pPr>
        <w:pStyle w:val="ListBullet"/>
      </w:pPr>
      <w:r>
        <w:rPr>
          <w:b w:val="0"/>
        </w:rPr>
        <w:t>Escribe o dibuja en el pizarrón cada consigna, en tres pasos numerados.</w:t>
      </w:r>
    </w:p>
    <w:p>
      <w:pPr>
        <w:pStyle w:val="ListBullet"/>
      </w:pPr>
      <w:r>
        <w:rPr>
          <w:b w:val="0"/>
        </w:rPr>
        <w:t>En las canciones, dale la letra en su mesa y deja que siga el pulso tocando el pandero o la mesa. No uses música de fondo mientras das instrucciones.</w:t>
      </w:r>
    </w:p>
    <w:p>
      <w:pPr>
        <w:pStyle w:val="ListBullet"/>
      </w:pPr>
      <w:r>
        <w:rPr>
          <w:b w:val="0"/>
        </w:rPr>
        <w:t>Comprueba que entendió: pídele que te diga qué va a hacer, no solo que diga sí.</w:t>
      </w:r>
    </w:p>
    <w:p>
      <w:pPr>
        <w:pStyle w:val="ListBullet"/>
      </w:pPr>
      <w:r>
        <w:rPr>
          <w:b w:val="0"/>
        </w:rPr>
        <w:t>Si usa auxiliar auditivo, revisa con la familia que funcione y lleve pila.</w:t>
      </w:r>
    </w:p>
    <w:p>
      <w:r>
        <w:rPr>
          <w:b/>
        </w:rPr>
        <w:t>Diversidad de familias y laicidad</w:t>
      </w:r>
    </w:p>
    <w:p>
      <w:pPr>
        <w:pStyle w:val="ListBullet"/>
      </w:pPr>
      <w:r>
        <w:rPr>
          <w:b w:val="0"/>
        </w:rPr>
        <w:t>El tema es «las costumbres de diciembre de mi familia». La posada, el villancico y la piñata se tratan como tradiciones culturales del país, no como práctica religiosa.</w:t>
      </w:r>
    </w:p>
    <w:p>
      <w:pPr>
        <w:pStyle w:val="ListBullet"/>
      </w:pPr>
      <w:r>
        <w:rPr>
          <w:b w:val="0"/>
        </w:rPr>
        <w:t>Si una familia no celebra, el niño participa con lo que hacen en vacaciones o en año nuevo.</w:t>
      </w:r>
    </w:p>
    <w:p>
      <w:pPr>
        <w:pStyle w:val="ListBullet"/>
      </w:pPr>
      <w:r>
        <w:rPr>
          <w:b w:val="0"/>
        </w:rPr>
        <w:t>Ningún niño está obligado a cantar o actuar si su familia lo pide.</w:t>
      </w:r>
    </w:p>
    <w:p>
      <w:r>
        <w:rPr>
          <w:b/>
        </w:rPr>
        <w:t>Salud y seguridad</w:t>
      </w:r>
    </w:p>
    <w:p>
      <w:pPr>
        <w:pStyle w:val="ListBullet"/>
      </w:pPr>
      <w:r>
        <w:rPr>
          <w:b w:val="0"/>
        </w:rPr>
        <w:t>Pregunta por escrito por alergias (cacahuate, nuez, fruta) antes de la sesión 10.</w:t>
      </w:r>
    </w:p>
    <w:p>
      <w:pPr>
        <w:pStyle w:val="ListBullet"/>
      </w:pPr>
      <w:r>
        <w:rPr>
          <w:b w:val="0"/>
        </w:rPr>
        <w:t>En la piñata, traza una línea de gis: solo pasa quien tiene el turno. Un adulto controla el palo.</w:t>
      </w:r>
    </w:p>
    <w:p>
      <w:pPr>
        <w:pStyle w:val="ListBullet"/>
      </w:pPr>
      <w:r>
        <w:rPr>
          <w:b w:val="0"/>
        </w:rPr>
        <w:t>Un adulto corta la fruta.</w:t>
      </w:r>
    </w:p>
    <w:p>
      <w:r>
        <w:rPr>
          <w:b/>
        </w:rPr>
        <w:t>Familias con poco tiempo o sin escritura</w:t>
      </w:r>
    </w:p>
    <w:p>
      <w:pPr>
        <w:pStyle w:val="ListBullet"/>
      </w:pPr>
      <w:r>
        <w:rPr>
          <w:b w:val="0"/>
        </w:rPr>
        <w:t>La entrevista y la receta pueden dictarse al niño, dibujarse o contarse de palabra a la maestra a la salida.</w:t>
      </w:r>
    </w:p>
    <w:p>
      <w:pPr>
        <w:pStyle w:val="ListBullet"/>
      </w:pPr>
      <w:r>
        <w:rPr>
          <w:b w:val="0"/>
        </w:rPr>
        <w:t>No se pide comprar nada. Lo de la convivencia es voluntario y se reparte por mesas.</w:t>
      </w:r>
    </w:p>
    <w:p/>
    <w:p>
      <w:r>
        <w:rPr>
          <w:sz w:val="16"/>
        </w:rPr>
        <w:t>Material gratuito de Didaula · https://didaula.com/planeaciones/1-grado/1-grado-posadas-y-tradiciones-de-diciembre/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