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Repaso y examen del primer trimestre en 1°: estaciones, juegos y cuaderno de repaso</w:t>
      </w:r>
    </w:p>
    <w:p>
      <w:r>
        <w:t>Planeación · 1°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escritura de nombres en la lengua materna; escritura de palabras y enunciados por medio del dictado; lectura compartida en voz alta de textos de uso cotidiano (recado, instructivo, lista y cuento); rimas y canciones. Saberes y pensamiento científico: estudio de los números; construcción de la noción de suma y resta. Ética, naturaleza y sociedades: acuerdos de convivencia y diversidad de familias. De lo humano y lo comunitario: emociones, su regulación e interacción en juegos con reglas.</w:t>
      </w:r>
    </w:p>
    <w:p>
      <w:r>
        <w:rPr>
          <w:b/>
        </w:rPr>
        <w:t>PDA:</w:t>
      </w:r>
      <w:r>
        <w:rPr>
          <w:b w:val="0"/>
        </w:rPr>
        <w:t xml:space="preserve"> L1. Escribe su nombre y lo compara con otros nombres y palabras para identificar letras y sonidos iniciales. L2. Reconoce palabras que riman en canciones, rimas y juegos de palabras. L3. Escribe palabras, listas y enunciados según su nivel de conceptualización y avanza hacia la escritura alfabética. L4. Sigue la lectura de textos de uso cotidiano, identifica para qué sirven y localiza información explícita. S1. Cuenta colecciones de hasta 30 elementos; lee, escribe, ordena y compara números, e identifica el número anterior y el siguiente. S2. Resuelve problemas de agregar, quitar, juntar y comparar con cantidades de hasta 20, usando material, dibujos, conteo o cálculo. E1. Reconoce acciones que favorecen la convivencia y respeta la diversidad de familias. H1. Identifica sus emociones en situaciones cotidianas y formas de regularlas; participa en juegos respetando reglas y turnos.</w:t>
      </w:r>
    </w:p>
    <w:p>
      <w:r>
        <w:t>Paquete de dos semanas, del 23 de noviembre al 4 de diciembre de 2026, para 25 alumnos de 1°. Son diez sesiones de repaso por estaciones y juegos. En Lenguajes se repasan el nombre propio, el sonido inicial, las rimas, la lista, el recado y el instructivo. En Saberes, los números hasta 30, la suma, la resta y los problemas. También se repasan los acuerdos de convivencia, las familias y las emociones. Incluye 3 fichas con respuestas, el cuaderno de repaso como producto final y un examen trimestral de 20 reactivos por campo formativo, con clave y tabla de puntaje por PDA. Trae adecuaciones para seis alumnos presilábicos y una alumna con hipoacusia leve.</w:t>
      </w:r>
    </w:p>
    <w:p>
      <w:pPr>
        <w:pStyle w:val="Heading1"/>
      </w:pPr>
      <w:r>
        <w:t>Qué vas a lograr en estas dos semanas</w:t>
      </w:r>
    </w:p>
    <w:p>
      <w:pPr>
        <w:pStyle w:val="ListBullet"/>
      </w:pPr>
      <w:r>
        <w:rPr>
          <w:b w:val="0"/>
        </w:rPr>
        <w:t>Tus 25 alumnos de 1° repasan lo esencial del primer trimestre con estaciones y juegos.</w:t>
      </w:r>
    </w:p>
    <w:p>
      <w:pPr>
        <w:pStyle w:val="ListBullet"/>
      </w:pPr>
      <w:r>
        <w:rPr>
          <w:b w:val="0"/>
        </w:rPr>
        <w:t>Lenguajes: nombre propio, sonido inicial, rimas, lista, recado, instructivo y cuento.</w:t>
      </w:r>
    </w:p>
    <w:p>
      <w:pPr>
        <w:pStyle w:val="ListBullet"/>
      </w:pPr>
      <w:r>
        <w:rPr>
          <w:b w:val="0"/>
        </w:rPr>
        <w:t>Saberes: números hasta 30, sumas y restas hasta 20 y problemas.</w:t>
      </w:r>
    </w:p>
    <w:p>
      <w:pPr>
        <w:pStyle w:val="ListBullet"/>
      </w:pPr>
      <w:r>
        <w:rPr>
          <w:b w:val="0"/>
        </w:rPr>
        <w:t xml:space="preserve">Cada alumno termina su </w:t>
      </w:r>
      <w:r>
        <w:rPr>
          <w:b/>
        </w:rPr>
        <w:t>cuaderno de repaso</w:t>
      </w:r>
      <w:r>
        <w:rPr>
          <w:b w:val="0"/>
        </w:rPr>
        <w:t xml:space="preserve"> resuelto con estas piezas:</w:t>
      </w:r>
    </w:p>
    <w:p>
      <w:pPr>
        <w:pStyle w:val="ListBullet"/>
      </w:pPr>
      <w:r>
        <w:rPr>
          <w:b w:val="0"/>
        </w:rPr>
        <w:t>Portada y dictado diagnóstico.</w:t>
      </w:r>
    </w:p>
    <w:p>
      <w:pPr>
        <w:pStyle w:val="ListBullet"/>
      </w:pPr>
      <w:r>
        <w:rPr>
          <w:b w:val="0"/>
        </w:rPr>
        <w:t>Fichas 1, 2 y 3.</w:t>
      </w:r>
    </w:p>
    <w:p>
      <w:pPr>
        <w:pStyle w:val="ListBullet"/>
      </w:pPr>
      <w:r>
        <w:rPr>
          <w:b w:val="0"/>
        </w:rPr>
        <w:t>Hoja Mi familia y tarjeta de sellos del rally.</w:t>
      </w:r>
    </w:p>
    <w:p>
      <w:pPr>
        <w:pStyle w:val="ListBullet"/>
      </w:pPr>
      <w:r>
        <w:rPr>
          <w:b w:val="0"/>
        </w:rPr>
        <w:t>Hoja Mi logro y mi meta.</w:t>
      </w:r>
    </w:p>
    <w:p>
      <w:pPr>
        <w:pStyle w:val="ListBullet"/>
      </w:pPr>
      <w:r>
        <w:rPr>
          <w:b w:val="0"/>
        </w:rPr>
        <w:t xml:space="preserve">Aplicas el </w:t>
      </w:r>
      <w:r>
        <w:rPr>
          <w:b/>
        </w:rPr>
        <w:t>examen trimestral de 20 reactivos</w:t>
      </w:r>
      <w:r>
        <w:rPr>
          <w:b w:val="0"/>
        </w:rPr>
        <w:t xml:space="preserve"> por campo formativo en dos días. Obtienes una tabla de puntaje por PDA para tu registro.</w:t>
      </w:r>
    </w:p>
    <w:p>
      <w:pPr>
        <w:pStyle w:val="ListBullet"/>
      </w:pPr>
      <w:r>
        <w:rPr>
          <w:b w:val="0"/>
        </w:rPr>
        <w:t>Conoces el nivel de escritura de cada alumno al comparar el dictado del 23 de noviembre con el del examen. Pon atención especial a los seis presilábicos.</w:t>
      </w:r>
    </w:p>
    <w:p>
      <w:pPr>
        <w:pStyle w:val="ListBullet"/>
      </w:pPr>
      <w:r>
        <w:rPr>
          <w:b w:val="0"/>
        </w:rPr>
        <w:t>La alumna con hipoacusia leve participa en igualdad: recibe instrucciones de frente, con apoyo visual y con señales que no dependen solo del sonido.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se hace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 y pase de lista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Cada alumno toma su tarjeta de nombre y la cuelga en el tendedero. Dices cada nombre de frente al grupo.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a 9:45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Bloque de repaso (sesión del día)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común, estaciones o examen, y cierre. Dura 90 minutos.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9:45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en voz alta y escritura breve, o Educación Física según tu horario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Lees un cuento del trimestre y dictas 3 palabras en el cuaderno de clase.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a 11:30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Cálculo mental con juego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Juegos ¿Quién tiene más? y dados que suman. Conteo de 2 en 2.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11:30 a 12:15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Tutoría entre pares o clase de especialista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Parejas de lector y aprendiz terminan las hojas pendientes del cuaderno de repaso.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12:15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Qué aprendí hoy, y recado o tarea breve.</w:t>
            </w:r>
          </w:p>
        </w:tc>
      </w:tr>
    </w:tbl>
    <w:p/>
    <w:p>
      <w:r>
        <w:rPr>
          <w:b/>
        </w:rPr>
        <w:t>Estaciones</w:t>
      </w:r>
    </w:p>
    <w:p>
      <w:pPr>
        <w:pStyle w:val="ListBullet"/>
      </w:pPr>
      <w:r>
        <w:rPr>
          <w:b w:val="0"/>
        </w:rPr>
        <w:t>Forma 5 equipos mezclados de 5 alumnos.</w:t>
      </w:r>
    </w:p>
    <w:p>
      <w:pPr>
        <w:pStyle w:val="ListBullet"/>
      </w:pPr>
      <w:r>
        <w:rPr>
          <w:b w:val="0"/>
        </w:rPr>
        <w:t>En cada equipo pon un capitán lector, es decir, un alumno que ya lee.</w:t>
      </w:r>
    </w:p>
    <w:p>
      <w:pPr>
        <w:pStyle w:val="ListBullet"/>
      </w:pPr>
      <w:r>
        <w:rPr>
          <w:b w:val="0"/>
        </w:rPr>
        <w:t>Reparte a los presilábicos: uno o dos por equipo.</w:t>
      </w:r>
    </w:p>
    <w:p>
      <w:pPr>
        <w:pStyle w:val="ListBullet"/>
      </w:pPr>
      <w:r>
        <w:rPr>
          <w:b w:val="0"/>
        </w:rPr>
        <w:t>Cada estación dura 12 minutos.</w:t>
      </w:r>
    </w:p>
    <w:p>
      <w:pPr>
        <w:pStyle w:val="ListBullet"/>
      </w:pPr>
      <w:r>
        <w:rPr>
          <w:b w:val="0"/>
        </w:rPr>
        <w:t>Para el cambio, levanta la tarjeta CAMBIO y da dos palmadas.</w:t>
      </w:r>
    </w:p>
    <w:p>
      <w:r>
        <w:rPr>
          <w:b/>
        </w:rPr>
        <w:t>Cuaderno de repaso</w:t>
      </w:r>
    </w:p>
    <w:p>
      <w:pPr>
        <w:pStyle w:val="ListBullet"/>
      </w:pPr>
      <w:r>
        <w:rPr>
          <w:b w:val="0"/>
        </w:rPr>
        <w:t>Cada alumno guarda sus hojas en un sobre con su nombre.</w:t>
      </w:r>
    </w:p>
    <w:p>
      <w:pPr>
        <w:pStyle w:val="ListBullet"/>
      </w:pPr>
      <w:r>
        <w:rPr>
          <w:b w:val="0"/>
        </w:rPr>
        <w:t>En la sesión 7 se engrapan.</w:t>
      </w:r>
    </w:p>
    <w:p>
      <w:pPr>
        <w:pStyle w:val="Heading1"/>
      </w:pPr>
      <w:r>
        <w:t>Secuencia de sesiones</w:t>
      </w:r>
    </w:p>
    <w:p>
      <w:r>
        <w:rPr>
          <w:b w:val="0"/>
        </w:rPr>
        <w:t>Semana 1: del 23 al 27 de noviembre. Semana 2: del 30 de noviembre al 4 de diciembre.</w:t>
      </w:r>
    </w:p>
    <w:p>
      <w:pPr>
        <w:pStyle w:val="Heading2"/>
      </w:pPr>
      <w:r>
        <w:t>Sesión 1. Lunes 23 de noviembre. Mi nombre abre el cuaderno</w:t>
      </w:r>
    </w:p>
    <w:p>
      <w:r>
        <w:rPr>
          <w:b/>
        </w:rPr>
        <w:t>Campos:</w:t>
      </w:r>
      <w:r>
        <w:rPr>
          <w:b w:val="0"/>
        </w:rPr>
        <w:t xml:space="preserve"> Lenguajes;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Armar la portada del cuaderno de repaso y registrar cómo escribe hoy cada alumno.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Juega lotería de nombres:</w:t>
      </w:r>
    </w:p>
    <w:p>
      <w:pPr>
        <w:pStyle w:val="ListBullet"/>
      </w:pPr>
      <w:r>
        <w:rPr>
          <w:b w:val="0"/>
        </w:rPr>
        <w:t>Muestras una tarjeta y la lees despacio.</w:t>
      </w:r>
    </w:p>
    <w:p>
      <w:pPr>
        <w:pStyle w:val="ListBullet"/>
      </w:pPr>
      <w:r>
        <w:rPr>
          <w:b w:val="0"/>
        </w:rPr>
        <w:t>Quien reconoce su nombre se pone de pie y dice: Me llamo… y me gusta…</w:t>
      </w:r>
    </w:p>
    <w:p>
      <w:pPr>
        <w:pStyle w:val="ListBullet"/>
      </w:pPr>
      <w:r>
        <w:rPr>
          <w:b w:val="0"/>
        </w:rPr>
        <w:t>Reparte los sobres. Explica que en dos semanas estarán llenos.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Todo el grupo, en sus lugares:</w:t>
      </w:r>
      <w:r>
        <w:rPr>
          <w:b w:val="0"/>
        </w:rPr>
        <w:t xml:space="preserve"> hace la portada.</w:t>
      </w:r>
    </w:p>
    <w:p>
      <w:pPr>
        <w:pStyle w:val="ListBullet"/>
      </w:pPr>
      <w:r>
        <w:rPr>
          <w:b w:val="0"/>
        </w:rPr>
        <w:t>Escribe su nombre con su tarjeta como modelo.</w:t>
      </w:r>
    </w:p>
    <w:p>
      <w:pPr>
        <w:pStyle w:val="ListBullet"/>
      </w:pPr>
      <w:r>
        <w:rPr>
          <w:b w:val="0"/>
        </w:rPr>
        <w:t>Dibuja su autorretrato.</w:t>
      </w:r>
    </w:p>
    <w:p>
      <w:pPr>
        <w:pStyle w:val="ListBullet"/>
      </w:pPr>
      <w:r>
        <w:rPr>
          <w:b w:val="0"/>
        </w:rPr>
        <w:t>Escribe abajo Me gusta… como pueda.</w:t>
      </w:r>
    </w:p>
    <w:p>
      <w:pPr>
        <w:pStyle w:val="ListBullet"/>
      </w:pPr>
      <w:r>
        <w:rPr>
          <w:b/>
        </w:rPr>
        <w:t>Dictado diagnóstico en tu escritorio:</w:t>
      </w:r>
      <w:r>
        <w:rPr>
          <w:b w:val="0"/>
        </w:rPr>
        <w:t xml:space="preserve"> llama a 5 alumnos a la vez, 8 minutos por turno.</w:t>
      </w:r>
    </w:p>
    <w:p>
      <w:pPr>
        <w:pStyle w:val="ListBullet"/>
      </w:pPr>
      <w:r>
        <w:rPr>
          <w:b w:val="0"/>
        </w:rPr>
        <w:t>Dicta: mariposa, caballo, gato, sal y la oración El gato come pescado.</w:t>
      </w:r>
    </w:p>
    <w:p>
      <w:pPr>
        <w:pStyle w:val="ListBullet"/>
      </w:pPr>
      <w:r>
        <w:rPr>
          <w:b w:val="0"/>
        </w:rPr>
        <w:t>Cada alumno lee lo que escribió señalando con el dedo.</w:t>
      </w:r>
    </w:p>
    <w:p>
      <w:pPr>
        <w:pStyle w:val="ListBullet"/>
      </w:pPr>
      <w:r>
        <w:rPr>
          <w:b w:val="0"/>
        </w:rPr>
        <w:t>Anota su nivel: presilábico, silábico, silábico-alfabético o alfabético.</w:t>
      </w:r>
    </w:p>
    <w:p>
      <w:pPr>
        <w:pStyle w:val="ListBullet"/>
      </w:pPr>
      <w:r>
        <w:rPr>
          <w:b/>
        </w:rPr>
        <w:t>Seis presilábicos:</w:t>
      </w:r>
      <w:r>
        <w:rPr>
          <w:b w:val="0"/>
        </w:rPr>
        <w:t xml:space="preserve"> hacen el mismo dictado.</w:t>
      </w:r>
    </w:p>
    <w:p>
      <w:pPr>
        <w:pStyle w:val="ListBullet"/>
      </w:pPr>
      <w:r>
        <w:rPr>
          <w:b w:val="0"/>
        </w:rPr>
        <w:t>Observa si usan letras de su nombre, cuántas letras ponen y si las cambian de una palabra a otra.</w:t>
      </w:r>
    </w:p>
    <w:p>
      <w:pPr>
        <w:pStyle w:val="ListBullet"/>
      </w:pPr>
      <w:r>
        <w:rPr>
          <w:b w:val="0"/>
        </w:rPr>
        <w:t>Hoy no corrijas.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le dictas de frente, a un metro, sin taparte la boca. Dices cada palabra dos veces.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Ronda una palabra que ya sé escribir: tres voluntarios la escriben en el pizarrón y el grupo la lee.</w:t>
      </w:r>
    </w:p>
    <w:p>
      <w:pPr>
        <w:pStyle w:val="ListBullet"/>
      </w:pPr>
      <w:r>
        <w:rPr>
          <w:b w:val="0"/>
        </w:rPr>
        <w:t>Guardan la portada y el dictado en el sobre.</w:t>
      </w:r>
    </w:p>
    <w:p>
      <w:r>
        <w:rPr>
          <w:b/>
        </w:rPr>
        <w:t>Evidencia:</w:t>
      </w:r>
      <w:r>
        <w:rPr>
          <w:b w:val="0"/>
        </w:rPr>
        <w:t xml:space="preserve"> Portada y dictado con el nivel de escritura anotado.</w:t>
      </w:r>
    </w:p>
    <w:p>
      <w:r>
        <w:rPr>
          <w:b/>
        </w:rPr>
        <w:t>Decisión pedagógica:</w:t>
      </w:r>
    </w:p>
    <w:p>
      <w:pPr>
        <w:pStyle w:val="ListBullet"/>
      </w:pPr>
      <w:r>
        <w:rPr>
          <w:b w:val="0"/>
        </w:rPr>
        <w:t>Si un alumno dice no sé escribir, respóndele: escríbelo como tú creas.</w:t>
      </w:r>
    </w:p>
    <w:p>
      <w:pPr>
        <w:pStyle w:val="ListBullet"/>
      </w:pPr>
      <w:r>
        <w:rPr>
          <w:b w:val="0"/>
        </w:rPr>
        <w:t>Si aun así no escribe, pídele que te dicte la palabra y copie solo la primera letra.</w:t>
      </w:r>
    </w:p>
    <w:p>
      <w:pPr>
        <w:pStyle w:val="ListBullet"/>
      </w:pPr>
      <w:r>
        <w:rPr>
          <w:b w:val="0"/>
        </w:rPr>
        <w:t>Anótalo como dato, no como error.</w:t>
      </w:r>
    </w:p>
    <w:p>
      <w:pPr>
        <w:pStyle w:val="Heading2"/>
      </w:pPr>
      <w:r>
        <w:t>Sesión 2. Martes 24 de noviembre. Estaciones de sonidos, rimas y listas</w:t>
      </w:r>
    </w:p>
    <w:p>
      <w:r>
        <w:rPr>
          <w:b/>
        </w:rPr>
        <w:t>Campos:</w:t>
      </w:r>
      <w:r>
        <w:rPr>
          <w:b w:val="0"/>
        </w:rPr>
        <w:t xml:space="preserve"> Lenguajes.</w:t>
      </w:r>
    </w:p>
    <w:p>
      <w:r>
        <w:rPr>
          <w:b/>
        </w:rPr>
        <w:t>Propósito:</w:t>
      </w:r>
      <w:r>
        <w:rPr>
          <w:b w:val="0"/>
        </w:rPr>
        <w:t xml:space="preserve"> Repasar nombre propio, sonido inicial, rimas y la lista como texto para recordar.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Cantan una rima del trimestre.</w:t>
      </w:r>
    </w:p>
    <w:p>
      <w:pPr>
        <w:pStyle w:val="ListBullet"/>
      </w:pPr>
      <w:r>
        <w:rPr>
          <w:b w:val="0"/>
        </w:rPr>
        <w:t>Detén la canción en dos palabras que riman. Escríbelas y subraya la parte final que suena igual.</w:t>
      </w:r>
    </w:p>
    <w:p>
      <w:pPr>
        <w:pStyle w:val="ListBullet"/>
      </w:pPr>
      <w:r>
        <w:rPr>
          <w:b w:val="0"/>
        </w:rPr>
        <w:t>Explica cada estación con su tarjeta dibujada.</w:t>
      </w:r>
    </w:p>
    <w:p>
      <w:r>
        <w:rPr>
          <w:b/>
        </w:rPr>
        <w:t>Desarrollo (60 min, 5 estaciones de 12 min)</w:t>
      </w:r>
    </w:p>
    <w:p>
      <w:pPr>
        <w:pStyle w:val="ListBullet"/>
      </w:pPr>
      <w:r>
        <w:rPr>
          <w:b/>
        </w:rPr>
        <w:t>Estación 1, con la maestra:</w:t>
      </w:r>
      <w:r>
        <w:rPr>
          <w:b w:val="0"/>
        </w:rPr>
        <w:t xml:space="preserve"> Ficha 1, consignas 1 a 3.</w:t>
      </w:r>
    </w:p>
    <w:p>
      <w:pPr>
        <w:pStyle w:val="ListBullet"/>
      </w:pPr>
      <w:r>
        <w:rPr>
          <w:b/>
        </w:rPr>
        <w:t>Estación 2, memorama de rimas:</w:t>
      </w:r>
      <w:r>
        <w:rPr>
          <w:b w:val="0"/>
        </w:rPr>
        <w:t xml:space="preserve"> 20 tarjetas con palabra y dibujo hecho por ti (gato-pato, ratón-botón, mesa-fresa, luna-cuna, sol-col). Ganan el par solo si lo dicen en voz alta.</w:t>
      </w:r>
    </w:p>
    <w:p>
      <w:pPr>
        <w:pStyle w:val="ListBullet"/>
      </w:pPr>
      <w:r>
        <w:rPr>
          <w:b/>
        </w:rPr>
        <w:t>Estación 3, bolsa de sonidos:</w:t>
      </w:r>
      <w:r>
        <w:rPr>
          <w:b w:val="0"/>
        </w:rPr>
        <w:t xml:space="preserve"> sacan un objeto (sopa, pelota, lápiz, moneda, llave) y lo ponen en el plato de su letra inicial: m, s, p o l.</w:t>
      </w:r>
    </w:p>
    <w:p>
      <w:pPr>
        <w:pStyle w:val="ListBullet"/>
      </w:pPr>
      <w:r>
        <w:rPr>
          <w:b/>
        </w:rPr>
        <w:t>Estación 4, letras móviles:</w:t>
      </w:r>
      <w:r>
        <w:rPr>
          <w:b w:val="0"/>
        </w:rPr>
        <w:t xml:space="preserve"> con modelo, forman lápiz, goma y cuaderno.</w:t>
      </w:r>
    </w:p>
    <w:p>
      <w:pPr>
        <w:pStyle w:val="ListBullet"/>
      </w:pPr>
      <w:r>
        <w:rPr>
          <w:b/>
        </w:rPr>
        <w:t>Estación 5:</w:t>
      </w:r>
      <w:r>
        <w:rPr>
          <w:b w:val="0"/>
        </w:rPr>
        <w:t xml:space="preserve"> Ficha 1, consignas 4 a 6. El capitán lector lee las consignas.</w:t>
      </w:r>
    </w:p>
    <w:p>
      <w:pPr>
        <w:pStyle w:val="ListBullet"/>
      </w:pPr>
      <w:r>
        <w:rPr>
          <w:b/>
        </w:rPr>
        <w:t>Seis presilábicos:</w:t>
      </w:r>
    </w:p>
    <w:p>
      <w:pPr>
        <w:pStyle w:val="ListBullet"/>
      </w:pPr>
      <w:r>
        <w:rPr>
          <w:b w:val="0"/>
        </w:rPr>
        <w:t>En la estación 1 trabajan el sonido inicial con su propio nombre.</w:t>
      </w:r>
    </w:p>
    <w:p>
      <w:pPr>
        <w:pStyle w:val="ListBullet"/>
      </w:pPr>
      <w:r>
        <w:rPr>
          <w:b w:val="0"/>
        </w:rPr>
        <w:t>En la estación 4 forman primero su nombre y luego una palabra con modelo.</w:t>
      </w:r>
    </w:p>
    <w:p>
      <w:pPr>
        <w:pStyle w:val="ListBullet"/>
      </w:pPr>
      <w:r>
        <w:rPr>
          <w:b/>
        </w:rPr>
        <w:t>Alumna con hipoacusia:</w:t>
      </w:r>
    </w:p>
    <w:p>
      <w:pPr>
        <w:pStyle w:val="ListBullet"/>
      </w:pPr>
      <w:r>
        <w:rPr>
          <w:b w:val="0"/>
        </w:rPr>
        <w:t>Su equipo empieza en la estación 1, la más tranquila y cerca de ti.</w:t>
      </w:r>
    </w:p>
    <w:p>
      <w:pPr>
        <w:pStyle w:val="ListBullet"/>
      </w:pPr>
      <w:r>
        <w:rPr>
          <w:b w:val="0"/>
        </w:rPr>
        <w:t>En el memorama, sus compañeros muestran la tarjeta al decir la palabra.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Cada equipo dice un par que rima y una palabra que empiece como el nombre de alguien del equipo.</w:t>
      </w:r>
    </w:p>
    <w:p>
      <w:r>
        <w:rPr>
          <w:b/>
        </w:rPr>
        <w:t>Evidencia:</w:t>
      </w:r>
      <w:r>
        <w:rPr>
          <w:b w:val="0"/>
        </w:rPr>
        <w:t xml:space="preserve"> Ficha 1 resuelta.</w:t>
      </w:r>
    </w:p>
    <w:p>
      <w:r>
        <w:rPr>
          <w:b/>
        </w:rPr>
        <w:t>Decisión pedagógica:</w:t>
      </w:r>
    </w:p>
    <w:p>
      <w:pPr>
        <w:pStyle w:val="ListBullet"/>
      </w:pPr>
      <w:r>
        <w:rPr>
          <w:b w:val="0"/>
        </w:rPr>
        <w:t>Si confunden rima con empieza igual, aplauden solo en el final de la palabra: ga-TO, pa-TO.</w:t>
      </w:r>
    </w:p>
    <w:p>
      <w:pPr>
        <w:pStyle w:val="ListBullet"/>
      </w:pPr>
      <w:r>
        <w:rPr>
          <w:b w:val="0"/>
        </w:rPr>
        <w:t>Repite con tres pares antes de volver a la ficha.</w:t>
      </w:r>
    </w:p>
    <w:p>
      <w:pPr>
        <w:pStyle w:val="Heading2"/>
      </w:pPr>
      <w:r>
        <w:t>Sesión 3. Miércoles 25 de noviembre. Estaciones de números hasta 30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científico.</w:t>
      </w:r>
    </w:p>
    <w:p>
      <w:r>
        <w:rPr>
          <w:b/>
        </w:rPr>
        <w:t>Propósito:</w:t>
      </w:r>
      <w:r>
        <w:rPr>
          <w:b w:val="0"/>
        </w:rPr>
        <w:t xml:space="preserve"> Contar colecciones y leer, escribir, ordenar y comparar números hasta 30.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Conteo en coro del 1 al 30. Se ponen de pie en el 10, el 20 y el 30.</w:t>
      </w:r>
    </w:p>
    <w:p>
      <w:pPr>
        <w:pStyle w:val="ListBullet"/>
      </w:pPr>
      <w:r>
        <w:rPr>
          <w:b w:val="0"/>
        </w:rPr>
        <w:t>Conteo de regreso del 20 al 1.</w:t>
      </w:r>
    </w:p>
    <w:p>
      <w:pPr>
        <w:pStyle w:val="ListBullet"/>
      </w:pPr>
      <w:r>
        <w:rPr>
          <w:b w:val="0"/>
        </w:rPr>
        <w:t>Juego número escondido: tapas un número en la recta del salón y adivinan cuál es.</w:t>
      </w:r>
    </w:p>
    <w:p>
      <w:r>
        <w:rPr>
          <w:b/>
        </w:rPr>
        <w:t>Desarrollo (60 min, 5 estaciones de 12 min)</w:t>
      </w:r>
    </w:p>
    <w:p>
      <w:pPr>
        <w:pStyle w:val="ListBullet"/>
      </w:pPr>
      <w:r>
        <w:rPr>
          <w:b/>
        </w:rPr>
        <w:t>Estación 1, con la maestra:</w:t>
      </w:r>
      <w:r>
        <w:rPr>
          <w:b w:val="0"/>
        </w:rPr>
        <w:t xml:space="preserve"> Ficha 2, consignas 1 a 3.</w:t>
      </w:r>
    </w:p>
    <w:p>
      <w:pPr>
        <w:pStyle w:val="ListBullet"/>
      </w:pPr>
      <w:r>
        <w:rPr>
          <w:b/>
        </w:rPr>
        <w:t>Estación 2, recta del 0 al 30 en el piso:</w:t>
      </w:r>
      <w:r>
        <w:rPr>
          <w:b w:val="0"/>
        </w:rPr>
        <w:t xml:space="preserve"> lanzan un dado, avanzan y dicen el número donde caen, el anterior y el siguiente.</w:t>
      </w:r>
    </w:p>
    <w:p>
      <w:pPr>
        <w:pStyle w:val="ListBullet"/>
      </w:pPr>
      <w:r>
        <w:rPr>
          <w:b/>
        </w:rPr>
        <w:t>Estación 3, bolsitas:</w:t>
      </w:r>
      <w:r>
        <w:rPr>
          <w:b w:val="0"/>
        </w:rPr>
        <w:t xml:space="preserve"> cada una trae de 8 a 28 corcholatas. Cuentan, escriben el número y un compañero verifica.</w:t>
      </w:r>
    </w:p>
    <w:p>
      <w:pPr>
        <w:pStyle w:val="ListBullet"/>
      </w:pPr>
      <w:r>
        <w:rPr>
          <w:b/>
        </w:rPr>
        <w:t>Estación 4, ¿Quién tiene más?:</w:t>
      </w:r>
      <w:r>
        <w:rPr>
          <w:b w:val="0"/>
        </w:rPr>
        <w:t xml:space="preserve"> en parejas, con cartas del 1 al 30.</w:t>
      </w:r>
    </w:p>
    <w:p>
      <w:pPr>
        <w:pStyle w:val="ListBullet"/>
      </w:pPr>
      <w:r>
        <w:rPr>
          <w:b/>
        </w:rPr>
        <w:t>Estación 5:</w:t>
      </w:r>
      <w:r>
        <w:rPr>
          <w:b w:val="0"/>
        </w:rPr>
        <w:t xml:space="preserve"> Ficha 2, consigna 4, y serpientes y escaleras.</w:t>
      </w:r>
    </w:p>
    <w:p>
      <w:pPr>
        <w:pStyle w:val="ListBullet"/>
      </w:pPr>
      <w:r>
        <w:rPr>
          <w:b/>
        </w:rPr>
        <w:t>Quienes cuentan con error después del 10:</w:t>
      </w:r>
      <w:r>
        <w:rPr>
          <w:b w:val="0"/>
        </w:rPr>
        <w:t xml:space="preserve"> bolsitas de 8 a 15. Mueven cada objeto a un lado al contarlo.</w:t>
      </w:r>
    </w:p>
    <w:p>
      <w:pPr>
        <w:pStyle w:val="ListBullet"/>
      </w:pPr>
      <w:r>
        <w:rPr>
          <w:b/>
        </w:rPr>
        <w:t>Quienes ya cuentan hasta 30:</w:t>
      </w:r>
      <w:r>
        <w:rPr>
          <w:b w:val="0"/>
        </w:rPr>
        <w:t xml:space="preserve"> bolsitas de 20 a 28 y conteo de 2 en 2.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en el coro cuenta también con los dedos del compañero de enfrente. En la recta, cada número se dice y se señala.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Preguntas relámpago:</w:t>
      </w:r>
    </w:p>
    <w:p>
      <w:pPr>
        <w:pStyle w:val="ListBullet"/>
      </w:pPr>
      <w:r>
        <w:rPr>
          <w:b w:val="0"/>
        </w:rPr>
        <w:t>¿Qué va después del 19?</w:t>
      </w:r>
    </w:p>
    <w:p>
      <w:pPr>
        <w:pStyle w:val="ListBullet"/>
      </w:pPr>
      <w:r>
        <w:rPr>
          <w:b w:val="0"/>
        </w:rPr>
        <w:t>¿Y después del 29?</w:t>
      </w:r>
    </w:p>
    <w:p>
      <w:pPr>
        <w:pStyle w:val="ListBullet"/>
      </w:pPr>
      <w:r>
        <w:rPr>
          <w:b w:val="0"/>
        </w:rPr>
        <w:t>¿Qué va antes del 20?</w:t>
      </w:r>
    </w:p>
    <w:p>
      <w:r>
        <w:rPr>
          <w:b/>
        </w:rPr>
        <w:t>Evidencia:</w:t>
      </w:r>
      <w:r>
        <w:rPr>
          <w:b w:val="0"/>
        </w:rPr>
        <w:t xml:space="preserve"> Ficha 2, consignas 1 a 4.</w:t>
      </w:r>
    </w:p>
    <w:p>
      <w:r>
        <w:rPr>
          <w:b/>
        </w:rPr>
        <w:t>Decisión pedagógica:</w:t>
      </w:r>
    </w:p>
    <w:p>
      <w:pPr>
        <w:pStyle w:val="ListBullet"/>
      </w:pPr>
      <w:r>
        <w:rPr>
          <w:b w:val="0"/>
        </w:rPr>
        <w:t>Si fallan en el cambio de decena, pega un tablero del 1 al 30 en filas de 10.</w:t>
      </w:r>
    </w:p>
    <w:p>
      <w:pPr>
        <w:pStyle w:val="ListBullet"/>
      </w:pPr>
      <w:r>
        <w:rPr>
          <w:b w:val="0"/>
        </w:rPr>
        <w:t>Pídeles que lean en voz alta la última columna: 10, 20, 30.</w:t>
      </w:r>
    </w:p>
    <w:p>
      <w:pPr>
        <w:pStyle w:val="Heading2"/>
      </w:pPr>
      <w:r>
        <w:t>Sesión 4. Jueves 26 de noviembre. La tiendita: sumas, restas y problemas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científico.</w:t>
      </w:r>
    </w:p>
    <w:p>
      <w:r>
        <w:rPr>
          <w:b/>
        </w:rPr>
        <w:t>Propósito:</w:t>
      </w:r>
      <w:r>
        <w:rPr>
          <w:b w:val="0"/>
        </w:rPr>
        <w:t xml:space="preserve"> Resolver problemas de agregar, quitar, juntar y comparar hasta 20.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Dramatiza el camión con 5 alumnos sentados en sillas.</w:t>
      </w:r>
    </w:p>
    <w:p>
      <w:pPr>
        <w:pStyle w:val="ListBullet"/>
      </w:pPr>
      <w:r>
        <w:rPr>
          <w:b w:val="0"/>
        </w:rPr>
        <w:t>Suben 3: ¿cuántos van?</w:t>
      </w:r>
    </w:p>
    <w:p>
      <w:pPr>
        <w:pStyle w:val="ListBullet"/>
      </w:pPr>
      <w:r>
        <w:rPr>
          <w:b w:val="0"/>
        </w:rPr>
        <w:t>Bajan 2: ¿cuántos quedan?</w:t>
      </w:r>
    </w:p>
    <w:p>
      <w:pPr>
        <w:pStyle w:val="ListBullet"/>
      </w:pPr>
      <w:r>
        <w:rPr>
          <w:b w:val="0"/>
        </w:rPr>
        <w:t>Escribe en el pizarrón 5 + 3 = 8 y 8 - 2 = 6.</w:t>
      </w:r>
    </w:p>
    <w:p>
      <w:r>
        <w:rPr>
          <w:b/>
        </w:rPr>
        <w:t>Desarrollo (60 min, 3 estaciones de 20 min, equipos de 8 o 9)</w:t>
      </w:r>
    </w:p>
    <w:p>
      <w:pPr>
        <w:pStyle w:val="ListBullet"/>
      </w:pPr>
      <w:r>
        <w:rPr>
          <w:b/>
        </w:rPr>
        <w:t>Estación 1, tiendita:</w:t>
      </w:r>
      <w:r>
        <w:rPr>
          <w:b w:val="0"/>
        </w:rPr>
        <w:t xml:space="preserve"> empaques con precios de $1 a $10 y 20 corcholatas por alumno.</w:t>
      </w:r>
    </w:p>
    <w:p>
      <w:pPr>
        <w:pStyle w:val="ListBullet"/>
      </w:pPr>
      <w:r>
        <w:rPr>
          <w:b w:val="0"/>
        </w:rPr>
        <w:t>Compran dos productos.</w:t>
      </w:r>
    </w:p>
    <w:p>
      <w:pPr>
        <w:pStyle w:val="ListBullet"/>
      </w:pPr>
      <w:r>
        <w:rPr>
          <w:b w:val="0"/>
        </w:rPr>
        <w:t>Anotan: Compré … y … Pagué … Me quedan …</w:t>
      </w:r>
    </w:p>
    <w:p>
      <w:pPr>
        <w:pStyle w:val="ListBullet"/>
      </w:pPr>
      <w:r>
        <w:rPr>
          <w:b/>
        </w:rPr>
        <w:t>Estación 2, con la maestra:</w:t>
      </w:r>
      <w:r>
        <w:rPr>
          <w:b w:val="0"/>
        </w:rPr>
        <w:t xml:space="preserve"> Ficha 2, consignas 5 y 6. Lees cada problema dos veces.</w:t>
      </w:r>
    </w:p>
    <w:p>
      <w:pPr>
        <w:pStyle w:val="ListBullet"/>
      </w:pPr>
      <w:r>
        <w:rPr>
          <w:b/>
        </w:rPr>
        <w:t>Estación 3, dados que suman:</w:t>
      </w:r>
      <w:r>
        <w:rPr>
          <w:b w:val="0"/>
        </w:rPr>
        <w:t xml:space="preserve"> lanzan dos dados y tachan el resultado en un tablero del 2 al 12.</w:t>
      </w:r>
    </w:p>
    <w:p>
      <w:pPr>
        <w:pStyle w:val="ListBullet"/>
      </w:pPr>
      <w:r>
        <w:rPr>
          <w:b/>
        </w:rPr>
        <w:t>Quienes cuentan todo desde el 1:</w:t>
      </w:r>
      <w:r>
        <w:rPr>
          <w:b w:val="0"/>
        </w:rPr>
        <w:t xml:space="preserve"> usan corcholatas.</w:t>
      </w:r>
    </w:p>
    <w:p>
      <w:pPr>
        <w:pStyle w:val="ListBullet"/>
      </w:pPr>
      <w:r>
        <w:rPr>
          <w:b/>
        </w:rPr>
        <w:t>Quienes hacen sobreconteo:</w:t>
      </w:r>
      <w:r>
        <w:rPr>
          <w:b w:val="0"/>
        </w:rPr>
        <w:t xml:space="preserve"> resuelven sin material y explican cómo lo hicieron. Reto: ¿cuánto te falta para 20?</w:t>
      </w:r>
    </w:p>
    <w:p>
      <w:pPr>
        <w:pStyle w:val="ListBullet"/>
      </w:pPr>
      <w:r>
        <w:rPr>
          <w:b/>
        </w:rPr>
        <w:t>Seis presilábicos:</w:t>
      </w:r>
      <w:r>
        <w:rPr>
          <w:b w:val="0"/>
        </w:rPr>
        <w:t xml:space="preserve"> les lees el problema y responden con dibujo y número.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recibe el problema escrito en una tarjeta. Tú lo actúas con objetos.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Comparten estrategias: conté con los dedos, empecé en el 9 y conté 4 más, dibujé palitos.</w:t>
      </w:r>
    </w:p>
    <w:p>
      <w:pPr>
        <w:pStyle w:val="ListBullet"/>
      </w:pPr>
      <w:r>
        <w:rPr>
          <w:b w:val="0"/>
        </w:rPr>
        <w:t>Las escribes en el pizarrón y las nombras.</w:t>
      </w:r>
    </w:p>
    <w:p>
      <w:r>
        <w:rPr>
          <w:b/>
        </w:rPr>
        <w:t>Evidencia:</w:t>
      </w:r>
      <w:r>
        <w:rPr>
          <w:b w:val="0"/>
        </w:rPr>
        <w:t xml:space="preserve"> Ficha 2 completa y registro de la estrategia de cada alumno:</w:t>
      </w:r>
    </w:p>
    <w:p>
      <w:pPr>
        <w:pStyle w:val="ListBullet"/>
      </w:pPr>
      <w:r>
        <w:rPr>
          <w:b w:val="0"/>
        </w:rPr>
        <w:t>C: cuenta todo.</w:t>
      </w:r>
    </w:p>
    <w:p>
      <w:pPr>
        <w:pStyle w:val="ListBullet"/>
      </w:pPr>
      <w:r>
        <w:rPr>
          <w:b w:val="0"/>
        </w:rPr>
        <w:t>S: sobreconteo.</w:t>
      </w:r>
    </w:p>
    <w:p>
      <w:pPr>
        <w:pStyle w:val="ListBullet"/>
      </w:pPr>
      <w:r>
        <w:rPr>
          <w:b w:val="0"/>
        </w:rPr>
        <w:t>M: cálculo mental.</w:t>
      </w:r>
    </w:p>
    <w:p>
      <w:r>
        <w:rPr>
          <w:b/>
        </w:rPr>
        <w:t>Decisión pedagógica:</w:t>
      </w:r>
    </w:p>
    <w:p>
      <w:pPr>
        <w:pStyle w:val="ListBullet"/>
      </w:pPr>
      <w:r>
        <w:rPr>
          <w:b w:val="0"/>
        </w:rPr>
        <w:t>Si en el problema de comparar suman 6 + 10, arma dos torres de cubos lado a lado.</w:t>
      </w:r>
    </w:p>
    <w:p>
      <w:pPr>
        <w:pStyle w:val="ListBullet"/>
      </w:pPr>
      <w:r>
        <w:rPr>
          <w:b w:val="0"/>
        </w:rPr>
        <w:t>Pregunta: ¿cuántos cubos tiene de más la alta?</w:t>
      </w:r>
    </w:p>
    <w:p>
      <w:pPr>
        <w:pStyle w:val="ListBullet"/>
      </w:pPr>
      <w:r>
        <w:rPr>
          <w:b w:val="0"/>
        </w:rPr>
        <w:t>Que separen esos cubos con la mano.</w:t>
      </w:r>
    </w:p>
    <w:p>
      <w:pPr>
        <w:pStyle w:val="Heading2"/>
      </w:pPr>
      <w:r>
        <w:t>Sesión 5. Viernes 27 de noviembre. Acuerdos, familias y juegos con reglas</w:t>
      </w:r>
    </w:p>
    <w:p>
      <w:r>
        <w:rPr>
          <w:b/>
        </w:rPr>
        <w:t>Campos:</w:t>
      </w:r>
      <w:r>
        <w:rPr>
          <w:b w:val="0"/>
        </w:rPr>
        <w:t xml:space="preserve"> Ética, naturaleza y sociedades;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Recordar los acuerdos de convivencia, reconocer la diversidad de familias y nombrar emociones.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Leen juntos el cartel de acuerdos.</w:t>
      </w:r>
    </w:p>
    <w:p>
      <w:pPr>
        <w:pStyle w:val="ListBullet"/>
      </w:pPr>
      <w:r>
        <w:rPr>
          <w:b w:val="0"/>
        </w:rPr>
        <w:t>Cada alumno marca el acuerdo que más le cuesta cumplir y dicen por qué.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Patio (25 min):</w:t>
      </w:r>
    </w:p>
    <w:p>
      <w:pPr>
        <w:pStyle w:val="ListBullet"/>
      </w:pPr>
      <w:r>
        <w:rPr>
          <w:b w:val="0"/>
        </w:rPr>
        <w:t>Estatuas de las emociones: caminan mientras aplaudes. Al ver la tarjeta ALTO se congelan con la cara de alegría, tristeza, enojo o miedo.</w:t>
      </w:r>
    </w:p>
    <w:p>
      <w:pPr>
        <w:pStyle w:val="ListBullet"/>
      </w:pPr>
      <w:r>
        <w:rPr>
          <w:b w:val="0"/>
        </w:rPr>
        <w:t>Relevos por equipos con una regla: esperar el turno detrás de la línea.</w:t>
      </w:r>
    </w:p>
    <w:p>
      <w:pPr>
        <w:pStyle w:val="ListBullet"/>
      </w:pPr>
      <w:r>
        <w:rPr>
          <w:b/>
        </w:rPr>
        <w:t>Aula (35 min), hoja Mi familia:</w:t>
      </w:r>
    </w:p>
    <w:p>
      <w:pPr>
        <w:pStyle w:val="ListBullet"/>
      </w:pPr>
      <w:r>
        <w:rPr>
          <w:b w:val="0"/>
        </w:rPr>
        <w:t>Arriba dibujan con quién viven y escriben cuántos son.</w:t>
      </w:r>
    </w:p>
    <w:p>
      <w:pPr>
        <w:pStyle w:val="ListBullet"/>
      </w:pPr>
      <w:r>
        <w:rPr>
          <w:b w:val="0"/>
        </w:rPr>
        <w:t>Abajo dibujan algo que los enoja y escriben, o te dictan, qué les ayuda a calmarse.</w:t>
      </w:r>
    </w:p>
    <w:p>
      <w:pPr>
        <w:pStyle w:val="ListBullet"/>
      </w:pPr>
      <w:r>
        <w:rPr>
          <w:b w:val="0"/>
        </w:rPr>
        <w:t>Ronda: En mi familia somos…</w:t>
      </w:r>
    </w:p>
    <w:p>
      <w:pPr>
        <w:pStyle w:val="ListBullet"/>
      </w:pPr>
      <w:r>
        <w:rPr>
          <w:b w:val="0"/>
        </w:rPr>
        <w:t>Cierra con la idea: todas las familias son distintas y merecen respeto.</w:t>
      </w:r>
    </w:p>
    <w:p>
      <w:pPr>
        <w:pStyle w:val="ListBullet"/>
      </w:pPr>
      <w:r>
        <w:rPr>
          <w:b/>
        </w:rPr>
        <w:t>Seis presilábicos:</w:t>
      </w:r>
      <w:r>
        <w:rPr>
          <w:b w:val="0"/>
        </w:rPr>
        <w:t xml:space="preserve"> escriben como pueden los nombres de sus familiares. Te dictan uno, tú lo escribes debajo y comparan.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la señal es la tarjeta ALTO, no el silbato. En los relevos va al inicio de la fila para ver la demostración.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Escriben en el cartel una regla para la semana del examen: Si no entiendo, levanto la mano y espero.</w:t>
      </w:r>
    </w:p>
    <w:p>
      <w:r>
        <w:rPr>
          <w:b/>
        </w:rPr>
        <w:t>Evidencia:</w:t>
      </w:r>
      <w:r>
        <w:rPr>
          <w:b w:val="0"/>
        </w:rPr>
        <w:t xml:space="preserve"> Hoja Mi familia y observación del juego (respeta turnos, nombra emociones).</w:t>
      </w:r>
    </w:p>
    <w:p>
      <w:r>
        <w:rPr>
          <w:b/>
        </w:rPr>
        <w:t>Decisión pedagógica:</w:t>
      </w:r>
    </w:p>
    <w:p>
      <w:pPr>
        <w:pStyle w:val="ListBullet"/>
      </w:pPr>
      <w:r>
        <w:rPr>
          <w:b w:val="0"/>
        </w:rPr>
        <w:t>Si un alumno se incomoda al hablar de su familia, no lo presiones.</w:t>
      </w:r>
    </w:p>
    <w:p>
      <w:pPr>
        <w:pStyle w:val="ListBullet"/>
      </w:pPr>
      <w:r>
        <w:rPr>
          <w:b w:val="0"/>
        </w:rPr>
        <w:t>Que dibuje a las personas que lo cuidan y comparta solo si quiere.</w:t>
      </w:r>
    </w:p>
    <w:p>
      <w:pPr>
        <w:pStyle w:val="Heading2"/>
      </w:pPr>
      <w:r>
        <w:t>Sesión 6. Lunes 30 de noviembre. Leemos recados, recetas y cuentos</w:t>
      </w:r>
    </w:p>
    <w:p>
      <w:r>
        <w:rPr>
          <w:b/>
        </w:rPr>
        <w:t>Campos:</w:t>
      </w:r>
      <w:r>
        <w:rPr>
          <w:b w:val="0"/>
        </w:rPr>
        <w:t xml:space="preserve"> Lenguajes.</w:t>
      </w:r>
    </w:p>
    <w:p>
      <w:r>
        <w:rPr>
          <w:b/>
        </w:rPr>
        <w:t>Propósito:</w:t>
      </w:r>
      <w:r>
        <w:rPr>
          <w:b w:val="0"/>
        </w:rPr>
        <w:t xml:space="preserve"> Identificar para qué sirven el recado, el instructivo, la lista y el cuento, y localizar información en un texto breve.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Pon una mesa con un recado, una receta, una lista del súper y un cuento reales.</w:t>
      </w:r>
    </w:p>
    <w:p>
      <w:pPr>
        <w:pStyle w:val="ListBullet"/>
      </w:pPr>
      <w:r>
        <w:rPr>
          <w:b w:val="0"/>
        </w:rPr>
        <w:t>Pregunta: ¿para qué sirve este?</w:t>
      </w:r>
    </w:p>
    <w:p>
      <w:pPr>
        <w:pStyle w:val="ListBullet"/>
      </w:pPr>
      <w:r>
        <w:rPr>
          <w:b w:val="0"/>
        </w:rPr>
        <w:t>Clasifican: para avisar, para preparar algo, para recordar o para disfrutar una historia.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Todo el grupo (20 min):</w:t>
      </w:r>
      <w:r>
        <w:rPr>
          <w:b w:val="0"/>
        </w:rPr>
        <w:t xml:space="preserve"> lectura compartida de la Ficha 3. Lees señalando cada palabra y luego leen en coro.</w:t>
      </w:r>
    </w:p>
    <w:p>
      <w:pPr>
        <w:pStyle w:val="ListBullet"/>
      </w:pPr>
      <w:r>
        <w:rPr>
          <w:b/>
        </w:rPr>
        <w:t>Parejas de lector y aprendiz (40 min):</w:t>
      </w:r>
      <w:r>
        <w:rPr>
          <w:b w:val="0"/>
        </w:rPr>
        <w:t xml:space="preserve"> resuelven la Ficha 3 mientras pasas por las mesas.</w:t>
      </w:r>
    </w:p>
    <w:p>
      <w:pPr>
        <w:pStyle w:val="ListBullet"/>
      </w:pPr>
      <w:r>
        <w:rPr>
          <w:b/>
        </w:rPr>
        <w:t>Seis presilábicos:</w:t>
      </w:r>
      <w:r>
        <w:rPr>
          <w:b w:val="0"/>
        </w:rPr>
        <w:t xml:space="preserve"> trabajan contigo los primeros 15 minutos.</w:t>
      </w:r>
    </w:p>
    <w:p>
      <w:pPr>
        <w:pStyle w:val="ListBullet"/>
      </w:pPr>
      <w:r>
        <w:rPr>
          <w:b w:val="0"/>
        </w:rPr>
        <w:t>Localizan palabras con pista de letra inicial: ¿dónde dice limones? Empieza como lima.</w:t>
      </w:r>
    </w:p>
    <w:p>
      <w:pPr>
        <w:pStyle w:val="ListBullet"/>
      </w:pPr>
      <w:r>
        <w:rPr>
          <w:b w:val="0"/>
        </w:rPr>
        <w:t>Contestan de forma oral y copian la palabra clave.</w:t>
      </w:r>
    </w:p>
    <w:p>
      <w:pPr>
        <w:pStyle w:val="ListBullet"/>
      </w:pPr>
      <w:r>
        <w:rPr>
          <w:b w:val="0"/>
        </w:rPr>
        <w:t>Después regresan con su pareja.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se sienta frente a ti y sigue el texto ampliado en el pizarrón.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Preparan agua de limón: un alumno lee cada paso y un equipo lo hace.</w:t>
      </w:r>
    </w:p>
    <w:p>
      <w:pPr>
        <w:pStyle w:val="ListBullet"/>
      </w:pPr>
      <w:r>
        <w:rPr>
          <w:b w:val="0"/>
        </w:rPr>
        <w:t>Pregunta: ¿qué pasaría si ponemos el azúcar antes de exprimir los limones?</w:t>
      </w:r>
    </w:p>
    <w:p>
      <w:r>
        <w:rPr>
          <w:b/>
        </w:rPr>
        <w:t>Evidencia:</w:t>
      </w:r>
      <w:r>
        <w:rPr>
          <w:b w:val="0"/>
        </w:rPr>
        <w:t xml:space="preserve"> Ficha 3 resuelta con el recado a la familia.</w:t>
      </w:r>
    </w:p>
    <w:p>
      <w:r>
        <w:rPr>
          <w:b/>
        </w:rPr>
        <w:t>Decisión pedagógica:</w:t>
      </w:r>
    </w:p>
    <w:p>
      <w:pPr>
        <w:pStyle w:val="ListBullet"/>
      </w:pPr>
      <w:r>
        <w:rPr>
          <w:b w:val="0"/>
        </w:rPr>
        <w:t>Si no localizan datos, da una búsqueda a la vez: busca un número, busca dónde dice abuelo.</w:t>
      </w:r>
    </w:p>
    <w:p>
      <w:pPr>
        <w:pStyle w:val="ListBullet"/>
      </w:pPr>
      <w:r>
        <w:rPr>
          <w:b w:val="0"/>
        </w:rPr>
        <w:t>Que encierren la palabra antes de contestar.</w:t>
      </w:r>
    </w:p>
    <w:p>
      <w:pPr>
        <w:pStyle w:val="Heading2"/>
      </w:pPr>
      <w:r>
        <w:t>Sesión 7. Martes 1 de diciembre. Rally del trimestre</w:t>
      </w:r>
    </w:p>
    <w:p>
      <w:r>
        <w:rPr>
          <w:b/>
        </w:rPr>
        <w:t>Campos:</w:t>
      </w:r>
      <w:r>
        <w:rPr>
          <w:b w:val="0"/>
        </w:rPr>
        <w:t xml:space="preserve"> Los cuatro campos formativos.</w:t>
      </w:r>
    </w:p>
    <w:p>
      <w:r>
        <w:rPr>
          <w:b/>
        </w:rPr>
        <w:t>Propósito:</w:t>
      </w:r>
      <w:r>
        <w:rPr>
          <w:b w:val="0"/>
        </w:rPr>
        <w:t xml:space="preserve"> Integrar lo repasado en un juego por equipos y completar el cuaderno de repaso.</w:t>
      </w:r>
    </w:p>
    <w:p>
      <w:r>
        <w:rPr>
          <w:b/>
        </w:rPr>
        <w:t>Inicio (10 min)</w:t>
      </w:r>
    </w:p>
    <w:p>
      <w:pPr>
        <w:pStyle w:val="ListBullet"/>
      </w:pPr>
      <w:r>
        <w:rPr>
          <w:b w:val="0"/>
        </w:rPr>
        <w:t>Cada equipo recibe su tarjeta de sellos.</w:t>
      </w:r>
    </w:p>
    <w:p>
      <w:pPr>
        <w:pStyle w:val="ListBullet"/>
      </w:pPr>
      <w:r>
        <w:rPr>
          <w:b w:val="0"/>
        </w:rPr>
        <w:t>En cada base resuelven un reto y reciben un sello.</w:t>
      </w:r>
    </w:p>
    <w:p>
      <w:pPr>
        <w:pStyle w:val="ListBullet"/>
      </w:pPr>
      <w:r>
        <w:rPr>
          <w:b w:val="0"/>
        </w:rPr>
        <w:t>Tienen un comodín para pedirte ayuda.</w:t>
      </w:r>
    </w:p>
    <w:p>
      <w:r>
        <w:rPr>
          <w:b/>
        </w:rPr>
        <w:t>Desarrollo (60 min, 5 bases de 12 min)</w:t>
      </w:r>
    </w:p>
    <w:p>
      <w:pPr>
        <w:pStyle w:val="ListBullet"/>
      </w:pPr>
      <w:r>
        <w:rPr>
          <w:b/>
        </w:rPr>
        <w:t>Base 1, dictado relámpago:</w:t>
      </w:r>
      <w:r>
        <w:rPr>
          <w:b w:val="0"/>
        </w:rPr>
        <w:t xml:space="preserve"> uno dicta tres palabras, comparan sus escrituras y corrigen con el modelo.</w:t>
      </w:r>
    </w:p>
    <w:p>
      <w:pPr>
        <w:pStyle w:val="ListBullet"/>
      </w:pPr>
      <w:r>
        <w:rPr>
          <w:b/>
        </w:rPr>
        <w:t>Base 2, rimas y letras:</w:t>
      </w:r>
      <w:r>
        <w:rPr>
          <w:b w:val="0"/>
        </w:rPr>
        <w:t xml:space="preserve"> encuentran pares que riman y forman una palabra con letras móviles.</w:t>
      </w:r>
    </w:p>
    <w:p>
      <w:pPr>
        <w:pStyle w:val="ListBullet"/>
      </w:pPr>
      <w:r>
        <w:rPr>
          <w:b/>
        </w:rPr>
        <w:t>Base 3, serie y dados:</w:t>
      </w:r>
      <w:r>
        <w:rPr>
          <w:b w:val="0"/>
        </w:rPr>
        <w:t xml:space="preserve"> ordenan tarjetas del 10 al 30 y resuelven tres sumas con dados.</w:t>
      </w:r>
    </w:p>
    <w:p>
      <w:pPr>
        <w:pStyle w:val="ListBullet"/>
      </w:pPr>
      <w:r>
        <w:rPr>
          <w:b/>
        </w:rPr>
        <w:t>Base 4, problema actuado:</w:t>
      </w:r>
      <w:r>
        <w:rPr>
          <w:b w:val="0"/>
        </w:rPr>
        <w:t xml:space="preserve"> resuelven con objetos un problema de quitar y escriben la operación.</w:t>
      </w:r>
    </w:p>
    <w:p>
      <w:pPr>
        <w:pStyle w:val="ListBullet"/>
      </w:pPr>
      <w:r>
        <w:rPr>
          <w:b/>
        </w:rPr>
        <w:t>Base 5, emociones y acuerdos:</w:t>
      </w:r>
      <w:r>
        <w:rPr>
          <w:b w:val="0"/>
        </w:rPr>
        <w:t xml:space="preserve"> actúan una tarjeta de situación, por ejemplo te empujan en la fila, y dicen qué acuerdo ayuda.</w:t>
      </w:r>
    </w:p>
    <w:p>
      <w:pPr>
        <w:pStyle w:val="ListBullet"/>
      </w:pPr>
      <w:r>
        <w:rPr>
          <w:b/>
        </w:rPr>
        <w:t>Seis presilábicos:</w:t>
      </w:r>
      <w:r>
        <w:rPr>
          <w:b w:val="0"/>
        </w:rPr>
        <w:t xml:space="preserve"> el capitán lector les lee las pistas. En la base 2 forman la palabra y el equipo les dice los sonidos.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pistas escritas y con dibujo. El equipo le habla de frente.</w:t>
      </w:r>
    </w:p>
    <w:p>
      <w:r>
        <w:rPr>
          <w:b/>
        </w:rPr>
        <w:t>Cierre (20 min)</w:t>
      </w:r>
    </w:p>
    <w:p>
      <w:pPr>
        <w:pStyle w:val="ListBullet"/>
      </w:pPr>
      <w:r>
        <w:rPr>
          <w:b w:val="0"/>
        </w:rPr>
        <w:t>Engrapan el cuaderno en este orden: portada, dictado, Ficha 1, Ficha 2, Ficha 3, Mi familia y tarjeta de sellos.</w:t>
      </w:r>
    </w:p>
    <w:p>
      <w:pPr>
        <w:pStyle w:val="ListBullet"/>
      </w:pPr>
      <w:r>
        <w:rPr>
          <w:b w:val="0"/>
        </w:rPr>
        <w:t>Revisan con su pareja si falta algo.</w:t>
      </w:r>
    </w:p>
    <w:p>
      <w:r>
        <w:rPr>
          <w:b/>
        </w:rPr>
        <w:t>Evidencia:</w:t>
      </w:r>
      <w:r>
        <w:rPr>
          <w:b w:val="0"/>
        </w:rPr>
        <w:t xml:space="preserve"> Tarjeta de sellos y cuaderno de repaso engrapado.</w:t>
      </w:r>
    </w:p>
    <w:p>
      <w:r>
        <w:rPr>
          <w:b/>
        </w:rPr>
        <w:t>Decisión pedagógica:</w:t>
      </w:r>
    </w:p>
    <w:p>
      <w:pPr>
        <w:pStyle w:val="ListBullet"/>
      </w:pPr>
      <w:r>
        <w:rPr>
          <w:b w:val="0"/>
        </w:rPr>
        <w:t>Si un equipo se atora más de 5 minutos en una base, usa su comodín.</w:t>
      </w:r>
    </w:p>
    <w:p>
      <w:pPr>
        <w:pStyle w:val="ListBullet"/>
      </w:pPr>
      <w:r>
        <w:rPr>
          <w:b w:val="0"/>
        </w:rPr>
        <w:t>Si ya lo usó, dale la primera parte de la respuesta.</w:t>
      </w:r>
    </w:p>
    <w:p>
      <w:pPr>
        <w:pStyle w:val="Heading2"/>
      </w:pPr>
      <w:r>
        <w:t>Sesión 8. Miércoles 2 de diciembre. Examen: Lenguajes y Ética</w:t>
      </w:r>
    </w:p>
    <w:p>
      <w:r>
        <w:rPr>
          <w:b/>
        </w:rPr>
        <w:t>Campos:</w:t>
      </w:r>
      <w:r>
        <w:rPr>
          <w:b w:val="0"/>
        </w:rPr>
        <w:t xml:space="preserve"> Lenguajes; Ética, naturaleza y sociedades.</w:t>
      </w:r>
    </w:p>
    <w:p>
      <w:r>
        <w:rPr>
          <w:b/>
        </w:rPr>
        <w:t>Propósito:</w:t>
      </w:r>
      <w:r>
        <w:rPr>
          <w:b w:val="0"/>
        </w:rPr>
        <w:t xml:space="preserve"> Aplicar la Parte A (reactivos 1 a 8) y la Parte C (reactivos 17 y 18) del examen.</w:t>
      </w:r>
    </w:p>
    <w:p>
      <w:r>
        <w:rPr>
          <w:b/>
        </w:rPr>
        <w:t>Inicio (10 min)</w:t>
      </w:r>
    </w:p>
    <w:p>
      <w:pPr>
        <w:pStyle w:val="ListBullet"/>
      </w:pPr>
      <w:r>
        <w:rPr>
          <w:b w:val="0"/>
        </w:rPr>
        <w:t>Separa las bancas.</w:t>
      </w:r>
    </w:p>
    <w:p>
      <w:pPr>
        <w:pStyle w:val="ListBullet"/>
      </w:pPr>
      <w:r>
        <w:rPr>
          <w:b w:val="0"/>
        </w:rPr>
        <w:t>Explica: esto es para saber qué aprendieron y qué falta.</w:t>
      </w:r>
    </w:p>
    <w:p>
      <w:pPr>
        <w:pStyle w:val="ListBullet"/>
      </w:pPr>
      <w:r>
        <w:rPr>
          <w:b w:val="0"/>
        </w:rPr>
        <w:t>Resuelve en el pizarrón un ejemplo de encierra y uno de marca con X.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 w:val="0"/>
        </w:rPr>
        <w:t>Lees cada reactivo dos veces y esperas a que todos terminen.</w:t>
      </w:r>
    </w:p>
    <w:p>
      <w:pPr>
        <w:pStyle w:val="ListBullet"/>
      </w:pPr>
      <w:r>
        <w:rPr>
          <w:b w:val="0"/>
        </w:rPr>
        <w:t>Después del reactivo 5 hacen 2 minutos de estiramiento.</w:t>
      </w:r>
    </w:p>
    <w:p>
      <w:pPr>
        <w:pStyle w:val="ListBullet"/>
      </w:pPr>
      <w:r>
        <w:rPr>
          <w:b w:val="0"/>
        </w:rPr>
        <w:t>En el reactivo 4 dictas cada palabra dos veces, sin separar sílabas.</w:t>
      </w:r>
    </w:p>
    <w:p>
      <w:pPr>
        <w:pStyle w:val="ListBullet"/>
      </w:pPr>
      <w:r>
        <w:rPr>
          <w:b/>
        </w:rPr>
        <w:t>Seis presilábicos:</w:t>
      </w:r>
      <w:r>
        <w:rPr>
          <w:b w:val="0"/>
        </w:rPr>
        <w:t xml:space="preserve"> mismo examen. En el dictado les dices escríbelo como tú creas. Al terminar te leen señalando y anotas su nivel al margen.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primera fila. Levantas la tarjeta con el número del reactivo y ella confirma con el pulgar arriba.</w:t>
      </w:r>
    </w:p>
    <w:p>
      <w:r>
        <w:rPr>
          <w:b/>
        </w:rPr>
        <w:t>Cierre (20 min)</w:t>
      </w:r>
    </w:p>
    <w:p>
      <w:pPr>
        <w:pStyle w:val="ListBullet"/>
      </w:pPr>
      <w:r>
        <w:rPr>
          <w:b w:val="0"/>
        </w:rPr>
        <w:t>Quien termina toma un libro de la biblioteca de aula.</w:t>
      </w:r>
    </w:p>
    <w:p>
      <w:pPr>
        <w:pStyle w:val="ListBullet"/>
      </w:pPr>
      <w:r>
        <w:rPr>
          <w:b w:val="0"/>
        </w:rPr>
        <w:t>Revisas que todos tengan nombre y que no haya reactivos en blanco por no haber escuchado.</w:t>
      </w:r>
    </w:p>
    <w:p>
      <w:r>
        <w:rPr>
          <w:b/>
        </w:rPr>
        <w:t>Evidencia:</w:t>
      </w:r>
      <w:r>
        <w:rPr>
          <w:b w:val="0"/>
        </w:rPr>
        <w:t xml:space="preserve"> Partes A y C del examen.</w:t>
      </w:r>
    </w:p>
    <w:p>
      <w:r>
        <w:rPr>
          <w:b/>
        </w:rPr>
        <w:t>Decisión pedagógica:</w:t>
      </w:r>
    </w:p>
    <w:p>
      <w:pPr>
        <w:pStyle w:val="ListBullet"/>
      </w:pPr>
      <w:r>
        <w:rPr>
          <w:b w:val="0"/>
        </w:rPr>
        <w:t>Si un alumno se bloquea, permite que conteste de forma oral.</w:t>
      </w:r>
    </w:p>
    <w:p>
      <w:pPr>
        <w:pStyle w:val="ListBullet"/>
      </w:pPr>
      <w:r>
        <w:rPr>
          <w:b w:val="0"/>
        </w:rPr>
        <w:t>Escribe su respuesta al margen con la nota oral.</w:t>
      </w:r>
    </w:p>
    <w:p>
      <w:pPr>
        <w:pStyle w:val="Heading2"/>
      </w:pPr>
      <w:r>
        <w:t>Sesión 9. Jueves 3 de diciembre. Examen: Saberes y De lo humano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Aplicar la Parte B (reactivos 9 a 16) y la Parte D (reactivos 19 y 20).</w:t>
      </w:r>
    </w:p>
    <w:p>
      <w:r>
        <w:rPr>
          <w:b/>
        </w:rPr>
        <w:t>Inicio (10 min)</w:t>
      </w:r>
    </w:p>
    <w:p>
      <w:pPr>
        <w:pStyle w:val="ListBullet"/>
      </w:pPr>
      <w:r>
        <w:rPr>
          <w:b w:val="0"/>
        </w:rPr>
        <w:t>Conteo en coro del 1 al 30.</w:t>
      </w:r>
    </w:p>
    <w:p>
      <w:pPr>
        <w:pStyle w:val="ListBullet"/>
      </w:pPr>
      <w:r>
        <w:rPr>
          <w:b w:val="0"/>
        </w:rPr>
        <w:t>Cada alumno recibe una bolsita con 20 corcholatas para contar.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 w:val="0"/>
        </w:rPr>
        <w:t>Lees cada reactivo dos veces.</w:t>
      </w:r>
    </w:p>
    <w:p>
      <w:pPr>
        <w:pStyle w:val="ListBullet"/>
      </w:pPr>
      <w:r>
        <w:rPr>
          <w:b w:val="0"/>
        </w:rPr>
        <w:t>En los problemas 15 y 16 lees, haces una pausa y vuelves a leer.</w:t>
      </w:r>
    </w:p>
    <w:p>
      <w:pPr>
        <w:pStyle w:val="ListBullet"/>
      </w:pPr>
      <w:r>
        <w:rPr>
          <w:b w:val="0"/>
        </w:rPr>
        <w:t>Pueden dibujar en el recuadro.</w:t>
      </w:r>
    </w:p>
    <w:p>
      <w:pPr>
        <w:pStyle w:val="ListBullet"/>
      </w:pPr>
      <w:r>
        <w:rPr>
          <w:b w:val="0"/>
        </w:rPr>
        <w:t>Anota al margen la estrategia: C, S o M.</w:t>
      </w:r>
    </w:p>
    <w:p>
      <w:pPr>
        <w:pStyle w:val="ListBullet"/>
      </w:pPr>
      <w:r>
        <w:rPr>
          <w:b/>
        </w:rPr>
        <w:t>Seis presilábicos:</w:t>
      </w:r>
      <w:r>
        <w:rPr>
          <w:b w:val="0"/>
        </w:rPr>
        <w:t xml:space="preserve"> en los problemas les dices: escribe solo el número de la respuesta.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igual que ayer, con tarjeta de número y pulgar arriba.</w:t>
      </w:r>
    </w:p>
    <w:p>
      <w:r>
        <w:rPr>
          <w:b/>
        </w:rPr>
        <w:t>Cierre (20 min)</w:t>
      </w:r>
    </w:p>
    <w:p>
      <w:pPr>
        <w:pStyle w:val="ListBullet"/>
      </w:pPr>
      <w:r>
        <w:rPr>
          <w:b w:val="0"/>
        </w:rPr>
        <w:t>Juego tranquilo de mímica con emociones y números.</w:t>
      </w:r>
    </w:p>
    <w:p>
      <w:pPr>
        <w:pStyle w:val="ListBullet"/>
      </w:pPr>
      <w:r>
        <w:rPr>
          <w:b w:val="0"/>
        </w:rPr>
        <w:t>Recoges los exámenes.</w:t>
      </w:r>
    </w:p>
    <w:p>
      <w:r>
        <w:rPr>
          <w:b/>
        </w:rPr>
        <w:t>Evidencia:</w:t>
      </w:r>
      <w:r>
        <w:rPr>
          <w:b w:val="0"/>
        </w:rPr>
        <w:t xml:space="preserve"> Partes B y D del examen.</w:t>
      </w:r>
    </w:p>
    <w:p>
      <w:r>
        <w:rPr>
          <w:b/>
        </w:rPr>
        <w:t>Decisión pedagógica:</w:t>
      </w:r>
    </w:p>
    <w:p>
      <w:pPr>
        <w:pStyle w:val="ListBullet"/>
      </w:pPr>
      <w:r>
        <w:rPr>
          <w:b w:val="0"/>
        </w:rPr>
        <w:t>Si la mayoría no entendió un problema, léelo otra vez con objetos, sin decir la operación ni el resultado.</w:t>
      </w:r>
    </w:p>
    <w:p>
      <w:pPr>
        <w:pStyle w:val="ListBullet"/>
      </w:pPr>
      <w:r>
        <w:rPr>
          <w:b w:val="0"/>
        </w:rPr>
        <w:t>Anota que diste ese apoyo.</w:t>
      </w:r>
    </w:p>
    <w:p>
      <w:pPr>
        <w:pStyle w:val="Heading2"/>
      </w:pPr>
      <w:r>
        <w:t>Sesión 10. Viernes 4 de diciembre. Devolución, logro y meta</w:t>
      </w:r>
    </w:p>
    <w:p>
      <w:r>
        <w:rPr>
          <w:b/>
        </w:rPr>
        <w:t>Campos:</w:t>
      </w:r>
      <w:r>
        <w:rPr>
          <w:b w:val="0"/>
        </w:rPr>
        <w:t xml:space="preserve"> Los cuatro campos formativos.</w:t>
      </w:r>
    </w:p>
    <w:p>
      <w:r>
        <w:rPr>
          <w:b/>
        </w:rPr>
        <w:t>Propósito:</w:t>
      </w:r>
      <w:r>
        <w:rPr>
          <w:b w:val="0"/>
        </w:rPr>
        <w:t xml:space="preserve"> Devolver resultados, que cada alumno reconozca un logro y una meta, y lleve su cuaderno a casa.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Modelas: Yo aprendí a… Me falta…</w:t>
      </w:r>
    </w:p>
    <w:p>
      <w:pPr>
        <w:pStyle w:val="ListBullet"/>
      </w:pPr>
      <w:r>
        <w:rPr>
          <w:b w:val="0"/>
        </w:rPr>
        <w:t>Sin decir nombres, resuelven juntos los tres reactivos con más errores del grupo.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Grupos de refuerzo (40 min), según el examen y sin rotar:</w:t>
      </w:r>
    </w:p>
    <w:p>
      <w:pPr>
        <w:pStyle w:val="ListBullet"/>
      </w:pPr>
      <w:r>
        <w:rPr>
          <w:b w:val="0"/>
        </w:rPr>
        <w:t>Escritura con la maestra: los seis presilábicos y quien quedó en EP o NL en L3.</w:t>
      </w:r>
    </w:p>
    <w:p>
      <w:pPr>
        <w:pStyle w:val="ListBullet"/>
      </w:pPr>
      <w:r>
        <w:rPr>
          <w:b w:val="0"/>
        </w:rPr>
        <w:t>Cálculo: dados y tiendita.</w:t>
      </w:r>
    </w:p>
    <w:p>
      <w:pPr>
        <w:pStyle w:val="ListBullet"/>
      </w:pPr>
      <w:r>
        <w:rPr>
          <w:b w:val="0"/>
        </w:rPr>
        <w:t>Lectura en parejas con preguntas.</w:t>
      </w:r>
    </w:p>
    <w:p>
      <w:pPr>
        <w:pStyle w:val="ListBullet"/>
      </w:pPr>
      <w:r>
        <w:rPr>
          <w:b/>
        </w:rPr>
        <w:t>Todo el grupo (20 min), hoja Mi logro y mi meta:</w:t>
      </w:r>
    </w:p>
    <w:p>
      <w:pPr>
        <w:pStyle w:val="ListBullet"/>
      </w:pPr>
      <w:r>
        <w:rPr>
          <w:b w:val="0"/>
        </w:rPr>
        <w:t>Dibujan algo que ya saben hacer.</w:t>
      </w:r>
    </w:p>
    <w:p>
      <w:pPr>
        <w:pStyle w:val="ListBullet"/>
      </w:pPr>
      <w:r>
        <w:rPr>
          <w:b w:val="0"/>
        </w:rPr>
        <w:t>Escriben Ya sé… y Quiero aprender…</w:t>
      </w:r>
    </w:p>
    <w:p>
      <w:pPr>
        <w:pStyle w:val="ListBullet"/>
      </w:pPr>
      <w:r>
        <w:rPr>
          <w:b w:val="0"/>
        </w:rPr>
        <w:t>Escriben un recado a su familia: Este es mi cuaderno de repaso.</w:t>
      </w:r>
    </w:p>
    <w:p>
      <w:pPr>
        <w:pStyle w:val="ListBullet"/>
      </w:pPr>
      <w:r>
        <w:rPr>
          <w:b w:val="0"/>
        </w:rPr>
        <w:t>Mientras, das a cada alumno un comentario de un minuto sobre su examen.</w:t>
      </w:r>
    </w:p>
    <w:p>
      <w:pPr>
        <w:pStyle w:val="ListBullet"/>
      </w:pPr>
      <w:r>
        <w:rPr>
          <w:b/>
        </w:rPr>
        <w:t>Seis presilábicos:</w:t>
      </w:r>
      <w:r>
        <w:rPr>
          <w:b w:val="0"/>
        </w:rPr>
        <w:t xml:space="preserve"> te dictan su meta y copian una palabra.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se sienta de frente a quien explica en su grupo.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Galería de cuadernos: dejan una palabra amable en tarjetas.</w:t>
      </w:r>
    </w:p>
    <w:p>
      <w:pPr>
        <w:pStyle w:val="ListBullet"/>
      </w:pPr>
      <w:r>
        <w:rPr>
          <w:b w:val="0"/>
        </w:rPr>
        <w:t>Engrapan la última hoja y se llevan el cuaderno a casa.</w:t>
      </w:r>
    </w:p>
    <w:p>
      <w:r>
        <w:rPr>
          <w:b/>
        </w:rPr>
        <w:t>Evidencia:</w:t>
      </w:r>
      <w:r>
        <w:rPr>
          <w:b w:val="0"/>
        </w:rPr>
        <w:t xml:space="preserve"> Hoja Mi logro y mi meta, y cuaderno de repaso completo.</w:t>
      </w:r>
    </w:p>
    <w:p>
      <w:r>
        <w:rPr>
          <w:b/>
        </w:rPr>
        <w:t>Decisión pedagógica:</w:t>
      </w:r>
    </w:p>
    <w:p>
      <w:pPr>
        <w:pStyle w:val="ListBullet"/>
      </w:pPr>
      <w:r>
        <w:rPr>
          <w:b w:val="0"/>
        </w:rPr>
        <w:t>Si un tercio del grupo o más quedó en NL en un PDA, dedica 15 minutos diarios a ese tema en el bloque de 11:00 hasta las vacaciones.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Hay un solo grado. Se diferencia por nivel de escritura y por la necesidad auditiva. La tutoría la hacen los capitanes lectores y las parejas de lector y aprendiz.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Contenido (sesión)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Grupo de 1° (25 alumnos)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Seis presilábicos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Alumna con hipoacusia leve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Nombre y dictado (S1)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Portada y dictado de 4 palabras y una oración.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Tarjeta de nombre a la vista; registras su hipótesis.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Dictado frente a frente, cada palabra dos veces.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Sonido inicial y rimas (S2)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1, memorama y bolsa de sonidos.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Sonido inicial desde su nombre; forman su nombre con letras móviles.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Empieza en la estación con la maestra; le muestran la tarjeta.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Números hasta 30 (S3)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Bolsitas de 20 a 28, conteo de 2 en 2.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Bolsitas de 8 a 15 si fallan después del 10.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Dedos visibles; números señalados en la recta.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Sumas, restas, problemas (S4)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Tiendita, Ficha 2, reto de cuánto falta para 20.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Les lees el problema; responden con dibujo y número.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Problema en tarjeta y actuado con objetos.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Convivencia y emociones (S5)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Estatuas, relevos y hoja Mi familia.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Escriben nombres de familiares y comparan con tu escritura.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Tarjeta ALTO; va al inicio de la fila.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Recado e instructivo (S6)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Lectura compartida y Ficha 3 en parejas.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15 min contigo localizando palabras por su letra inicial.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Frente a ti; texto ampliado en el pizarrón.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Rally (S7)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Cinco bases por equipos.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El capitán lector les lee; forman palabras con letras móviles.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Pistas escritas con dibujo.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Examen (S8 y S9)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Cada reactivo leído dos veces.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En el dictado escriben como creen y leen señalando.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Primera fila, tarjeta de número y pulgar arriba.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Refuerzo y meta (S10)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Grupo de refuerzo y hoja de logro y meta.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Grupo de escritura contigo; dictan su meta.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De frente a quien explica.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Qué evalúas:</w:t>
      </w:r>
      <w:r>
        <w:rPr>
          <w:b w:val="0"/>
        </w:rPr>
        <w:t xml:space="preserve"> los ocho PDA (L1, L2, L3, L4, S1, S2, E1 y H1).</w:t>
      </w:r>
    </w:p>
    <w:p>
      <w:r>
        <w:rPr>
          <w:b/>
        </w:rPr>
        <w:t>Instrumentos</w:t>
      </w:r>
    </w:p>
    <w:p>
      <w:pPr>
        <w:pStyle w:val="ListNumber"/>
      </w:pPr>
      <w:r>
        <w:rPr>
          <w:b/>
        </w:rPr>
        <w:t>Registro de niveles de escritura:</w:t>
      </w:r>
      <w:r>
        <w:rPr>
          <w:b w:val="0"/>
        </w:rPr>
        <w:t xml:space="preserve"> hoja con los 25 nombres y dos columnas.</w:t>
      </w:r>
    </w:p>
    <w:p>
      <w:pPr>
        <w:pStyle w:val="ListBullet"/>
      </w:pPr>
      <w:r>
        <w:rPr>
          <w:b w:val="0"/>
        </w:rPr>
        <w:t>Columna 1: dictado del 23 de noviembre.</w:t>
      </w:r>
    </w:p>
    <w:p>
      <w:pPr>
        <w:pStyle w:val="ListBullet"/>
      </w:pPr>
      <w:r>
        <w:rPr>
          <w:b w:val="0"/>
        </w:rPr>
        <w:t>Columna 2: reactivo 4 del examen.</w:t>
      </w:r>
    </w:p>
    <w:p>
      <w:pPr>
        <w:pStyle w:val="ListNumber"/>
      </w:pPr>
      <w:r>
        <w:rPr>
          <w:b/>
        </w:rPr>
        <w:t>Listas de cotejo</w:t>
      </w:r>
      <w:r>
        <w:rPr>
          <w:b w:val="0"/>
        </w:rPr>
        <w:t xml:space="preserve"> de las Fichas 1, 2 y 3.</w:t>
      </w:r>
    </w:p>
    <w:p>
      <w:pPr>
        <w:pStyle w:val="ListNumber"/>
      </w:pPr>
      <w:r>
        <w:rPr>
          <w:b/>
        </w:rPr>
        <w:t>Observación:</w:t>
      </w:r>
    </w:p>
    <w:p>
      <w:pPr>
        <w:pStyle w:val="ListBullet"/>
      </w:pPr>
      <w:r>
        <w:rPr>
          <w:b w:val="0"/>
        </w:rPr>
        <w:t>Estrategia de cálculo en las sesiones 4 y 9.</w:t>
      </w:r>
    </w:p>
    <w:p>
      <w:pPr>
        <w:pStyle w:val="ListBullet"/>
      </w:pPr>
      <w:r>
        <w:rPr>
          <w:b w:val="0"/>
        </w:rPr>
        <w:t>Turnos y emociones en la sesión 5.</w:t>
      </w:r>
    </w:p>
    <w:p>
      <w:pPr>
        <w:pStyle w:val="ListNumber"/>
      </w:pPr>
      <w:r>
        <w:rPr>
          <w:b/>
        </w:rPr>
        <w:t>Examen trimestral</w:t>
      </w:r>
      <w:r>
        <w:rPr>
          <w:b w:val="0"/>
        </w:rPr>
        <w:t xml:space="preserve"> de 20 reactivos con clave y tabla de puntaje por PDA.</w:t>
      </w:r>
    </w:p>
    <w:p>
      <w:pPr>
        <w:pStyle w:val="ListNumber"/>
      </w:pPr>
      <w:r>
        <w:rPr>
          <w:b/>
        </w:rPr>
        <w:t>Cuaderno de repaso</w:t>
      </w:r>
      <w:r>
        <w:rPr>
          <w:b w:val="0"/>
        </w:rPr>
        <w:t>, con estos criterios: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 del cuaderno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EP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NL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Tiene las 8 piezas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8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5 a 7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4 o menos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Fichas resueltas, no solo iniciadas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Todas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 mitad o más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Menos de la mitad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Corrigió al menos un error tras la revisión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Sin ayuda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 ayuda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</w:t>
            </w:r>
          </w:p>
        </w:tc>
      </w:tr>
    </w:tbl>
    <w:p/>
    <w:p>
      <w:r>
        <w:rPr>
          <w:b/>
        </w:rPr>
        <w:t>Escala:</w:t>
      </w:r>
      <w:r>
        <w:rPr>
          <w:b w:val="0"/>
        </w:rPr>
        <w:t xml:space="preserve"> L logrado, EP en proceso, NL no logrado aún.</w:t>
      </w:r>
    </w:p>
    <w:p>
      <w:r>
        <w:rPr>
          <w:b/>
        </w:rPr>
        <w:t>Cómo decides el nivel de cada PDA</w:t>
      </w:r>
    </w:p>
    <w:p>
      <w:pPr>
        <w:pStyle w:val="ListBullet"/>
      </w:pPr>
      <w:r>
        <w:rPr>
          <w:b w:val="0"/>
        </w:rPr>
        <w:t>Cruza tres datos: examen, ficha y observación.</w:t>
      </w:r>
    </w:p>
    <w:p>
      <w:pPr>
        <w:pStyle w:val="ListBullet"/>
      </w:pPr>
      <w:r>
        <w:rPr>
          <w:b w:val="0"/>
        </w:rPr>
        <w:t>Si dos dicen L, el PDA queda en L.</w:t>
      </w:r>
    </w:p>
    <w:p>
      <w:pPr>
        <w:pStyle w:val="ListBullet"/>
      </w:pPr>
      <w:r>
        <w:rPr>
          <w:b w:val="0"/>
        </w:rPr>
        <w:t>En los seis presilábicos, el avance se ve en el cambio de nivel entre los dos dictados, no solo en el puntaje.</w:t>
      </w:r>
    </w:p>
    <w:p>
      <w:pPr>
        <w:pStyle w:val="Heading1"/>
      </w:pPr>
      <w:r>
        <w:t>Materiales</w:t>
      </w:r>
    </w:p>
    <w:p>
      <w:r>
        <w:rPr>
          <w:b/>
        </w:rPr>
        <w:t>Copias en blanco y negro:</w:t>
      </w:r>
    </w:p>
    <w:p>
      <w:pPr>
        <w:pStyle w:val="ListBullet"/>
      </w:pPr>
      <w:r>
        <w:rPr>
          <w:b w:val="0"/>
        </w:rPr>
        <w:t>Fichas 1, 2 y 3: 27 de cada una.</w:t>
      </w:r>
    </w:p>
    <w:p>
      <w:pPr>
        <w:pStyle w:val="ListBullet"/>
      </w:pPr>
      <w:r>
        <w:rPr>
          <w:b w:val="0"/>
        </w:rPr>
        <w:t>Examen: 27 juegos.</w:t>
      </w:r>
    </w:p>
    <w:p>
      <w:pPr>
        <w:pStyle w:val="ListBullet"/>
      </w:pPr>
      <w:r>
        <w:rPr>
          <w:b w:val="0"/>
        </w:rPr>
        <w:t>Tarjetas de sellos: 5.</w:t>
      </w:r>
    </w:p>
    <w:p>
      <w:r>
        <w:rPr>
          <w:b/>
        </w:rPr>
        <w:t>Papelería:</w:t>
      </w:r>
    </w:p>
    <w:p>
      <w:pPr>
        <w:pStyle w:val="ListBullet"/>
      </w:pPr>
      <w:r>
        <w:rPr>
          <w:b w:val="0"/>
        </w:rPr>
        <w:t>100 hojas blancas y un sobre por alumno.</w:t>
      </w:r>
    </w:p>
    <w:p>
      <w:pPr>
        <w:pStyle w:val="ListBullet"/>
      </w:pPr>
      <w:r>
        <w:rPr>
          <w:b w:val="0"/>
        </w:rPr>
        <w:t>Engrapadora y tarjetas de nombre.</w:t>
      </w:r>
    </w:p>
    <w:p>
      <w:pPr>
        <w:pStyle w:val="ListBullet"/>
      </w:pPr>
      <w:r>
        <w:rPr>
          <w:b w:val="0"/>
        </w:rPr>
        <w:t>Tarjetas CAMBIO y ALTO.</w:t>
      </w:r>
    </w:p>
    <w:p>
      <w:pPr>
        <w:pStyle w:val="ListBullet"/>
      </w:pPr>
      <w:r>
        <w:rPr>
          <w:b w:val="0"/>
        </w:rPr>
        <w:t>Tarjetas con números del 1 al 20.</w:t>
      </w:r>
    </w:p>
    <w:p>
      <w:r>
        <w:rPr>
          <w:b/>
        </w:rPr>
        <w:t>Lenguajes:</w:t>
      </w:r>
    </w:p>
    <w:p>
      <w:pPr>
        <w:pStyle w:val="ListBullet"/>
      </w:pPr>
      <w:r>
        <w:rPr>
          <w:b w:val="0"/>
        </w:rPr>
        <w:t>Memorama de rimas de 20 tarjetas.</w:t>
      </w:r>
    </w:p>
    <w:p>
      <w:pPr>
        <w:pStyle w:val="ListBullet"/>
      </w:pPr>
      <w:r>
        <w:rPr>
          <w:b w:val="0"/>
        </w:rPr>
        <w:t>Bolsa con 6 objetos y 4 platos marcados m, s, p y l.</w:t>
      </w:r>
    </w:p>
    <w:p>
      <w:pPr>
        <w:pStyle w:val="ListBullet"/>
      </w:pPr>
      <w:r>
        <w:rPr>
          <w:b w:val="0"/>
        </w:rPr>
        <w:t>3 juegos de letras móviles.</w:t>
      </w:r>
    </w:p>
    <w:p>
      <w:pPr>
        <w:pStyle w:val="ListBullet"/>
      </w:pPr>
      <w:r>
        <w:rPr>
          <w:b w:val="0"/>
        </w:rPr>
        <w:t>Recado, receta, lista y cuento reales.</w:t>
      </w:r>
    </w:p>
    <w:p>
      <w:r>
        <w:rPr>
          <w:b/>
        </w:rPr>
        <w:t>Saberes:</w:t>
      </w:r>
    </w:p>
    <w:p>
      <w:pPr>
        <w:pStyle w:val="ListBullet"/>
      </w:pPr>
      <w:r>
        <w:rPr>
          <w:b w:val="0"/>
        </w:rPr>
        <w:t>Cinta para la recta del 0 al 30.</w:t>
      </w:r>
    </w:p>
    <w:p>
      <w:pPr>
        <w:pStyle w:val="ListBullet"/>
      </w:pPr>
      <w:r>
        <w:rPr>
          <w:b w:val="0"/>
        </w:rPr>
        <w:t>10 bolsitas de conteo y 500 corcholatas aprox.</w:t>
      </w:r>
    </w:p>
    <w:p>
      <w:pPr>
        <w:pStyle w:val="ListBullet"/>
      </w:pPr>
      <w:r>
        <w:rPr>
          <w:b w:val="0"/>
        </w:rPr>
        <w:t>2 juegos de cartas del 1 al 30.</w:t>
      </w:r>
    </w:p>
    <w:p>
      <w:pPr>
        <w:pStyle w:val="ListBullet"/>
      </w:pPr>
      <w:r>
        <w:rPr>
          <w:b w:val="0"/>
        </w:rPr>
        <w:t>6 dados y 6 tableros del 2 al 12.</w:t>
      </w:r>
    </w:p>
    <w:p>
      <w:pPr>
        <w:pStyle w:val="ListBullet"/>
      </w:pPr>
      <w:r>
        <w:rPr>
          <w:b w:val="0"/>
        </w:rPr>
        <w:t>Serpientes y escaleras, empaques con precios y cubos.</w:t>
      </w:r>
    </w:p>
    <w:p>
      <w:r>
        <w:rPr>
          <w:b/>
        </w:rPr>
        <w:t>Ética y De lo humano:</w:t>
      </w:r>
    </w:p>
    <w:p>
      <w:pPr>
        <w:pStyle w:val="ListBullet"/>
      </w:pPr>
      <w:r>
        <w:rPr>
          <w:b w:val="0"/>
        </w:rPr>
        <w:t>Cartel de acuerdos y tarjetas de situación.</w:t>
      </w:r>
    </w:p>
    <w:p>
      <w:r>
        <w:rPr>
          <w:b/>
        </w:rPr>
        <w:t>Agua de limón:</w:t>
      </w:r>
    </w:p>
    <w:p>
      <w:pPr>
        <w:pStyle w:val="ListBullet"/>
      </w:pPr>
      <w:r>
        <w:rPr>
          <w:b w:val="0"/>
        </w:rPr>
        <w:t>Jarra, 3 limones, azúcar, cuchara y vasos.</w:t>
      </w:r>
    </w:p>
    <w:p>
      <w:pPr>
        <w:pStyle w:val="ListBullet"/>
      </w:pPr>
      <w:r>
        <w:rPr>
          <w:b w:val="0"/>
        </w:rPr>
        <w:t>Pregunta antes por alergias.</w:t>
      </w:r>
    </w:p>
    <w:p>
      <w:pPr>
        <w:pStyle w:val="Heading1"/>
      </w:pPr>
      <w:r>
        <w:t>Adecuaciones</w:t>
      </w:r>
    </w:p>
    <w:p>
      <w:r>
        <w:rPr>
          <w:b/>
        </w:rPr>
        <w:t>Seis alumnos presilábicos</w:t>
      </w:r>
    </w:p>
    <w:p>
      <w:pPr>
        <w:pStyle w:val="ListBullet"/>
      </w:pPr>
      <w:r>
        <w:rPr>
          <w:b w:val="0"/>
        </w:rPr>
        <w:t>Tarjeta de su nombre a la vista en toda escritura.</w:t>
      </w:r>
    </w:p>
    <w:p>
      <w:pPr>
        <w:pStyle w:val="ListBullet"/>
      </w:pPr>
      <w:r>
        <w:rPr>
          <w:b w:val="0"/>
        </w:rPr>
        <w:t>Uno o dos por equipo, junto a un capitán lector.</w:t>
      </w:r>
    </w:p>
    <w:p>
      <w:pPr>
        <w:pStyle w:val="ListBullet"/>
      </w:pPr>
      <w:r>
        <w:rPr>
          <w:b w:val="0"/>
        </w:rPr>
        <w:t>Acepta su escritura como hipótesis. Siempre leen señalando y anotas qué dicen.</w:t>
      </w:r>
    </w:p>
    <w:p>
      <w:pPr>
        <w:pStyle w:val="ListBullet"/>
      </w:pPr>
      <w:r>
        <w:rPr>
          <w:b w:val="0"/>
        </w:rPr>
        <w:t>Trabajan contigo de 10 a 15 minutos diarios en sonido inicial, letras de su nombre y palabras con modelo.</w:t>
      </w:r>
    </w:p>
    <w:p>
      <w:pPr>
        <w:pStyle w:val="ListBullet"/>
      </w:pPr>
      <w:r>
        <w:rPr>
          <w:b w:val="0"/>
        </w:rPr>
        <w:t>En el examen todo se lee en voz alta.</w:t>
      </w:r>
    </w:p>
    <w:p>
      <w:pPr>
        <w:pStyle w:val="ListBullet"/>
      </w:pPr>
      <w:r>
        <w:rPr>
          <w:b w:val="0"/>
        </w:rPr>
        <w:t>Su avance se valora con el cambio entre los dos dictados.</w:t>
      </w:r>
    </w:p>
    <w:p>
      <w:r>
        <w:rPr>
          <w:b/>
        </w:rPr>
        <w:t>Alumna con hipoacusia leve</w:t>
      </w:r>
    </w:p>
    <w:p>
      <w:pPr>
        <w:pStyle w:val="ListBullet"/>
      </w:pPr>
      <w:r>
        <w:rPr>
          <w:b w:val="0"/>
        </w:rPr>
        <w:t>Primera fila, cerca del centro, con luz sobre tu cara.</w:t>
      </w:r>
    </w:p>
    <w:p>
      <w:pPr>
        <w:pStyle w:val="ListBullet"/>
      </w:pPr>
      <w:r>
        <w:rPr>
          <w:b w:val="0"/>
        </w:rPr>
        <w:t>Háblale de frente y sin taparte la boca. No des instrucciones de espaldas mientras escribes en el pizarrón.</w:t>
      </w:r>
    </w:p>
    <w:p>
      <w:pPr>
        <w:pStyle w:val="ListBullet"/>
      </w:pPr>
      <w:r>
        <w:rPr>
          <w:b w:val="0"/>
        </w:rPr>
        <w:t>Toda señal es visual además de sonora.</w:t>
      </w:r>
    </w:p>
    <w:p>
      <w:pPr>
        <w:pStyle w:val="ListBullet"/>
      </w:pPr>
      <w:r>
        <w:rPr>
          <w:b w:val="0"/>
        </w:rPr>
        <w:t>En las estaciones, su equipo empieza en la más tranquila, lejos de la puerta.</w:t>
      </w:r>
    </w:p>
    <w:p>
      <w:pPr>
        <w:pStyle w:val="ListBullet"/>
      </w:pPr>
      <w:r>
        <w:rPr>
          <w:b w:val="0"/>
        </w:rPr>
        <w:t>Antes de dar instrucciones, baja el volumen del grupo.</w:t>
      </w:r>
    </w:p>
    <w:p>
      <w:pPr>
        <w:pStyle w:val="ListBullet"/>
      </w:pPr>
      <w:r>
        <w:rPr>
          <w:b w:val="0"/>
        </w:rPr>
        <w:t>Un compañero le repite las consignas de frente y ella confirma con el pulgar arriba.</w:t>
      </w:r>
    </w:p>
    <w:p>
      <w:pPr>
        <w:pStyle w:val="ListBullet"/>
      </w:pPr>
      <w:r>
        <w:rPr>
          <w:b w:val="0"/>
        </w:rPr>
        <w:t>Si usa auxiliar auditivo, revisa al inicio del día que esté encendido.</w:t>
      </w:r>
    </w:p>
    <w:p>
      <w:pPr>
        <w:pStyle w:val="ListBullet"/>
      </w:pPr>
      <w:r>
        <w:rPr>
          <w:b w:val="0"/>
        </w:rPr>
        <w:t>Avisa las fechas del examen a la familia y, si existe, a USAER.</w:t>
      </w:r>
    </w:p>
    <w:p>
      <w:r>
        <w:rPr>
          <w:b/>
        </w:rPr>
        <w:t>Internet intermitente:</w:t>
      </w:r>
      <w:r>
        <w:rPr>
          <w:b w:val="0"/>
        </w:rPr>
        <w:t xml:space="preserve"> nada del paquete depende de la conexión.</w:t>
      </w:r>
    </w:p>
    <w:p>
      <w:r>
        <w:rPr>
          <w:b/>
        </w:rPr>
        <w:t>Quienes terminan antes:</w:t>
      </w:r>
    </w:p>
    <w:p>
      <w:pPr>
        <w:pStyle w:val="ListBullet"/>
      </w:pPr>
      <w:r>
        <w:rPr>
          <w:b w:val="0"/>
        </w:rPr>
        <w:t>Contar de 2 en 2 hasta 30.</w:t>
      </w:r>
    </w:p>
    <w:p>
      <w:pPr>
        <w:pStyle w:val="ListBullet"/>
      </w:pPr>
      <w:r>
        <w:rPr>
          <w:b w:val="0"/>
        </w:rPr>
        <w:t>Escribir una rima nueva.</w:t>
      </w:r>
    </w:p>
    <w:p>
      <w:pPr>
        <w:pStyle w:val="ListBullet"/>
      </w:pPr>
      <w:r>
        <w:rPr>
          <w:b w:val="0"/>
        </w:rPr>
        <w:t>Inventar un problema para un compañero.</w:t>
      </w:r>
    </w:p>
    <w:p/>
    <w:p>
      <w:r>
        <w:rPr>
          <w:sz w:val="16"/>
        </w:rPr>
        <w:t>Material gratuito de Didaula · https://didaula.com/planeaciones/1-grado/1-grado-repaso-primer-trimestre/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