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tiendita y los repartos: catálogo con precios y ofertas por paquete</w:t>
      </w:r>
    </w:p>
    <w:p>
      <w:r>
        <w:t>Planeación · 2°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textos con instrucciones para elaborar objetos y participar en actividades; listas y anuncios de la vida cotidiana. Saberes y pensamiento científico: construcción de la noción de suma y resta; construcción de la noción de multiplicación. Ética, naturaleza y sociedades: consumo responsable y su impacto en la salud y la naturaleza; acuerdos para la convivencia y el intercambio justo. De lo humano y lo comunitario: estilos de vida saludables (elección de alimentos); colaboración, roles y turnos en actividades colectivas.</w:t>
      </w:r>
    </w:p>
    <w:p>
      <w:r>
        <w:rPr>
          <w:b/>
        </w:rPr>
        <w:t>PDA:</w:t>
      </w:r>
      <w:r>
        <w:rPr>
          <w:b w:val="0"/>
        </w:rPr>
        <w:t xml:space="preserve"> Lenguajes: lee y sigue instructivos, reconoce su función y sus partes (título, materiales, pasos numerados) y escribe instrucciones con el grupo; produce listas de compras y anuncios con cantidades y precios. Saberes y pensamiento científico: resuelve problemas de agregar, quitar y comparar cantidades de dos cifras con decenas y unidades; resuelve problemas de grupos iguales con sumas repetidas y arreglos rectangulares (2, 5 y 10). Ética, naturaleza y sociedades: reconoce que comprar lo necesario cuida su dinero, su salud y la naturaleza, y respeta acuerdos de honestidad al comprar y vender. De lo humano y lo comunitario: elige alimentos saludables y colabora con roles y turnos.</w:t>
      </w:r>
    </w:p>
    <w:p>
      <w:r>
        <w:t>Proyecto de dos semanas para 2° (28 alumnos). El grupo monta una tiendita en el salón y arma su catálogo con precios y ofertas por paquete. En el camino escribe listas de compras y un instructivo, suma y resta precios de dos cifras para pagar y dar cambio, y calcula paquetes de 2, 5 y 10 con sumas repetidas y arreglos rectangulares. Cierra con una feria de compra y venta el viernes 5 de febrero.</w:t>
      </w:r>
    </w:p>
    <w:p>
      <w:pPr>
        <w:pStyle w:val="Heading1"/>
      </w:pPr>
      <w:r>
        <w:t>Qué vas a lograr en dos semanas</w:t>
      </w:r>
    </w:p>
    <w:p>
      <w:r>
        <w:rPr>
          <w:b w:val="0"/>
        </w:rPr>
        <w:t>Del lunes 25 de enero al viernes 5 de febrero de 2027, tu grupo de 2° (28 alumnos) monta una tiendita en el salón y la convierte en un catálogo. Al terminar, tus alumnos:</w:t>
      </w:r>
    </w:p>
    <w:p>
      <w:pPr>
        <w:pStyle w:val="ListBullet"/>
      </w:pPr>
      <w:r>
        <w:rPr>
          <w:b w:val="0"/>
        </w:rPr>
        <w:t>Escriben listas de compras con cantidad y producto, un producto por renglón.</w:t>
      </w:r>
    </w:p>
    <w:p>
      <w:pPr>
        <w:pStyle w:val="ListBullet"/>
      </w:pPr>
      <w:r>
        <w:rPr>
          <w:b w:val="0"/>
        </w:rPr>
        <w:t>Leen y siguen un instructivo, reconocen sus partes y escriben uno con el grupo.</w:t>
      </w:r>
    </w:p>
    <w:p>
      <w:pPr>
        <w:pStyle w:val="ListBullet"/>
      </w:pPr>
      <w:r>
        <w:rPr>
          <w:b w:val="0"/>
        </w:rPr>
        <w:t>Suman y restan precios de dos cifras con decenas y unidades, con reagrupamiento, para pagar y dar cambio.</w:t>
      </w:r>
    </w:p>
    <w:p>
      <w:pPr>
        <w:pStyle w:val="ListBullet"/>
      </w:pPr>
      <w:r>
        <w:rPr>
          <w:b w:val="0"/>
        </w:rPr>
        <w:t>Calculan cuánto hay en varios paquetes iguales con sumas repetidas y arreglos rectangulares (2, 5 y 10).</w:t>
      </w:r>
    </w:p>
    <w:p>
      <w:pPr>
        <w:pStyle w:val="ListBullet"/>
      </w:pPr>
      <w:r>
        <w:rPr>
          <w:b w:val="0"/>
        </w:rPr>
        <w:t>Deciden si una oferta conviene y si de verdad necesitan el producto.</w:t>
      </w:r>
    </w:p>
    <w:p>
      <w:pPr>
        <w:pStyle w:val="ListBullet"/>
      </w:pPr>
      <w:r>
        <w:rPr>
          <w:b w:val="0"/>
        </w:rPr>
        <w:t>Trabajan con roles y turnos, y respetan acuerdos de honestidad.</w:t>
      </w:r>
    </w:p>
    <w:p>
      <w:r>
        <w:rPr>
          <w:b/>
        </w:rPr>
        <w:t>Producto final:</w:t>
      </w:r>
      <w:r>
        <w:rPr>
          <w:b w:val="0"/>
        </w:rPr>
        <w:t xml:space="preserve"> Catálogo de la tiendita de 2°. Lleva una portada con el instructivo «Cómo comprar en nuestra tiendita» y 14 páginas de productos (2 por equipo). Cada página tiene precio por pieza y oferta por paquete calculada con suma repetida. Al final va una lista de compras de ejemplo. Se estrena en la feria del viernes 5.</w:t>
      </w:r>
    </w:p>
    <w:p>
      <w:r>
        <w:rPr>
          <w:b/>
        </w:rPr>
        <w:t>Calendario:</w:t>
      </w:r>
      <w:r>
        <w:rPr>
          <w:b w:val="0"/>
        </w:rPr>
        <w:t xml:space="preserve"> el lunes 1 de febrero es día de descanso obligatorio. Por eso el viernes 5 lleva dos sesiones: la 9 a primera hora y la 10 después del recreo. Si tu escuela trabaja el lunes 1, recorre las sesiones un día.</w:t>
      </w:r>
    </w:p>
    <w:p>
      <w:r>
        <w:rPr>
          <w:b/>
        </w:rPr>
        <w:t>Libros (aprox.):</w:t>
      </w:r>
      <w:r>
        <w:rPr>
          <w:b w:val="0"/>
        </w:rPr>
        <w:t xml:space="preserve"> si quieres apoyo del libro, busca en *Proyectos de Aula* 2° un proyecto sobre la tiendita o el mercado (págs. aprox. 150 a 165). En *Proyectos Comunitarios* 2° busca uno sobre instructivos o compras en la comunidad (págs. aprox. 40 a 55). Verifica el número de página en tu edición.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Horario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Bloque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a 8:15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Cálculo mental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De pie: conteo de 2 en 2, de 5 en 5 y de 10 en 10 con palmadas. Lectura en coro del «precio del día» en pantalla.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8:15 a 9:15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Proyecto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10 min, desarrollo 40 min, cierre 10 min. Temporizador visible en pantalla.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9:15 a 9:45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Fluidez lectora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Tú con los 4 alumnos sin fluidez: lectura repetida de precios, listas e instructivos. El resto lee en parejas el mismo material.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9:45 a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Práctica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Fichas, cuaderno o examen (jueves 4 y viernes 5).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a 11:00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11:00 a 11:45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Asignaturas del horario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Educación Física, Artes, Inglés o biblioteca. El viernes 5 aquí va la sesión 10, de 11:00 a 12:00.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11:45 a 12:15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Comunidad y acuerdos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Pendientes del proyecto y acomodo del anaquel.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12:15 a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Qué aprendimos hoy y recados.</w:t>
            </w:r>
          </w:p>
        </w:tc>
      </w:tr>
    </w:tbl>
    <w:p/>
    <w:p>
      <w:r>
        <w:rPr>
          <w:b w:val="0"/>
        </w:rPr>
        <w:t>Haz una pausa activa de 1 minuto cada 15 o 20 minutos. La necesita el alumno con TDAH y le sirve a todo el grupo.</w:t>
      </w:r>
    </w:p>
    <w:p>
      <w:pPr>
        <w:pStyle w:val="Heading1"/>
      </w:pPr>
      <w:r>
        <w:t>Secuencia de sesiones</w:t>
      </w:r>
    </w:p>
    <w:p>
      <w:r>
        <w:rPr>
          <w:b w:val="0"/>
        </w:rPr>
        <w:t>Trabaja con 7 equipos fijos de 4 alumnos durante las dos semanas.</w:t>
      </w:r>
    </w:p>
    <w:p>
      <w:pPr>
        <w:pStyle w:val="Heading2"/>
      </w:pPr>
      <w:r>
        <w:t>Sesión 1. Lunes 25 de enero: ¿Qué hay en una tiendita?</w:t>
      </w:r>
    </w:p>
    <w:p>
      <w:r>
        <w:rPr>
          <w:b/>
        </w:rPr>
        <w:t>Campos:</w:t>
      </w:r>
      <w:r>
        <w:rPr>
          <w:b w:val="0"/>
        </w:rPr>
        <w:t xml:space="preserve"> Lenguajes; Ética, naturaleza y sociedades.</w:t>
      </w:r>
    </w:p>
    <w:p>
      <w:r>
        <w:rPr>
          <w:b/>
        </w:rPr>
        <w:t>Propósito:</w:t>
      </w:r>
      <w:r>
        <w:rPr>
          <w:b w:val="0"/>
        </w:rPr>
        <w:t xml:space="preserve"> recuperar lo que saben de la tiendita y escribir con el grupo una primera lista de compras.</w:t>
      </w:r>
    </w:p>
    <w:p>
      <w:r>
        <w:rPr>
          <w:b/>
        </w:rPr>
        <w:t>Inicio (10 min):</w:t>
      </w:r>
      <w:r>
        <w:rPr>
          <w:b w:val="0"/>
        </w:rPr>
        <w:t xml:space="preserve"> Pregunta: «¿Qué compran en la tiendita de su calle? ¿Cómo saben cuánto cuesta algo?». Anota en pantalla dos columnas: «Lo que venden» y «Lo que hace quien atiende». Presenta el reto: «En dos semanas haremos el catálogo de nuestra tiendita. El viernes 5 haremos una feria para comprar y vender».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 w:val="0"/>
        </w:rPr>
        <w:t>(10 min) Forma los 7 equipos. Pon a cada alumno sin fluidez en un equipo distinto, junto a un compañero que lea con soltura: ese compañero es su tutor. El alumno con TDAH va en el equipo más cercano a tu escritorio.</w:t>
      </w:r>
    </w:p>
    <w:p>
      <w:pPr>
        <w:pStyle w:val="ListBullet"/>
      </w:pPr>
      <w:r>
        <w:rPr>
          <w:b w:val="0"/>
        </w:rPr>
        <w:t>(10 min) Proyecta una lista tuya: «2 litros de leche / 1 kilo de tortillas / 5 bolillos». Pregunta qué tiene: un producto por renglón y un número que dice cuántos.</w:t>
      </w:r>
    </w:p>
    <w:p>
      <w:pPr>
        <w:pStyle w:val="ListBullet"/>
      </w:pPr>
      <w:r>
        <w:rPr>
          <w:b w:val="0"/>
        </w:rPr>
        <w:t>(20 min) Dictado al docente: el grupo te dicta 10 productos y tú los escribes en pantalla. Mientras escribes, pregunta: «¿Con qué letra empieza galletas?». Al final, cada alumno copia 3 productos con su cantidad en el cuaderno.</w:t>
      </w:r>
    </w:p>
    <w:p>
      <w:pPr>
        <w:pStyle w:val="ListBullet"/>
      </w:pPr>
      <w:r>
        <w:rPr>
          <w:b w:val="0"/>
        </w:rPr>
        <w:t>Alumnos sin fluidez: copian de 3 tarjetas-palabra (paleta, agua, jugo) y las leen contigo en coro.</w:t>
      </w:r>
    </w:p>
    <w:p>
      <w:pPr>
        <w:pStyle w:val="ListBullet"/>
      </w:pPr>
      <w:r>
        <w:rPr>
          <w:b w:val="0"/>
        </w:rPr>
        <w:t>Alumno con TDAH: es el «señalador». Con una regla señala en pantalla la palabra que el grupo lee.</w:t>
      </w:r>
    </w:p>
    <w:p>
      <w:pPr>
        <w:pStyle w:val="ListBullet"/>
      </w:pPr>
      <w:r>
        <w:rPr>
          <w:b w:val="0"/>
        </w:rPr>
        <w:t>Quienes terminan antes: escriben cuánto creen que cuesta cada producto.</w:t>
      </w:r>
    </w:p>
    <w:p>
      <w:r>
        <w:rPr>
          <w:b/>
        </w:rPr>
        <w:t>Cierre (10 min):</w:t>
      </w:r>
      <w:r>
        <w:rPr>
          <w:b w:val="0"/>
        </w:rPr>
        <w:t xml:space="preserve"> Pregunta: «¿Para qué sirve una lista de compras?». Dicta el recado: «Traer el miércoles 27 dos envases vacíos y limpios».</w:t>
      </w:r>
    </w:p>
    <w:p>
      <w:r>
        <w:rPr>
          <w:b/>
        </w:rPr>
        <w:t>Evidencia:</w:t>
      </w:r>
      <w:r>
        <w:rPr>
          <w:b w:val="0"/>
        </w:rPr>
        <w:t xml:space="preserve"> lista colectiva en papel bond y lista de 3 productos en el cuaderno.</w:t>
      </w:r>
    </w:p>
    <w:p>
      <w:r>
        <w:rPr>
          <w:b/>
        </w:rPr>
        <w:t>Si no sale:</w:t>
      </w:r>
      <w:r>
        <w:rPr>
          <w:b w:val="0"/>
        </w:rPr>
        <w:t xml:space="preserve"> si casi no dictan productos, haz un recorrido de palabra: «Entras a la tiendita; en el refrigerador hay...». Si aun así cuesta, saca envases que lleves tú.</w:t>
      </w:r>
    </w:p>
    <w:p>
      <w:pPr>
        <w:pStyle w:val="Heading2"/>
      </w:pPr>
      <w:r>
        <w:t>Sesión 2. Martes 26 de enero: Escribimos listas de compras</w:t>
      </w:r>
    </w:p>
    <w:p>
      <w:r>
        <w:rPr>
          <w:b/>
        </w:rPr>
        <w:t>Campos:</w:t>
      </w:r>
      <w:r>
        <w:rPr>
          <w:b w:val="0"/>
        </w:rPr>
        <w:t xml:space="preserve"> Lenguajes;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escribir una lista de compras con cantidad y producto, y elegir productos saludables.</w:t>
      </w:r>
    </w:p>
    <w:p>
      <w:r>
        <w:rPr>
          <w:b/>
        </w:rPr>
        <w:t>Inicio (10 min):</w:t>
      </w:r>
      <w:r>
        <w:rPr>
          <w:b w:val="0"/>
        </w:rPr>
        <w:t xml:space="preserve"> Proyecta una lista mal hecha: «galletas jugo pan paletas», en un renglón y sin números. Pregunta: «¿Cuántas galletas compro? ¿Qué le falta?».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 w:val="0"/>
        </w:rPr>
        <w:t>(10 min) Acuerden 3 reglas: 1) un producto por renglón; 2) el número de cuántos va antes del producto; 3) letra que se entienda. Escríbelas en una cartulina que se queda pegada.</w:t>
      </w:r>
    </w:p>
    <w:p>
      <w:pPr>
        <w:pStyle w:val="ListBullet"/>
      </w:pPr>
      <w:r>
        <w:rPr>
          <w:b w:val="0"/>
        </w:rPr>
        <w:t>(5 min) Pregunta: «¿Qué ayuda a que el cuerpo crezca sano?». Subraya agua, fruta y pan. Acuerdo: en nuestra tiendita habrá productos saludables.</w:t>
      </w:r>
    </w:p>
    <w:p>
      <w:pPr>
        <w:pStyle w:val="ListBullet"/>
      </w:pPr>
      <w:r>
        <w:rPr>
          <w:b w:val="0"/>
        </w:rPr>
        <w:t>(20 min) En parejas escriben la lista para el recreo de un día: 4 productos, por lo menos 2 saludables. Una pareja vecina revisa las 3 reglas y marca una raya por cada regla que se cumple.</w:t>
      </w:r>
    </w:p>
    <w:p>
      <w:pPr>
        <w:pStyle w:val="ListBullet"/>
      </w:pPr>
      <w:r>
        <w:rPr>
          <w:b w:val="0"/>
        </w:rPr>
        <w:t>(5 min) Pausa activa y lectura en voz alta de 2 listas.</w:t>
      </w:r>
    </w:p>
    <w:p>
      <w:pPr>
        <w:pStyle w:val="ListBullet"/>
      </w:pPr>
      <w:r>
        <w:rPr>
          <w:b w:val="0"/>
        </w:rPr>
        <w:t>Alumnos sin fluidez: escriben con el banco de tarjetas-palabra (agua, manzana, pan, jugo, galletas, paleta) y leen su lista dos veces a su tutor.</w:t>
      </w:r>
    </w:p>
    <w:p>
      <w:pPr>
        <w:pStyle w:val="ListBullet"/>
      </w:pPr>
      <w:r>
        <w:rPr>
          <w:b w:val="0"/>
        </w:rPr>
        <w:t>Alumno con TDAH: tiene ya numerados del 1 al 4 sus renglones y reparte las tarjetas al inicio.</w:t>
      </w:r>
    </w:p>
    <w:p>
      <w:pPr>
        <w:pStyle w:val="ListBullet"/>
      </w:pPr>
      <w:r>
        <w:rPr>
          <w:b w:val="0"/>
        </w:rPr>
        <w:t>Quienes terminan antes: agregan precio a cada producto y suman el total.</w:t>
      </w:r>
    </w:p>
    <w:p>
      <w:r>
        <w:rPr>
          <w:b/>
        </w:rPr>
        <w:t>Cierre (10 min):</w:t>
      </w:r>
      <w:r>
        <w:rPr>
          <w:b w:val="0"/>
        </w:rPr>
        <w:t xml:space="preserve"> Dos parejas leen su lista y el grupo dice si cumple las reglas. Pregunta: «¿Qué pasa si vas a la tienda sin lista?».</w:t>
      </w:r>
    </w:p>
    <w:p>
      <w:r>
        <w:rPr>
          <w:b/>
        </w:rPr>
        <w:t>Evidencia:</w:t>
      </w:r>
      <w:r>
        <w:rPr>
          <w:b w:val="0"/>
        </w:rPr>
        <w:t xml:space="preserve"> lista de compras en parejas.</w:t>
      </w:r>
    </w:p>
    <w:p>
      <w:r>
        <w:rPr>
          <w:b/>
        </w:rPr>
        <w:t>Si no sale:</w:t>
      </w:r>
      <w:r>
        <w:rPr>
          <w:b w:val="0"/>
        </w:rPr>
        <w:t xml:space="preserve"> si siguen escribiendo todo en un renglón, dales una hoja doblada en 4 tiras. Escriben un producto por tira y luego lo pasan al cuaderno.</w:t>
      </w:r>
    </w:p>
    <w:p>
      <w:r>
        <w:rPr>
          <w:b w:val="0"/>
        </w:rPr>
        <w:t>En el bloque de las 11:45, cada equipo recorta su hoja de dinero de papel y la guarda en un sobre.</w:t>
      </w:r>
    </w:p>
    <w:p>
      <w:pPr>
        <w:pStyle w:val="Heading2"/>
      </w:pPr>
      <w:r>
        <w:t>Sesión 3. Miércoles 27 de enero: Ponemos precios y sumamos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sumar dos precios de dos cifras juntando decenas y unidades.</w:t>
      </w:r>
    </w:p>
    <w:p>
      <w:r>
        <w:rPr>
          <w:b/>
        </w:rPr>
        <w:t>Inicio (10 min):</w:t>
      </w:r>
      <w:r>
        <w:rPr>
          <w:b w:val="0"/>
        </w:rPr>
        <w:t xml:space="preserve"> Acomoden los envases en un anaquel. Proyecta los precios base del proyecto: paleta $2, manzana $5, pan dulce $8, agua natural $10, galletas $12, jugo $15, pelota $23, cuaderno $34. Pongan precio por acuerdo a los envases nuevos, entre $1 y $40.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 w:val="0"/>
        </w:rPr>
        <w:t>(10 min) Modela la compra de galletas y jugo: dibuja 1 moneda de $10 y 2 de $1, luego 1 de $10 y 5 de $1. Junta primero las de $10 (20) y luego las de $1 (7): el total es 27. Escríbelo en una tabla de decenas y unidades.</w:t>
      </w:r>
    </w:p>
    <w:p>
      <w:pPr>
        <w:pStyle w:val="ListBullet"/>
      </w:pPr>
      <w:r>
        <w:rPr>
          <w:b w:val="0"/>
        </w:rPr>
        <w:t>(20 min) En equipos con dinero de papel: uno es cajero y tres compran 2 productos cada uno. Pagan con dinero exacto y escriben la suma. Cambian de cajero cada 5 minutos.</w:t>
      </w:r>
    </w:p>
    <w:p>
      <w:pPr>
        <w:pStyle w:val="ListBullet"/>
      </w:pPr>
      <w:r>
        <w:rPr>
          <w:b w:val="0"/>
        </w:rPr>
        <w:t>(10 min) Reagrupamiento: «2 jugos, 15 + 15». Al juntar 10 monedas de $1, las cambian en la caja por una de $10. Resuelvan juntos 8 + 15 = 23 y 34 + 8 = 42.</w:t>
      </w:r>
    </w:p>
    <w:p>
      <w:pPr>
        <w:pStyle w:val="ListBullet"/>
      </w:pPr>
      <w:r>
        <w:rPr>
          <w:b w:val="0"/>
        </w:rPr>
        <w:t>Alumnos sin fluidez: el tutor lee el producto; ellos cuentan y escriben.</w:t>
      </w:r>
    </w:p>
    <w:p>
      <w:pPr>
        <w:pStyle w:val="ListBullet"/>
      </w:pPr>
      <w:r>
        <w:rPr>
          <w:b w:val="0"/>
        </w:rPr>
        <w:t>Alumno con TDAH: primer cajero y encargado de avisar el cambio de turno.</w:t>
      </w:r>
    </w:p>
    <w:p>
      <w:pPr>
        <w:pStyle w:val="ListBullet"/>
      </w:pPr>
      <w:r>
        <w:rPr>
          <w:b w:val="0"/>
        </w:rPr>
        <w:t>Quienes terminan antes: compran 3 productos.</w:t>
      </w:r>
    </w:p>
    <w:p>
      <w:r>
        <w:rPr>
          <w:b/>
        </w:rPr>
        <w:t>Cierre (10 min):</w:t>
      </w:r>
      <w:r>
        <w:rPr>
          <w:b w:val="0"/>
        </w:rPr>
        <w:t xml:space="preserve"> Pregunta: «¿Qué hicieron cuando juntaron 10 monedas de $1?». Cada alumno pega en el «muro de compras» una tira con una suma que hizo.</w:t>
      </w:r>
    </w:p>
    <w:p>
      <w:r>
        <w:rPr>
          <w:b/>
        </w:rPr>
        <w:t>Evidencia:</w:t>
      </w:r>
      <w:r>
        <w:rPr>
          <w:b w:val="0"/>
        </w:rPr>
        <w:t xml:space="preserve"> 3 sumas en el cuaderno con dibujo de monedas.</w:t>
      </w:r>
    </w:p>
    <w:p>
      <w:r>
        <w:rPr>
          <w:b/>
        </w:rPr>
        <w:t>Si no sale:</w:t>
      </w:r>
      <w:r>
        <w:rPr>
          <w:b w:val="0"/>
        </w:rPr>
        <w:t xml:space="preserve"> si cuentan de uno en uno, separa el dinero: monedas de $10 en una mano y de $1 en la otra. Primero cuentan de 10 en 10 y luego siguen de 1 en 1.</w:t>
      </w:r>
    </w:p>
    <w:p>
      <w:pPr>
        <w:pStyle w:val="Heading2"/>
      </w:pPr>
      <w:r>
        <w:t>Sesión 4. Jueves 28 de enero: El instructivo</w:t>
      </w:r>
    </w:p>
    <w:p>
      <w:r>
        <w:rPr>
          <w:b/>
        </w:rPr>
        <w:t>Campos:</w:t>
      </w:r>
      <w:r>
        <w:rPr>
          <w:b w:val="0"/>
        </w:rPr>
        <w:t xml:space="preserve"> Lenguajes.</w:t>
      </w:r>
    </w:p>
    <w:p>
      <w:r>
        <w:rPr>
          <w:b/>
        </w:rPr>
        <w:t>Propósito:</w:t>
      </w:r>
      <w:r>
        <w:rPr>
          <w:b w:val="0"/>
        </w:rPr>
        <w:t xml:space="preserve"> reconocer para qué sirve un instructivo y sus partes, y ordenar sus pasos.</w:t>
      </w:r>
    </w:p>
    <w:p>
      <w:r>
        <w:rPr>
          <w:b/>
        </w:rPr>
        <w:t>Inicio (10 min):</w:t>
      </w:r>
      <w:r>
        <w:rPr>
          <w:b w:val="0"/>
        </w:rPr>
        <w:t xml:space="preserve"> Proyecta «Cómo armar un paquete de 5 paletas» (Ficha 1) y léelo. Actúalo con un voluntario y sáltate a propósito el paso 3 para que te corrijan.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 w:val="0"/>
        </w:rPr>
        <w:t>(10 min) En pantalla, el grupo te dice dónde están las partes: encierras el título, subrayas los materiales y haces un recuadro a los pasos numerados. Pregunta: «¿Para qué tienen número los pasos?».</w:t>
      </w:r>
    </w:p>
    <w:p>
      <w:pPr>
        <w:pStyle w:val="ListBullet"/>
      </w:pPr>
      <w:r>
        <w:rPr>
          <w:b w:val="0"/>
        </w:rPr>
        <w:t>(20 min) Ficha 1 en parejas.</w:t>
      </w:r>
    </w:p>
    <w:p>
      <w:pPr>
        <w:pStyle w:val="ListBullet"/>
      </w:pPr>
      <w:r>
        <w:rPr>
          <w:b w:val="0"/>
        </w:rPr>
        <w:t>(10 min) Escritura colectiva: «Cómo comprar en nuestra tiendita». El grupo dicta los materiales (lista, dinero) y 4 o 5 pasos. Guarda el texto: va en la portada del catálogo.</w:t>
      </w:r>
    </w:p>
    <w:p>
      <w:pPr>
        <w:pStyle w:val="ListBullet"/>
      </w:pPr>
      <w:r>
        <w:rPr>
          <w:b w:val="0"/>
        </w:rPr>
        <w:t>Alumnos sin fluidez: les lees cada consigna. Ordenan los pasos de la consigna 3 en tiras antes de numerar.</w:t>
      </w:r>
    </w:p>
    <w:p>
      <w:pPr>
        <w:pStyle w:val="ListBullet"/>
      </w:pPr>
      <w:r>
        <w:rPr>
          <w:b w:val="0"/>
        </w:rPr>
        <w:t>Alumno con TDAH: es el voluntario que actúa. Resuelve la ficha doblada: consignas 1 a 3, te la enseña, y luego 4 a 6.</w:t>
      </w:r>
    </w:p>
    <w:p>
      <w:pPr>
        <w:pStyle w:val="ListBullet"/>
      </w:pPr>
      <w:r>
        <w:rPr>
          <w:b w:val="0"/>
        </w:rPr>
        <w:t>Quienes terminan antes: escriben «Cómo armar un paquete de 10 chicles».</w:t>
      </w:r>
    </w:p>
    <w:p>
      <w:r>
        <w:rPr>
          <w:b/>
        </w:rPr>
        <w:t>Cierre (10 min):</w:t>
      </w:r>
      <w:r>
        <w:rPr>
          <w:b w:val="0"/>
        </w:rPr>
        <w:t xml:space="preserve"> Lean en coro el instructivo del grupo. Pregunta: «¿Qué pasaría si los pasos estuvieran revueltos?».</w:t>
      </w:r>
    </w:p>
    <w:p>
      <w:r>
        <w:rPr>
          <w:b/>
        </w:rPr>
        <w:t>Evidencia:</w:t>
      </w:r>
      <w:r>
        <w:rPr>
          <w:b w:val="0"/>
        </w:rPr>
        <w:t xml:space="preserve"> Ficha 1 e instructivo colectivo.</w:t>
      </w:r>
    </w:p>
    <w:p>
      <w:r>
        <w:rPr>
          <w:b/>
        </w:rPr>
        <w:t>Si no sale:</w:t>
      </w:r>
      <w:r>
        <w:rPr>
          <w:b w:val="0"/>
        </w:rPr>
        <w:t xml:space="preserve"> si no ordenan los pasos, vuelve a actuar con objetos reales y pide que narren con «primero, después, luego, al final».</w:t>
      </w:r>
    </w:p>
    <w:p>
      <w:pPr>
        <w:pStyle w:val="Heading2"/>
      </w:pPr>
      <w:r>
        <w:t>Sesión 5. Viernes 29 de enero: ¿Cuánto es de cambio?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científico; Ética, naturaleza y sociedades.</w:t>
      </w:r>
    </w:p>
    <w:p>
      <w:r>
        <w:rPr>
          <w:b/>
        </w:rPr>
        <w:t>Propósito:</w:t>
      </w:r>
      <w:r>
        <w:rPr>
          <w:b w:val="0"/>
        </w:rPr>
        <w:t xml:space="preserve"> restar precios de dos cifras para dar cambio y acordar reglas de honestidad.</w:t>
      </w:r>
    </w:p>
    <w:p>
      <w:r>
        <w:rPr>
          <w:b/>
        </w:rPr>
        <w:t>Inicio (10 min):</w:t>
      </w:r>
      <w:r>
        <w:rPr>
          <w:b w:val="0"/>
        </w:rPr>
        <w:t xml:space="preserve"> En pantalla: «Pago un jugo de $15 con un billete de $20. ¿Cuánto me regresan?». Escucha sus estrategias: contar de 15 a 20 o quitar 15 a 20.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 w:val="0"/>
        </w:rPr>
        <w:t>(10 min) Modela «cuaderno de $34, pago con $50» de dos maneras:</w:t>
      </w:r>
    </w:p>
    <w:p>
      <w:pPr>
        <w:pStyle w:val="ListBullet"/>
      </w:pPr>
      <w:r>
        <w:rPr>
          <w:b w:val="0"/>
        </w:rPr>
        <w:t>Con dinero: cambia el billete por 5 monedas de $10 y una de $10 por 10 de $1. Luego quita $34. Quedan $16.</w:t>
      </w:r>
    </w:p>
    <w:p>
      <w:pPr>
        <w:pStyle w:val="ListBullet"/>
      </w:pPr>
      <w:r>
        <w:rPr>
          <w:b w:val="0"/>
        </w:rPr>
        <w:t>En recta numérica: de 34 a 40 son 6, de 40 a 50 son 10. El cambio es 16.</w:t>
      </w:r>
    </w:p>
    <w:p>
      <w:pPr>
        <w:pStyle w:val="ListBullet"/>
      </w:pPr>
      <w:r>
        <w:rPr>
          <w:b w:val="0"/>
        </w:rPr>
        <w:t>(20 min) Ficha 3 en parejas. El problema 7 es para quienes terminan; los demás lo hacen en el bloque de práctica.</w:t>
      </w:r>
    </w:p>
    <w:p>
      <w:pPr>
        <w:pStyle w:val="ListBullet"/>
      </w:pPr>
      <w:r>
        <w:rPr>
          <w:b w:val="0"/>
        </w:rPr>
        <w:t>(10 min) De pie, conversen: «¿Qué hacemos si el cajero da cambio de más? ¿Y si alguien se mete en la fila?». Escriban 3 acuerdos en cartulina: contar el cambio frente al cliente, regresar lo que no es tuyo y respetar la fila.</w:t>
      </w:r>
    </w:p>
    <w:p>
      <w:pPr>
        <w:pStyle w:val="ListBullet"/>
      </w:pPr>
      <w:r>
        <w:rPr>
          <w:b w:val="0"/>
        </w:rPr>
        <w:t>Alumnos sin fluidez: el tutor les lee cada problema dos veces y ellos resuelven con dinero de papel.</w:t>
      </w:r>
    </w:p>
    <w:p>
      <w:pPr>
        <w:pStyle w:val="ListBullet"/>
      </w:pPr>
      <w:r>
        <w:rPr>
          <w:b w:val="0"/>
        </w:rPr>
        <w:t>Alumno con TDAH: es el cajero de la demostración. Resuelve primero los problemas 1 a 3 y te los muestra.</w:t>
      </w:r>
    </w:p>
    <w:p>
      <w:pPr>
        <w:pStyle w:val="ListBullet"/>
      </w:pPr>
      <w:r>
        <w:rPr>
          <w:b w:val="0"/>
        </w:rPr>
        <w:t>Quienes terminan antes: inventan el problema 7 y lo intercambian.</w:t>
      </w:r>
    </w:p>
    <w:p>
      <w:r>
        <w:rPr>
          <w:b/>
        </w:rPr>
        <w:t>Cierre (10 min):</w:t>
      </w:r>
      <w:r>
        <w:rPr>
          <w:b w:val="0"/>
        </w:rPr>
        <w:t xml:space="preserve"> Escribe «50 - 34 = 24». Pregunta: «¿Está bien? Compruébenlo contando desde 34». Una pareja explica el error.</w:t>
      </w:r>
    </w:p>
    <w:p>
      <w:r>
        <w:rPr>
          <w:b/>
        </w:rPr>
        <w:t>Evidencia:</w:t>
      </w:r>
      <w:r>
        <w:rPr>
          <w:b w:val="0"/>
        </w:rPr>
        <w:t xml:space="preserve"> Ficha 3 y cartel de acuerdos.</w:t>
      </w:r>
    </w:p>
    <w:p>
      <w:r>
        <w:rPr>
          <w:b/>
        </w:rPr>
        <w:t>Si no sale:</w:t>
      </w:r>
      <w:r>
        <w:rPr>
          <w:b w:val="0"/>
        </w:rPr>
        <w:t xml:space="preserve"> si en cada columna restan el número chico del grande (4 - 0 = 4), quita la operación escrita. Que den el cambio solo con dinero y lo comprueben contando hacia adelante.</w:t>
      </w:r>
    </w:p>
    <w:p>
      <w:pPr>
        <w:pStyle w:val="Heading2"/>
      </w:pPr>
      <w:r>
        <w:t>Sesión 6. Martes 2 de febrero: Paquetes de 2, 5 y 10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científico.</w:t>
      </w:r>
    </w:p>
    <w:p>
      <w:r>
        <w:rPr>
          <w:b/>
        </w:rPr>
        <w:t>Propósito:</w:t>
      </w:r>
      <w:r>
        <w:rPr>
          <w:b w:val="0"/>
        </w:rPr>
        <w:t xml:space="preserve"> calcular cuántos objetos hay en varios paquetes iguales con sumas repetidas.</w:t>
      </w:r>
    </w:p>
    <w:p>
      <w:r>
        <w:rPr>
          <w:b/>
        </w:rPr>
        <w:t>Inicio (10 min):</w:t>
      </w:r>
      <w:r>
        <w:rPr>
          <w:b w:val="0"/>
        </w:rPr>
        <w:t xml:space="preserve"> Devuelve las Fichas 1 y 3 con una nota de mejora por pareja. De pie: conteo de 2 en 2, de 5 en 5 (una mano) y de 10 en 10 (dos manos). Pregunta: «Los chicles vienen en paquetes de 5. Si compro 3 paquetes, ¿cuántos me llevo?».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 w:val="0"/>
        </w:rPr>
        <w:t>(15 min) Cada equipo recibe 50 corcholatas y 10 bolsitas. Arman 4 paquetes de 2, 3 de 5 y 2 de 10. En el cuaderno llenan una tabla con cuatro columnas: paquetes, cuántos tiene cada uno, suma y total (2 + 2 + 2 + 2 = 8).</w:t>
      </w:r>
    </w:p>
    <w:p>
      <w:pPr>
        <w:pStyle w:val="ListBullet"/>
      </w:pPr>
      <w:r>
        <w:rPr>
          <w:b w:val="0"/>
        </w:rPr>
        <w:t>(10 min) Junto a la suma escribe «4 veces 2 = 8». Muestra que también se escribe 4 × 2 = 8, como otra forma de decir lo mismo.</w:t>
      </w:r>
    </w:p>
    <w:p>
      <w:pPr>
        <w:pStyle w:val="ListBullet"/>
      </w:pPr>
      <w:r>
        <w:rPr>
          <w:b w:val="0"/>
        </w:rPr>
        <w:t>(15 min) Completan la tabla de 1 a 10 paquetes de 2 y de 10. Pregunta: «¿Qué notan?».</w:t>
      </w:r>
    </w:p>
    <w:p>
      <w:pPr>
        <w:pStyle w:val="ListBullet"/>
      </w:pPr>
      <w:r>
        <w:rPr>
          <w:b w:val="0"/>
        </w:rPr>
        <w:t>Alumnos sin fluidez: les lees la tabla mientras señalan y dicen los totales en coro.</w:t>
      </w:r>
    </w:p>
    <w:p>
      <w:pPr>
        <w:pStyle w:val="ListBullet"/>
      </w:pPr>
      <w:r>
        <w:rPr>
          <w:b w:val="0"/>
        </w:rPr>
        <w:t>Alumno con TDAH: reparte el material y arma los paquetes de pie.</w:t>
      </w:r>
    </w:p>
    <w:p>
      <w:pPr>
        <w:pStyle w:val="ListBullet"/>
      </w:pPr>
      <w:r>
        <w:rPr>
          <w:b w:val="0"/>
        </w:rPr>
        <w:t>Quienes terminan antes: completan la tabla del 5 y comparan 2 paquetes de 5 con 1 de 10.</w:t>
      </w:r>
    </w:p>
    <w:p>
      <w:r>
        <w:rPr>
          <w:b/>
        </w:rPr>
        <w:t>Cierre (10 min):</w:t>
      </w:r>
      <w:r>
        <w:rPr>
          <w:b w:val="0"/>
        </w:rPr>
        <w:t xml:space="preserve"> Pregunta: «¿Hay lo mismo en 5 paquetes de 2 que en 2 paquetes de 5?». Lo comprueban con las bolsitas.</w:t>
      </w:r>
    </w:p>
    <w:p>
      <w:r>
        <w:rPr>
          <w:b/>
        </w:rPr>
        <w:t>Evidencia:</w:t>
      </w:r>
      <w:r>
        <w:rPr>
          <w:b w:val="0"/>
        </w:rPr>
        <w:t xml:space="preserve"> tabla de paquetes en el cuaderno.</w:t>
      </w:r>
    </w:p>
    <w:p>
      <w:r>
        <w:rPr>
          <w:b/>
        </w:rPr>
        <w:t>Si no sale:</w:t>
      </w:r>
      <w:r>
        <w:rPr>
          <w:b w:val="0"/>
        </w:rPr>
        <w:t xml:space="preserve"> si cuentan objeto por objeto, pide antes que digan el total tocando solo las bolsas: «2, 4, 6, 8». Luego comprueban contando los objetos.</w:t>
      </w:r>
    </w:p>
    <w:p>
      <w:pPr>
        <w:pStyle w:val="Heading2"/>
      </w:pPr>
      <w:r>
        <w:t>Sesión 7. Miércoles 3 de febrero: Acomodamos el anaquel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científico.</w:t>
      </w:r>
    </w:p>
    <w:p>
      <w:r>
        <w:rPr>
          <w:b/>
        </w:rPr>
        <w:t>Propósito:</w:t>
      </w:r>
      <w:r>
        <w:rPr>
          <w:b w:val="0"/>
        </w:rPr>
        <w:t xml:space="preserve"> representar productos en filas iguales y escribir la suma repetida y el total.</w:t>
      </w:r>
    </w:p>
    <w:p>
      <w:r>
        <w:rPr>
          <w:b/>
        </w:rPr>
        <w:t>Inicio (10 min):</w:t>
      </w:r>
      <w:r>
        <w:rPr>
          <w:b w:val="0"/>
        </w:rPr>
        <w:t xml:space="preserve"> Arreglo humano: 10 alumnos forman 2 filas de 5. Pregunta: «¿Cuántos son sin contar uno por uno?». Luego forman 5 filas de 2. Después, 20 alumnos forman 2 filas de 10.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 w:val="0"/>
        </w:rPr>
        <w:t>(10 min) Cada equipo acomoda envases o corcholatas en 4 filas de 5, 3 filas de 2 y 2 filas de 10. Escriben la suma repetida de cada anaquel.</w:t>
      </w:r>
    </w:p>
    <w:p>
      <w:pPr>
        <w:pStyle w:val="ListBullet"/>
      </w:pPr>
      <w:r>
        <w:rPr>
          <w:b w:val="0"/>
        </w:rPr>
        <w:t>(5 min) Proyecta 3 filas de 5 círculos. Pregunta: «¿Cuántas filas hay? ¿Cuántos hay en cada fila? ¿Qué suma escribimos?».</w:t>
      </w:r>
    </w:p>
    <w:p>
      <w:pPr>
        <w:pStyle w:val="ListBullet"/>
      </w:pPr>
      <w:r>
        <w:rPr>
          <w:b w:val="0"/>
        </w:rPr>
        <w:t>(25 min) Ficha 2, individual.</w:t>
      </w:r>
    </w:p>
    <w:p>
      <w:pPr>
        <w:pStyle w:val="ListBullet"/>
      </w:pPr>
      <w:r>
        <w:rPr>
          <w:b w:val="0"/>
        </w:rPr>
        <w:t>Alumnos sin fluidez: les lees las consignas; los números los resuelven solos.</w:t>
      </w:r>
    </w:p>
    <w:p>
      <w:pPr>
        <w:pStyle w:val="ListBullet"/>
      </w:pPr>
      <w:r>
        <w:rPr>
          <w:b w:val="0"/>
        </w:rPr>
        <w:t>Alumno con TDAH: participa en el arreglo humano. Resuelve la ficha en dos partes (1 a 3 y 4 a 6), con una pausa para llevarte su hoja.</w:t>
      </w:r>
    </w:p>
    <w:p>
      <w:pPr>
        <w:pStyle w:val="ListBullet"/>
      </w:pPr>
      <w:r>
        <w:rPr>
          <w:b w:val="0"/>
        </w:rPr>
        <w:t>Quienes terminan antes: dibujan un anaquel de 10 filas de 5 y escriben el total.</w:t>
      </w:r>
    </w:p>
    <w:p>
      <w:r>
        <w:rPr>
          <w:b/>
        </w:rPr>
        <w:t>Cierre (10 min):</w:t>
      </w:r>
      <w:r>
        <w:rPr>
          <w:b w:val="0"/>
        </w:rPr>
        <w:t xml:space="preserve"> Pregunta: «¿Cómo saben cuántas latas hay sin contarlas una por una?».</w:t>
      </w:r>
    </w:p>
    <w:p>
      <w:r>
        <w:rPr>
          <w:b/>
        </w:rPr>
        <w:t>Evidencia:</w:t>
      </w:r>
      <w:r>
        <w:rPr>
          <w:b w:val="0"/>
        </w:rPr>
        <w:t xml:space="preserve"> Ficha 2.</w:t>
      </w:r>
    </w:p>
    <w:p>
      <w:r>
        <w:rPr>
          <w:b/>
        </w:rPr>
        <w:t>Si no sale:</w:t>
      </w:r>
      <w:r>
        <w:rPr>
          <w:b w:val="0"/>
        </w:rPr>
        <w:t xml:space="preserve"> si suman filas más columnas (3 + 5 = 8), regresa al arreglo humano. Cuenten fila por fila diciendo el total que va: «5, 10, 15».</w:t>
      </w:r>
    </w:p>
    <w:p>
      <w:pPr>
        <w:pStyle w:val="Heading2"/>
      </w:pPr>
      <w:r>
        <w:t>Sesión 8. Jueves 4 de febrero: Ofertas por paquete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científico; Ética, naturaleza y sociedades;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calcular el precio de un paquete y cuánto se ahorra, y decidir si conviene comprarlo.</w:t>
      </w:r>
    </w:p>
    <w:p>
      <w:r>
        <w:rPr>
          <w:b/>
        </w:rPr>
        <w:t>Inicio (10 min):</w:t>
      </w:r>
      <w:r>
        <w:rPr>
          <w:b w:val="0"/>
        </w:rPr>
        <w:t xml:space="preserve"> Proyecta «OFERTA: 5 paletas por $8». Pregunta: «Si cada paleta cuesta $2, ¿cuánto pago sin oferta?». Escriban 2 + 2 + 2 + 2 + 2 = 10. Con oferta pago 8. Ahorro: 10 - 8 = 2.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 w:val="0"/>
        </w:rPr>
        <w:t>(15 min) En parejas analizan 3 ofertas:</w:t>
      </w:r>
    </w:p>
    <w:p>
      <w:pPr>
        <w:pStyle w:val="ListBullet"/>
      </w:pPr>
      <w:r>
        <w:rPr>
          <w:b w:val="0"/>
        </w:rPr>
        <w:t>«2 manzanas por $8»: normal $10, ahorro $2.</w:t>
      </w:r>
    </w:p>
    <w:p>
      <w:pPr>
        <w:pStyle w:val="ListBullet"/>
      </w:pPr>
      <w:r>
        <w:rPr>
          <w:b w:val="0"/>
        </w:rPr>
        <w:t>«10 paletas por $15»: normal $20, ahorro $5.</w:t>
      </w:r>
    </w:p>
    <w:p>
      <w:pPr>
        <w:pStyle w:val="ListBullet"/>
      </w:pPr>
      <w:r>
        <w:rPr>
          <w:b w:val="0"/>
        </w:rPr>
        <w:t>«5 aguas por $45»: normal $50, ahorro $5.</w:t>
      </w:r>
    </w:p>
    <w:p>
      <w:pPr>
        <w:pStyle w:val="ListBullet"/>
      </w:pPr>
      <w:r>
        <w:rPr>
          <w:b w:val="0"/>
        </w:rPr>
        <w:t>(10 min) Conversación: «¿Siempre conviene el paquete?». Lleguen a esta idea: no conviene si no lo necesito, si se echa a perder o si deja mucha basura. Acuerdo: compramos lo necesario y preferimos menos empaque.</w:t>
      </w:r>
    </w:p>
    <w:p>
      <w:pPr>
        <w:pStyle w:val="ListBullet"/>
      </w:pPr>
      <w:r>
        <w:rPr>
          <w:b w:val="0"/>
        </w:rPr>
        <w:t>(15 min) Cada equipo elige 2 productos y diseña en borrador una oferta por paquete de 2, 5 o 10. Anota el producto, el precio por pieza, el precio normal con suma repetida, el precio de oferta y el ahorro. Por lo menos un producto es saludable.</w:t>
      </w:r>
    </w:p>
    <w:p>
      <w:pPr>
        <w:pStyle w:val="ListBullet"/>
      </w:pPr>
      <w:r>
        <w:rPr>
          <w:b w:val="0"/>
        </w:rPr>
        <w:t>Alumnos sin fluidez: leen contigo en coro las ofertas. Explícales que «por» quiere decir «todo junto cuesta».</w:t>
      </w:r>
    </w:p>
    <w:p>
      <w:pPr>
        <w:pStyle w:val="ListBullet"/>
      </w:pPr>
      <w:r>
        <w:rPr>
          <w:b w:val="0"/>
        </w:rPr>
        <w:t>Alumno con TDAH: es el cronometrista del equipo y llena una tarjeta de 4 casillas: pieza, normal, oferta, ahorro.</w:t>
      </w:r>
    </w:p>
    <w:p>
      <w:pPr>
        <w:pStyle w:val="ListBullet"/>
      </w:pPr>
      <w:r>
        <w:rPr>
          <w:b w:val="0"/>
        </w:rPr>
        <w:t>Quienes terminan antes: diseñan una oferta «paga 4, llévate 5».</w:t>
      </w:r>
    </w:p>
    <w:p>
      <w:r>
        <w:rPr>
          <w:b/>
        </w:rPr>
        <w:t>Cierre (10 min):</w:t>
      </w:r>
      <w:r>
        <w:rPr>
          <w:b w:val="0"/>
        </w:rPr>
        <w:t xml:space="preserve"> Cada equipo lee su oferta y el grupo comprueba el ahorro.</w:t>
      </w:r>
    </w:p>
    <w:p>
      <w:r>
        <w:rPr>
          <w:b/>
        </w:rPr>
        <w:t>Evidencia:</w:t>
      </w:r>
      <w:r>
        <w:rPr>
          <w:b w:val="0"/>
        </w:rPr>
        <w:t xml:space="preserve"> 7 borradores con 2 ofertas cada uno.</w:t>
      </w:r>
    </w:p>
    <w:p>
      <w:r>
        <w:rPr>
          <w:b/>
        </w:rPr>
        <w:t>Si no sale:</w:t>
      </w:r>
      <w:r>
        <w:rPr>
          <w:b w:val="0"/>
        </w:rPr>
        <w:t xml:space="preserve"> si no entienden el ahorro, pon dos montones de dinero: el precio normal y el precio de oferta. Pregunta: «¿Cuánto le falta al montón chico para ser igual al grande?».</w:t>
      </w:r>
    </w:p>
    <w:p>
      <w:r>
        <w:rPr>
          <w:b w:val="0"/>
        </w:rPr>
        <w:t>A las 9:45 aplica la Parte A del examen (Saberes, reactivos 1 a 7, 25 min).</w:t>
      </w:r>
    </w:p>
    <w:p>
      <w:pPr>
        <w:pStyle w:val="Heading2"/>
      </w:pPr>
      <w:r>
        <w:t>Sesión 9. Viernes 5 de febrero, 8:15: Armamos el catálogo</w:t>
      </w:r>
    </w:p>
    <w:p>
      <w:r>
        <w:rPr>
          <w:b/>
        </w:rPr>
        <w:t>Campos:</w:t>
      </w:r>
      <w:r>
        <w:rPr>
          <w:b w:val="0"/>
        </w:rPr>
        <w:t xml:space="preserve"> Lenguajes; Saberes y pensamiento científico;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escribir las páginas del catálogo con producto, precio y oferta por paquete.</w:t>
      </w:r>
    </w:p>
    <w:p>
      <w:r>
        <w:rPr>
          <w:b/>
        </w:rPr>
        <w:t>Inicio (10 min):</w:t>
      </w:r>
      <w:r>
        <w:rPr>
          <w:b w:val="0"/>
        </w:rPr>
        <w:t xml:space="preserve"> Proyecta una página modelo con nombre del producto, recuadro para dibujo, precio por pieza, oferta, suma del precio normal y «Ahorras $2». Lee la rúbrica del catálogo para que sepan qué vas a revisar.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 w:val="0"/>
        </w:rPr>
        <w:t>Cada equipo reparte 4 roles: escritor, dibujante, calculista (escribe la suma y el ahorro) y revisor (compara con el borrador). Hacen 2 páginas en hojas blancas.</w:t>
      </w:r>
    </w:p>
    <w:p>
      <w:pPr>
        <w:pStyle w:val="ListBullet"/>
      </w:pPr>
      <w:r>
        <w:rPr>
          <w:b w:val="0"/>
        </w:rPr>
        <w:t>El equipo 1 pasa en limpio, además, la portada con el instructivo. El equipo 2 hace la última página: una lista de compras de ejemplo con su total.</w:t>
      </w:r>
    </w:p>
    <w:p>
      <w:pPr>
        <w:pStyle w:val="ListBullet"/>
      </w:pPr>
      <w:r>
        <w:rPr>
          <w:b w:val="0"/>
        </w:rPr>
        <w:t>Tú rotas 5 minutos por mesa con la rúbrica.</w:t>
      </w:r>
    </w:p>
    <w:p>
      <w:pPr>
        <w:pStyle w:val="ListBullet"/>
      </w:pPr>
      <w:r>
        <w:rPr>
          <w:b w:val="0"/>
        </w:rPr>
        <w:t>Alumnos sin fluidez: toman el rol de dibujante o de calculista y copian el nombre del producto de su tarjeta-palabra.</w:t>
      </w:r>
    </w:p>
    <w:p>
      <w:pPr>
        <w:pStyle w:val="ListBullet"/>
      </w:pPr>
      <w:r>
        <w:rPr>
          <w:b w:val="0"/>
        </w:rPr>
        <w:t>Alumno con TDAH: rol de calculista, con una tira de los 4 pasos de la página en su mesa.</w:t>
      </w:r>
    </w:p>
    <w:p>
      <w:pPr>
        <w:pStyle w:val="ListBullet"/>
      </w:pPr>
      <w:r>
        <w:rPr>
          <w:b w:val="0"/>
        </w:rPr>
        <w:t>Quienes terminan antes: agregan «Si compras 2 paquetes pagas...».</w:t>
      </w:r>
    </w:p>
    <w:p>
      <w:r>
        <w:rPr>
          <w:b/>
        </w:rPr>
        <w:t>Cierre (10 min):</w:t>
      </w:r>
      <w:r>
        <w:rPr>
          <w:b w:val="0"/>
        </w:rPr>
        <w:t xml:space="preserve"> Revisión cruzada con 3 preguntas en pantalla: ¿se lee el precio?, ¿está bien la suma de la oferta?, ¿dice cuánto ahorras? Corrigen y tú engrapas el catálogo.</w:t>
      </w:r>
    </w:p>
    <w:p>
      <w:r>
        <w:rPr>
          <w:b/>
        </w:rPr>
        <w:t>Evidencia:</w:t>
      </w:r>
      <w:r>
        <w:rPr>
          <w:b w:val="0"/>
        </w:rPr>
        <w:t xml:space="preserve"> catálogo engrapado.</w:t>
      </w:r>
    </w:p>
    <w:p>
      <w:r>
        <w:rPr>
          <w:b/>
        </w:rPr>
        <w:t>Si no sale:</w:t>
      </w:r>
      <w:r>
        <w:rPr>
          <w:b w:val="0"/>
        </w:rPr>
        <w:t xml:space="preserve"> si un equipo no alcanza, entrega una página completa. Su otra oferta va como renglón en la última página.</w:t>
      </w:r>
    </w:p>
    <w:p>
      <w:r>
        <w:rPr>
          <w:b w:val="0"/>
        </w:rPr>
        <w:t>A las 9:45 aplica la Parte B del examen (reactivos 8 a 16, 25 min).</w:t>
      </w:r>
    </w:p>
    <w:p>
      <w:pPr>
        <w:pStyle w:val="Heading2"/>
      </w:pPr>
      <w:r>
        <w:t>Sesión 10. Viernes 5 de febrero, 11:00: Feria de la tiendita</w:t>
      </w:r>
    </w:p>
    <w:p>
      <w:r>
        <w:rPr>
          <w:b/>
        </w:rPr>
        <w:t>Campos:</w:t>
      </w:r>
      <w:r>
        <w:rPr>
          <w:b w:val="0"/>
        </w:rPr>
        <w:t xml:space="preserve"> De lo humano y lo comunitario; Ética, naturaleza y sociedades; Saberes y pensamiento científico; Lenguajes.</w:t>
      </w:r>
    </w:p>
    <w:p>
      <w:r>
        <w:rPr>
          <w:b/>
        </w:rPr>
        <w:t>Propósito:</w:t>
      </w:r>
      <w:r>
        <w:rPr>
          <w:b w:val="0"/>
        </w:rPr>
        <w:t xml:space="preserve"> usar el catálogo para comprar y vender con lista, dinero de papel y acuerdos.</w:t>
      </w:r>
    </w:p>
    <w:p>
      <w:r>
        <w:rPr>
          <w:b/>
        </w:rPr>
        <w:t>Inicio (10 min):</w:t>
      </w:r>
      <w:r>
        <w:rPr>
          <w:b w:val="0"/>
        </w:rPr>
        <w:t xml:space="preserve"> Lean en coro el instructivo de la portada y los acuerdos. Proyecta los precios y ofertas del catálogo. Cada alumno escribe una lista de 3 productos que no pase de $50 y anota el total.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 w:val="0"/>
        </w:rPr>
        <w:t>Turno 1 (20 min): los equipos 1 a 4 atienden 4 puestos. Los equipos 5 a 7 compran en parejas, con $50 por pareja.</w:t>
      </w:r>
    </w:p>
    <w:p>
      <w:pPr>
        <w:pStyle w:val="ListBullet"/>
      </w:pPr>
      <w:r>
        <w:rPr>
          <w:b w:val="0"/>
        </w:rPr>
        <w:t>Turno 2 (20 min): los equipos 5 a 7 atienden 3 puestos y los equipos 1 a 4 compran.</w:t>
      </w:r>
    </w:p>
    <w:p>
      <w:pPr>
        <w:pStyle w:val="ListBullet"/>
      </w:pPr>
      <w:r>
        <w:rPr>
          <w:b w:val="0"/>
        </w:rPr>
        <w:t>El catálogo queda en la mesa de entrada para consultarlo.</w:t>
      </w:r>
    </w:p>
    <w:p>
      <w:pPr>
        <w:pStyle w:val="ListBullet"/>
      </w:pPr>
      <w:r>
        <w:rPr>
          <w:b w:val="0"/>
        </w:rPr>
        <w:t>Tú observas con la lista de cotejo a 7 alumnos, uno por equipo.</w:t>
      </w:r>
    </w:p>
    <w:p>
      <w:pPr>
        <w:pStyle w:val="ListBullet"/>
      </w:pPr>
      <w:r>
        <w:rPr>
          <w:b w:val="0"/>
        </w:rPr>
        <w:t>Alumnos sin fluidez: compran con su tutor y leen su lista al cajero.</w:t>
      </w:r>
    </w:p>
    <w:p>
      <w:pPr>
        <w:pStyle w:val="ListBullet"/>
      </w:pPr>
      <w:r>
        <w:rPr>
          <w:b w:val="0"/>
        </w:rPr>
        <w:t>Alumno con TDAH: es cajero en su turno de vendedor. En su turno de comprador lleva su lista en una tira de 3 renglones.</w:t>
      </w:r>
    </w:p>
    <w:p>
      <w:r>
        <w:rPr>
          <w:b/>
        </w:rPr>
        <w:t>Cierre (10 min):</w:t>
      </w:r>
      <w:r>
        <w:rPr>
          <w:b w:val="0"/>
        </w:rPr>
        <w:t xml:space="preserve"> Cada comprador revisa si le alcanzó y si le dieron bien el cambio. Autoevaluación en el cuaderno: ☐ Usé mi lista. ☐ Sumé y revisé mi cambio. ☐ Respeté turnos y acuerdos. El catálogo se queda en la biblioteca de aula.</w:t>
      </w:r>
    </w:p>
    <w:p>
      <w:r>
        <w:rPr>
          <w:b/>
        </w:rPr>
        <w:t>Evidencia:</w:t>
      </w:r>
      <w:r>
        <w:rPr>
          <w:b w:val="0"/>
        </w:rPr>
        <w:t xml:space="preserve"> lista con total y cambio; registro de observación.</w:t>
      </w:r>
    </w:p>
    <w:p>
      <w:r>
        <w:rPr>
          <w:b/>
        </w:rPr>
        <w:t>Si no sale:</w:t>
      </w:r>
      <w:r>
        <w:rPr>
          <w:b w:val="0"/>
        </w:rPr>
        <w:t xml:space="preserve"> si sube el ruido, todos se quedan congelados y cuentan de 10 en 10 hasta 100 en voz baja. Retoman con un puesto abierto a la vez.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Tu grupo es solo de 2°; la diferenciación es por necesidades dentro del grado.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Todo el grupo (2°)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4 alumnos sin fluidez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Alumno con TDAH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Quienes ya lo dominan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Listas (S1 y S2)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Dictan la lista colectiva; escriben una lista en parejas con 3 reglas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Banco de tarjetas-palabra; leen su lista dos veces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Señalador; renglones numerados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Agregan precios y total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Suma (S3)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Pagan 2 productos y registran la suma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El tutor lee; ellos cuentan y escriben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Primer cajero; avisa turnos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Compran 3 productos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Instructivo (S4)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1 y escritura colectiva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Les lees consignas; tiras para ordenar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Actúa el instructivo; ficha en dos partes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otro instructivo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Cambio (S5)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3 y acuerdos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Problemas leídos dos veces; dinero de papel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Cajero de la demostración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Inventan un problema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Paquetes y arreglos (S6 y S7)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Paquetes, tablas del 2 y del 10, Ficha 2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Totales en coro; consignas leídas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Reparte material; ficha en dos partes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Tabla del 5; anaquel de 10 filas de 5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Ofertas (S8)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Analizan 3 ofertas y diseñan 2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Leen en coro; «por» es «todo junto cuesta»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Cronometrista; tarjeta de 4 casillas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«Paga 4, llévate 5»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Catálogo y feria (S9 y S10)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Páginas por roles; compra y venta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Dibujante o calculista; compran con tutor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Calculista y cajero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«Si compras 2 paquetes pagas...»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Lista de cotejo del periodo.</w:t>
      </w:r>
      <w:r>
        <w:rPr>
          <w:b w:val="0"/>
        </w:rPr>
        <w:t xml:space="preserve"> Cópiala con los 28 nombres. Observa a 7 alumnos por sesión, uno por equipo, para registrar a cada uno al menos dos veces.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 (PDA)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Sesiones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 (L)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 (EP)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No logrado (NL)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 listas de compras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1, 2, 10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Un producto por renglón, con cantidad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Sin cantidad o todo junto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Copia sin orden o solo dibuja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Lee y ordena un instructivo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4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Dice para qué sirve, nombra las partes y ordena los pasos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Ordena con ayuda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No identifica su función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Suma precios de dos cifras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3, 5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Junta decenas y unidades, y reagrupa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Suma sin reagrupar o solo con dinero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Cuenta de uno en uno y se pierde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Resta para dar cambio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5, 10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Resuelve y comprueba contando hacia adelante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Resuelve solo con dinero de papel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No logra dar cambio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Suma repetida y arreglos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6, 7, 8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 la suma repetida y el total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Cuenta uno por uno, pero llega al total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Suma filas más columnas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Consumo responsable y acuerdos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5, 8, 10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Explica cuándo conviene una oferta y respeta los acuerdos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Respeta los acuerdos con recordatorios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No respeta los acuerdos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Colaboración y alimentación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2, 9, 10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Cumple su rol y elige productos saludables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Cumple su rol con ayuda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No participa</w:t>
            </w:r>
          </w:p>
        </w:tc>
      </w:tr>
    </w:tbl>
    <w:p/>
    <w:p>
      <w:r>
        <w:rPr>
          <w:b/>
        </w:rPr>
        <w:t>Rúbrica del catálogo (por equipo).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No logrado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Precio por pieza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Claro y correcto en las 2 páginas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Falta en una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Falta en las dos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Oferta por paquete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Suma repetida correcta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 un error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Sin oferta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Ahorro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Resta correcta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 error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aparece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Escritura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Se lee; nombres completos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Algunas palabras no se entienden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se lee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Trabajo en equipo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Los 4 cumplen su rol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Un rol lo hizo otro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Uno solo hizo todo</w:t>
            </w:r>
          </w:p>
        </w:tc>
      </w:tr>
    </w:tbl>
    <w:p/>
    <w:p>
      <w:r>
        <w:rPr>
          <w:b/>
        </w:rPr>
        <w:t>Otros instrumentos:</w:t>
      </w:r>
    </w:p>
    <w:p>
      <w:pPr>
        <w:pStyle w:val="ListBullet"/>
      </w:pPr>
      <w:r>
        <w:rPr>
          <w:b w:val="0"/>
        </w:rPr>
        <w:t>Me evalúo al final de cada ficha.</w:t>
      </w:r>
    </w:p>
    <w:p>
      <w:pPr>
        <w:pStyle w:val="ListBullet"/>
      </w:pPr>
      <w:r>
        <w:rPr>
          <w:b w:val="0"/>
        </w:rPr>
        <w:t>Coevaluación en la revisión cruzada de la sesión 9.</w:t>
      </w:r>
    </w:p>
    <w:p>
      <w:pPr>
        <w:pStyle w:val="ListBullet"/>
      </w:pPr>
      <w:r>
        <w:rPr>
          <w:b w:val="0"/>
        </w:rPr>
        <w:t>Autoevaluación en la feria.</w:t>
      </w:r>
    </w:p>
    <w:p>
      <w:pPr>
        <w:pStyle w:val="ListBullet"/>
      </w:pPr>
      <w:r>
        <w:rPr>
          <w:b w:val="0"/>
        </w:rPr>
        <w:t>Examen de 20 puntos en dos partes (jueves 4 y viernes 5).</w:t>
      </w:r>
    </w:p>
    <w:p>
      <w:pPr>
        <w:pStyle w:val="ListBullet"/>
      </w:pPr>
      <w:r>
        <w:rPr>
          <w:b w:val="0"/>
        </w:rPr>
        <w:t>Retroalimentación: devuelve las Fichas 1 y 3 el martes 2 y la Ficha 2 el viernes 5, con una sola nota de mejora.</w:t>
      </w:r>
    </w:p>
    <w:p>
      <w:pPr>
        <w:pStyle w:val="Heading1"/>
      </w:pPr>
      <w:r>
        <w:t>Materiales</w:t>
      </w:r>
    </w:p>
    <w:p>
      <w:pPr>
        <w:pStyle w:val="ListBullet"/>
      </w:pPr>
      <w:r>
        <w:rPr>
          <w:b w:val="0"/>
        </w:rPr>
        <w:t>Pantalla y computadora: listas, instructivo, precios, ofertas, arreglos y temporizador.</w:t>
      </w:r>
    </w:p>
    <w:p>
      <w:pPr>
        <w:pStyle w:val="ListBullet"/>
      </w:pPr>
      <w:r>
        <w:rPr>
          <w:b w:val="0"/>
        </w:rPr>
        <w:t>Envases vacíos y limpios: 2 por alumno.</w:t>
      </w:r>
    </w:p>
    <w:p>
      <w:pPr>
        <w:pStyle w:val="ListBullet"/>
      </w:pPr>
      <w:r>
        <w:rPr>
          <w:b w:val="0"/>
        </w:rPr>
        <w:t>Dinero de papel: dibuja una hoja con 20 monedas de $1, 10 monedas de $10, 2 billetes de $20 y 2 billetes de $50. Sácale 7 copias, una por equipo.</w:t>
      </w:r>
    </w:p>
    <w:p>
      <w:pPr>
        <w:pStyle w:val="ListBullet"/>
      </w:pPr>
      <w:r>
        <w:rPr>
          <w:b w:val="0"/>
        </w:rPr>
        <w:t>350 corcholatas o frijoles (50 por equipo) y 70 bolsitas o sobres (10 por equipo).</w:t>
      </w:r>
    </w:p>
    <w:p>
      <w:pPr>
        <w:pStyle w:val="ListBullet"/>
      </w:pPr>
      <w:r>
        <w:rPr>
          <w:b w:val="0"/>
        </w:rPr>
        <w:t>Tarjetas-palabra hechas a mano: paleta, manzana, pan, agua, galletas, jugo, pelota, cuaderno, precio, paquete, oferta, cambio, total, veces.</w:t>
      </w:r>
    </w:p>
    <w:p>
      <w:pPr>
        <w:pStyle w:val="ListBullet"/>
      </w:pPr>
      <w:r>
        <w:rPr>
          <w:b w:val="0"/>
        </w:rPr>
        <w:t>2 cartulinas, papel bond, 20 hojas blancas, engrapadora, regla y tiras de papel.</w:t>
      </w:r>
    </w:p>
    <w:p>
      <w:r>
        <w:rPr>
          <w:b/>
        </w:rPr>
        <w:t>Presupuesto de copias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Material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Copias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Uso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Ficha 1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14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Una por pareja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Ficha 3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14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Una por pareja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Ficha 2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28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Individual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Dinero de papel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7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Una por equipo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Examen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28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Individual, a doble cara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Total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91</w:t>
            </w:r>
          </w:p>
        </w:tc>
        <w:tc>
          <w:tcPr>
            <w:tcW w:type="dxa" w:w="3324"/>
          </w:tcPr>
          <w:p>
            <w:r/>
          </w:p>
          <w:p/>
        </w:tc>
      </w:tr>
    </w:tbl>
    <w:p/>
    <w:p>
      <w:r>
        <w:rPr>
          <w:b w:val="0"/>
        </w:rPr>
        <w:t>Si no te alcanzan, proyecta la Ficha 1 o la Ficha 3 y que respondan en el cuaderno. La Ficha 2 y el examen sí van individuales.</w:t>
      </w:r>
    </w:p>
    <w:p>
      <w:pPr>
        <w:pStyle w:val="Heading1"/>
      </w:pPr>
      <w:r>
        <w:t>Adecuaciones</w:t>
      </w:r>
    </w:p>
    <w:p>
      <w:r>
        <w:rPr>
          <w:b/>
        </w:rPr>
        <w:t>Cuatro alumnos sin fluidez lectora</w:t>
      </w:r>
    </w:p>
    <w:p>
      <w:pPr>
        <w:pStyle w:val="ListBullet"/>
      </w:pPr>
      <w:r>
        <w:rPr>
          <w:b w:val="0"/>
        </w:rPr>
        <w:t>Cada uno está en un equipo distinto con un tutor lector. Cambia de tutor el martes 2 si el tutor le resuelve todo.</w:t>
      </w:r>
    </w:p>
    <w:p>
      <w:pPr>
        <w:pStyle w:val="ListBullet"/>
      </w:pPr>
      <w:r>
        <w:rPr>
          <w:b w:val="0"/>
        </w:rPr>
        <w:t>Trabajan contigo 30 minutos diarios con los textos del proyecto. La secuencia es: tú lees, luego leen en coro, luego en eco y al final cada uno solo.</w:t>
      </w:r>
    </w:p>
    <w:p>
      <w:pPr>
        <w:pStyle w:val="ListBullet"/>
      </w:pPr>
      <w:r>
        <w:rPr>
          <w:b w:val="0"/>
        </w:rPr>
        <w:t>Los viernes 29 y 5, mide cuántas palabras del instructivo leen en un minuto y anótalo.</w:t>
      </w:r>
    </w:p>
    <w:p>
      <w:pPr>
        <w:pStyle w:val="ListBullet"/>
      </w:pPr>
      <w:r>
        <w:rPr>
          <w:b w:val="0"/>
        </w:rPr>
        <w:t>En matemáticas evalúas el cálculo, no la lectura: tú o el tutor leen las consignas y los problemas.</w:t>
      </w:r>
    </w:p>
    <w:p>
      <w:pPr>
        <w:pStyle w:val="ListBullet"/>
      </w:pPr>
      <w:r>
        <w:rPr>
          <w:b w:val="0"/>
        </w:rPr>
        <w:t>Tienen el banco de tarjetas-palabra siempre en su mesa. En el examen les lees los textos y las opciones.</w:t>
      </w:r>
    </w:p>
    <w:p>
      <w:r>
        <w:rPr>
          <w:b/>
        </w:rPr>
        <w:t>Alumno con TDAH</w:t>
      </w:r>
    </w:p>
    <w:p>
      <w:pPr>
        <w:pStyle w:val="ListBullet"/>
      </w:pPr>
      <w:r>
        <w:rPr>
          <w:b w:val="0"/>
        </w:rPr>
        <w:t>Su lugar está cerca de ti, lejos de la puerta y la ventana.</w:t>
      </w:r>
    </w:p>
    <w:p>
      <w:pPr>
        <w:pStyle w:val="ListBullet"/>
      </w:pPr>
      <w:r>
        <w:rPr>
          <w:b w:val="0"/>
        </w:rPr>
        <w:t>Tiene un rol con movimiento en cada sesión: señalador, cajero, repartidor o cronometrista.</w:t>
      </w:r>
    </w:p>
    <w:p>
      <w:pPr>
        <w:pStyle w:val="ListBullet"/>
      </w:pPr>
      <w:r>
        <w:rPr>
          <w:b w:val="0"/>
        </w:rPr>
        <w:t>Recibe una consigna a la vez. Sus fichas van dobladas en dos partes y te enseña cada parte al terminarla.</w:t>
      </w:r>
    </w:p>
    <w:p>
      <w:pPr>
        <w:pStyle w:val="ListBullet"/>
      </w:pPr>
      <w:r>
        <w:rPr>
          <w:b w:val="0"/>
        </w:rPr>
        <w:t>El temporizador está siempre visible. Avísale 2 minutos antes de cambiar de actividad.</w:t>
      </w:r>
    </w:p>
    <w:p>
      <w:pPr>
        <w:pStyle w:val="ListBullet"/>
      </w:pPr>
      <w:r>
        <w:rPr>
          <w:b w:val="0"/>
        </w:rPr>
        <w:t>Tiene una pausa de movimiento cada 15 minutos; llevarte su hoja cuenta como pausa.</w:t>
      </w:r>
    </w:p>
    <w:p>
      <w:pPr>
        <w:pStyle w:val="ListBullet"/>
      </w:pPr>
      <w:r>
        <w:rPr>
          <w:b w:val="0"/>
        </w:rPr>
        <w:t>Reconoce en voz alta y en el momento lo que hace bien.</w:t>
      </w:r>
    </w:p>
    <w:p>
      <w:pPr>
        <w:pStyle w:val="ListBullet"/>
      </w:pPr>
      <w:r>
        <w:rPr>
          <w:b w:val="0"/>
        </w:rPr>
        <w:t>Su examen va en dos partes y puede levantarse una vez en cada parte.</w:t>
      </w:r>
    </w:p>
    <w:p>
      <w:r>
        <w:rPr>
          <w:b/>
        </w:rPr>
        <w:t>Quienes ya lo dominan</w:t>
      </w:r>
    </w:p>
    <w:p>
      <w:pPr>
        <w:pStyle w:val="ListBullet"/>
      </w:pPr>
      <w:r>
        <w:rPr>
          <w:b w:val="0"/>
        </w:rPr>
        <w:t>Compran 3 productos, completan la tabla del 5, inventan problemas y diseñan ofertas «paga 4, llévate 5».</w:t>
      </w:r>
    </w:p>
    <w:p>
      <w:pPr>
        <w:pStyle w:val="ListBullet"/>
      </w:pPr>
      <w:r>
        <w:rPr>
          <w:b w:val="0"/>
        </w:rPr>
        <w:t>Desde la sesión 3 son tutores de suma en su equipo: explican, no resuelven por el compañero.</w:t>
      </w:r>
    </w:p>
    <w:p/>
    <w:p>
      <w:r>
        <w:rPr>
          <w:sz w:val="16"/>
        </w:rPr>
        <w:t>Material gratuito de Didaula · https://didaula.com/planeaciones/2-grado/2-grado-la-tiendita-y-las-tablas-iniciales/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