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Comemos bien, crecemos sanos: el recetario saludable de 3°</w:t>
      </w:r>
    </w:p>
    <w:p>
      <w:r>
        <w:t>Planeación · 3° de primaria (fase 4 de la NEM) · Lenguajes, Saberes y pensamiento científico, Ética, naturaleza y sociedades, De lo humano y lo comunitario</w:t>
      </w:r>
    </w:p>
    <w:p>
      <w:r>
        <w:t>Escuela: ____________________________   Docente: ____________________________   Ciclo: 2026-2027</w:t>
      </w:r>
    </w:p>
    <w:p>
      <w:r>
        <w:rPr>
          <w:b/>
        </w:rPr>
        <w:t>Contenido:</w:t>
      </w:r>
      <w:r>
        <w:rPr>
          <w:b w:val="0"/>
        </w:rPr>
        <w:t xml:space="preserve"> Lenguajes: comprensión y producción de textos instructivos (la receta). Saberes y pensamiento científico: estructura y funcionamiento del cuerpo humano (sistemas digestivo y locomotor) y prácticas para su cuidado; alimentación saludable con base en el plato del bien comer; multiplicación con números naturales. Ética, naturaleza y sociedades: alimentos y platillos de la familia y la comunidad, y consumo responsable. De lo humano y lo comunitario: hábitos de higiene, alimentación y actividad física que favorecen la salud.</w:t>
      </w:r>
    </w:p>
    <w:p>
      <w:r>
        <w:rPr>
          <w:b/>
        </w:rPr>
        <w:t>PDA:</w:t>
      </w:r>
      <w:r>
        <w:rPr>
          <w:b w:val="0"/>
        </w:rPr>
        <w:t xml:space="preserve"> Lenguajes: lee, sigue y escribe textos instructivos; identifica su propósito y sus partes (título, ingredientes o materiales, procedimiento), los verbos que indican acción y los números que ordenan los pasos. Saberes y pensamiento científico: describe la estructura y la función general de los sistemas digestivo y locomotor y propone prácticas para su cuidado; clasifica alimentos con base en el plato del bien comer y explica por qué conviene combinar los grupos y beber agua simple; resuelve problemas de su contexto que implican multiplicar números naturales (hasta dos cifras por una cifra) con sumas repetidas, arreglos rectangulares y las tablas. Ética, naturaleza y sociedades: reconoce los platillos de su familia y su comunidad y valora prácticas de consumo responsable que cuidan su salud y el ambiente. De lo humano y lo comunitario: reconoce hábitos de higiene, alimentación y actividad física que favorecen su salud y participa en acciones colaborativas para promoverlos en la comunidad escolar.</w:t>
      </w:r>
    </w:p>
    <w:p>
      <w:r>
        <w:t>Proyecto de dos semanas, del 11 al 22 de enero de 2027, para 30 alumnos de 3°. Los alumnos estudian los sistemas digestivo y locomotor y su cuidado, clasifican alimentos con el plato del bien comer, leen y escriben recetas como textos instructivos y multiplican para calcular porciones. Cierra con el recetario saludable del grupo (6 recetas, una por equipo, basadas en platillos de las familias) y un cartel grupal del plato del bien comer. Incluye 15 minutos diarios de lectura repetida para los cinco alumnos que leen por debajo de 60 palabras por minuto.</w:t>
      </w:r>
    </w:p>
    <w:p>
      <w:pPr>
        <w:pStyle w:val="Heading1"/>
      </w:pPr>
      <w:r>
        <w:t>Qué vas a lograr en estas dos semanas (11 al 22 de enero de 2027)</w:t>
      </w:r>
    </w:p>
    <w:p>
      <w:r>
        <w:rPr>
          <w:b w:val="0"/>
        </w:rPr>
        <w:t>Tus 30 alumnos de 3° van a explicar qué le pasa a la comida dentro del cuerpo y cómo se mueven gracias a los huesos, los músculos y las articulaciones. También van a clasificar lo que comen con el plato del bien comer, a leer y escribir recetas como textos instructivos y a multiplicar para calcular porciones. Al final entregan dos productos:</w:t>
      </w:r>
    </w:p>
    <w:p>
      <w:pPr>
        <w:pStyle w:val="ListBullet"/>
      </w:pPr>
      <w:r>
        <w:rPr>
          <w:b/>
        </w:rPr>
        <w:t>Recetario saludable del grupo:</w:t>
      </w:r>
      <w:r>
        <w:rPr>
          <w:b w:val="0"/>
        </w:rPr>
        <w:t xml:space="preserve"> 6 recetas, una por equipo de 5, basadas en platillos de sus familias, con un cambio saludable y con las porciones calculadas para 5, 10 y 30 personas. Lleva portada, índice, una página del plato del bien comer y una hoja de consejos.</w:t>
      </w:r>
    </w:p>
    <w:p>
      <w:pPr>
        <w:pStyle w:val="ListBullet"/>
      </w:pPr>
      <w:r>
        <w:rPr>
          <w:b/>
        </w:rPr>
        <w:t>Cartel del plato del bien comer:</w:t>
      </w:r>
      <w:r>
        <w:rPr>
          <w:b w:val="0"/>
        </w:rPr>
        <w:t xml:space="preserve"> un cartel grupal en papel bond, armado con las 6 partes que hace cada equipo, para la entrada del salón.</w:t>
      </w:r>
    </w:p>
    <w:p>
      <w:r>
        <w:rPr>
          <w:b w:val="0"/>
        </w:rPr>
        <w:t>Logros por campo:</w:t>
      </w:r>
    </w:p>
    <w:p>
      <w:pPr>
        <w:pStyle w:val="ListBullet"/>
      </w:pPr>
      <w:r>
        <w:rPr>
          <w:b/>
        </w:rPr>
        <w:t>Lenguajes:</w:t>
      </w:r>
      <w:r>
        <w:rPr>
          <w:b w:val="0"/>
        </w:rPr>
        <w:t xml:space="preserve"> reconocen las partes de una receta, ordenan pasos y escriben una receta completa con verbos de acción y pasos numerados.</w:t>
      </w:r>
    </w:p>
    <w:p>
      <w:pPr>
        <w:pStyle w:val="ListBullet"/>
      </w:pPr>
      <w:r>
        <w:rPr>
          <w:b/>
        </w:rPr>
        <w:t>Saberes y pensamiento científico:</w:t>
      </w:r>
      <w:r>
        <w:rPr>
          <w:b w:val="0"/>
        </w:rPr>
        <w:t xml:space="preserve"> describen el recorrido de la comida por el sistema digestivo, explican cómo trabaja el sistema locomotor, clasifican alimentos en los tres grupos del plato y usan las tablas del 2 al 9 para resolver problemas de porciones.</w:t>
      </w:r>
    </w:p>
    <w:p>
      <w:pPr>
        <w:pStyle w:val="ListBullet"/>
      </w:pPr>
      <w:r>
        <w:rPr>
          <w:b/>
        </w:rPr>
        <w:t>Ética, naturaleza y sociedades:</w:t>
      </w:r>
      <w:r>
        <w:rPr>
          <w:b w:val="0"/>
        </w:rPr>
        <w:t xml:space="preserve"> valoran los platillos de sus familias, leen los sellos de advertencia y proponen formas de comprar y comer que cuidan la salud y generan menos basura.</w:t>
      </w:r>
    </w:p>
    <w:p>
      <w:pPr>
        <w:pStyle w:val="ListBullet"/>
      </w:pPr>
      <w:r>
        <w:rPr>
          <w:b/>
        </w:rPr>
        <w:t>De lo humano y lo comunitario:</w:t>
      </w:r>
      <w:r>
        <w:rPr>
          <w:b w:val="0"/>
        </w:rPr>
        <w:t xml:space="preserve"> practican hábitos de higiene, postura y actividad física, y presentan su trabajo a otro grupo o a las familias.</w:t>
      </w:r>
    </w:p>
    <w:p>
      <w:r>
        <w:rPr>
          <w:b/>
        </w:rPr>
        <w:t>Equipos:</w:t>
      </w:r>
      <w:r>
        <w:rPr>
          <w:b w:val="0"/>
        </w:rPr>
        <w:t xml:space="preserve"> forma 6 equipos de 5, fijos las dos semanas. Pon a uno de los cinco alumnos que leen por debajo de 60 palabras por minuto en cada uno de los equipos 1 a 5, sentado junto a un compañero tutor que lea con fluidez y tenga paciencia. El equipo 6 no lleva alumno en apoyo lector.</w:t>
      </w:r>
    </w:p>
    <w:p>
      <w:r>
        <w:rPr>
          <w:b/>
        </w:rPr>
        <w:t>Seguimiento lector:</w:t>
      </w:r>
      <w:r>
        <w:rPr>
          <w:b w:val="0"/>
        </w:rPr>
        <w:t xml:space="preserve"> los cinco alumnos tienen 15 minutos diarios contigo de lectura repetida con los textos del proyecto, en el bloque de 11:45. Mide su velocidad el día 1 y el día 10 con un párrafo de 80 a 100 palabras de *Múltiples lenguajes* que no hayan trabajado. Cuenta las palabras correctas que leen en 1 minuto.</w:t>
      </w:r>
    </w:p>
    <w:p>
      <w:pPr>
        <w:pStyle w:val="Heading1"/>
      </w:pPr>
      <w:r>
        <w:t>Organización de la jornada (día tipo)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Hora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Momento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Qué pasa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8:00 a 8:15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Entrada y rutina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Saludo, pase de lista, fecha y agenda del día en el pizarrón.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8:15 a 9:45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Sesión del proyecto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Inicio, desarrollo y cierre de la sesión del día (ver secuencia).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9:45 a 10:30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Cálculo y tablas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15 min de cálculo mental con tarjetas de tablas y 30 min para terminar la ficha del día. El jueves 21 se aplica el examen de cierre.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10:30 a 11:00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Recreo y refrigerio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Antes de salir, 2 min: «¿De qué grupo del plato es tu refrigerio?».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11:00 a 11:45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Educación Física, Artes o clase de especialista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Según tu horario.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11:45 a 12:30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Lectura y escritura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15 min con el equipo de apoyo lector (lectura repetida cronometrada). El resto lee en pares los textos del proyecto o avanza en su receta.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12:30 a 13:00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Cierre del día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Pendientes, tarea y registro en la pared del proyecto.</w:t>
            </w:r>
          </w:p>
        </w:tc>
      </w:tr>
    </w:tbl>
    <w:p/>
    <w:p>
      <w:pPr>
        <w:pStyle w:val="Heading1"/>
      </w:pPr>
      <w:r>
        <w:t>Secuencia de sesiones</w:t>
      </w:r>
    </w:p>
    <w:p>
      <w:pPr>
        <w:pStyle w:val="Heading2"/>
      </w:pPr>
      <w:r>
        <w:t>Sesión 1 · lunes 11 de enero · ¿Qué comimos ayer?</w:t>
      </w:r>
    </w:p>
    <w:p>
      <w:r>
        <w:rPr>
          <w:b/>
        </w:rPr>
        <w:t>Propósito:</w:t>
      </w:r>
      <w:r>
        <w:rPr>
          <w:b w:val="0"/>
        </w:rPr>
        <w:t xml:space="preserve"> recuperar lo que saben sobre la comida y el cuerpo, y presentar el recetario y el cartel como meta del proyecto.</w:t>
      </w:r>
    </w:p>
    <w:p>
      <w:r>
        <w:rPr>
          <w:b/>
        </w:rPr>
        <w:t>Inicio (15 min):</w:t>
      </w:r>
      <w:r>
        <w:rPr>
          <w:b w:val="0"/>
        </w:rPr>
        <w:t xml:space="preserve"> pregunta al grupo: «¿Qué desayunaste hoy? ¿Para qué le sirve la comida a tu cuerpo?». Anota 10 respuestas en el pizarrón en dos columnas: «Lo que comimos» y «Para qué sirve». Presenta el reto: «En dos semanas vamos a escribir el recetario saludable del grupo y a hacer un cartel del plato del bien comer para la entrada del salón». Pega un papel bond con el título «Lo que queremos saber».</w:t>
      </w:r>
    </w:p>
    <w:p>
      <w:r>
        <w:rPr>
          <w:b/>
        </w:rPr>
        <w:t>Desarrollo (60 min):</w:t>
      </w:r>
    </w:p>
    <w:p>
      <w:pPr>
        <w:pStyle w:val="ListBullet"/>
      </w:pPr>
      <w:r>
        <w:rPr>
          <w:b/>
        </w:rPr>
        <w:t>Grupo general:</w:t>
      </w:r>
      <w:r>
        <w:rPr>
          <w:b w:val="0"/>
        </w:rPr>
        <w:t xml:space="preserve"> forma los 6 equipos de 5. Pregunta: «Somos 6 equipos de 5, ¿cuántos somos?». Escribe 5 + 5 + 5 + 5 + 5 + 5 = 30 y 6 × 5 = 30. Este es su primer contacto con la multiplicación en el proyecto. Después siguen tres pasos:</w:t>
      </w:r>
    </w:p>
    <w:p>
      <w:pPr>
        <w:pStyle w:val="ListBullet"/>
      </w:pPr>
      <w:r>
        <w:rPr>
          <w:b w:val="0"/>
        </w:rPr>
        <w:t>Cada alumno dobla una hoja en cuatro y escribe o dibuja lo que comió ayer: desayuno, comida, cena y refrigerio (20 min).</w:t>
      </w:r>
    </w:p>
    <w:p>
      <w:pPr>
        <w:pStyle w:val="ListBullet"/>
      </w:pPr>
      <w:r>
        <w:rPr>
          <w:b w:val="0"/>
        </w:rPr>
        <w:t>En equipo cuentan con palitos cuántas veces aparecieron frutas, verduras, tortilla o pan, frijol, huevo o carne, agua simple, y refresco o jugo de caja (20 min).</w:t>
      </w:r>
    </w:p>
    <w:p>
      <w:pPr>
        <w:pStyle w:val="ListBullet"/>
      </w:pPr>
      <w:r>
        <w:rPr>
          <w:b w:val="0"/>
        </w:rPr>
        <w:t>Cada equipo pasa sus totales a una tabla grupal en el pizarrón y comentan qué comemos más y qué menos (20 min).</w:t>
      </w:r>
    </w:p>
    <w:p>
      <w:pPr>
        <w:pStyle w:val="ListBullet"/>
      </w:pPr>
      <w:r>
        <w:rPr>
          <w:b/>
        </w:rPr>
        <w:t>Equipo de apoyo lector:</w:t>
      </w:r>
      <w:r>
        <w:rPr>
          <w:b w:val="0"/>
        </w:rPr>
        <w:t xml:space="preserve"> en los 10 primeros minutos del registro, siéntate con los cinco. Lee con ellos 8 tarjetas de palabras clave (fruta, verdura, tortilla, frijol, huevo, leche, agua, pan). Las usan como modelo para escribir en su hoja. Su tutor lee con ellos las categorías del conteo.</w:t>
      </w:r>
    </w:p>
    <w:p>
      <w:pPr>
        <w:pStyle w:val="ListBullet"/>
      </w:pPr>
      <w:r>
        <w:rPr>
          <w:b/>
        </w:rPr>
        <w:t>Terminan antes:</w:t>
      </w:r>
      <w:r>
        <w:rPr>
          <w:b w:val="0"/>
        </w:rPr>
        <w:t xml:space="preserve"> escriben en una tira de papel una pregunta que quieran responder en el proyecto y la pegan en «Lo que queremos saber».</w:t>
      </w:r>
    </w:p>
    <w:p>
      <w:r>
        <w:rPr>
          <w:b/>
        </w:rPr>
        <w:t>Cierre (15 min):</w:t>
      </w:r>
      <w:r>
        <w:rPr>
          <w:b w:val="0"/>
        </w:rPr>
        <w:t xml:space="preserve"> leen en voz alta las preguntas del papel bond y las agrupas en tres: cuerpo, comida y recetas. Cada alumno completa en voz alta la frase: «En el grupo comemos mucho...».</w:t>
      </w:r>
    </w:p>
    <w:p>
      <w:r>
        <w:rPr>
          <w:b/>
        </w:rPr>
        <w:t>Evidencia:</w:t>
      </w:r>
      <w:r>
        <w:rPr>
          <w:b w:val="0"/>
        </w:rPr>
        <w:t xml:space="preserve"> hoja «Lo que comí ayer» y tabla de conteo del equipo.</w:t>
      </w:r>
    </w:p>
    <w:p>
      <w:r>
        <w:rPr>
          <w:b/>
        </w:rPr>
        <w:t>Si no sale:</w:t>
      </w:r>
      <w:r>
        <w:rPr>
          <w:b w:val="0"/>
        </w:rPr>
        <w:t xml:space="preserve"> si muchos no recuerdan lo que comieron ayer, registren solo el desayuno de hoy y el refrigerio que traen. Si el conteo por equipos se desordena, hazlo tú en el pizarrón, categoría por categoría y a mano alzada.</w:t>
      </w:r>
    </w:p>
    <w:p>
      <w:pPr>
        <w:pStyle w:val="Heading2"/>
      </w:pPr>
      <w:r>
        <w:t>Sesión 2 · martes 12 de enero · El viaje de la comida</w:t>
      </w:r>
    </w:p>
    <w:p>
      <w:r>
        <w:rPr>
          <w:b/>
        </w:rPr>
        <w:t>Propósito:</w:t>
      </w:r>
      <w:r>
        <w:rPr>
          <w:b w:val="0"/>
        </w:rPr>
        <w:t xml:space="preserve"> describir el recorrido de los alimentos por el sistema digestivo y la función de cada órgano.</w:t>
      </w:r>
    </w:p>
    <w:p>
      <w:r>
        <w:rPr>
          <w:b/>
        </w:rPr>
        <w:t>Libros:</w:t>
      </w:r>
      <w:r>
        <w:rPr>
          <w:b w:val="0"/>
        </w:rPr>
        <w:t xml:space="preserve"> *Nuestros saberes: Libro para alumnos, maestros y familia*, tema del sistema digestivo (págs. aprox. 60 a 65). *Proyectos de Aula* 3°, campo Saberes y pensamiento científico, proyecto sobre el cuerpo humano y la alimentación (págs. aprox. 120 a 135; verifica el título en el índice).</w:t>
      </w:r>
    </w:p>
    <w:p>
      <w:r>
        <w:rPr>
          <w:b/>
        </w:rPr>
        <w:t>Inicio (15 min):</w:t>
      </w:r>
      <w:r>
        <w:rPr>
          <w:b w:val="0"/>
        </w:rPr>
        <w:t xml:space="preserve"> revisa alergias y reparte medio pedazo de galleta salada o de tortilla a cada alumno. Pide que mastiquen despacio sin tragar y digan qué hacen sus dientes, su lengua y su saliva. Pregunta: «Cuando lo tragas, ¿a dónde se va?». Anota sus hipótesis.</w:t>
      </w:r>
    </w:p>
    <w:p>
      <w:r>
        <w:rPr>
          <w:b/>
        </w:rPr>
        <w:t>Desarrollo (60 min):</w:t>
      </w:r>
    </w:p>
    <w:p>
      <w:pPr>
        <w:pStyle w:val="ListBullet"/>
      </w:pPr>
      <w:r>
        <w:rPr>
          <w:b/>
        </w:rPr>
        <w:t>Grupo general:</w:t>
      </w:r>
    </w:p>
    <w:p>
      <w:pPr>
        <w:pStyle w:val="ListBullet"/>
      </w:pPr>
      <w:r>
        <w:rPr>
          <w:b w:val="0"/>
        </w:rPr>
        <w:t>Lectura del texto A de la ficha «Mi cuerpo y el plato del bien comer». Primero lees tú en voz alta y ellos siguen con el dedo (5 min). Después leen en parejas, un párrafo cada quien (10 min).</w:t>
      </w:r>
    </w:p>
    <w:p>
      <w:pPr>
        <w:pStyle w:val="ListBullet"/>
      </w:pPr>
      <w:r>
        <w:rPr>
          <w:b w:val="0"/>
        </w:rPr>
        <w:t>Demostración (15 min): pon una galleta y medio vaso de agua en una bolsa con cierre, ciérrala y pide a un voluntario que la apriete: es el estómago. Corta una esquina y pasa la pasta a una media limpia sobre un plato, apretando: es el intestino delgado. El líquido que sale representa los nutrientes que el cuerpo toma.</w:t>
      </w:r>
    </w:p>
    <w:p>
      <w:pPr>
        <w:pStyle w:val="ListBullet"/>
      </w:pPr>
      <w:r>
        <w:rPr>
          <w:b w:val="0"/>
        </w:rPr>
        <w:t>Resuelven las consignas 1 a 3 de la ficha (25 min).</w:t>
      </w:r>
    </w:p>
    <w:p>
      <w:pPr>
        <w:pStyle w:val="ListBullet"/>
      </w:pPr>
      <w:r>
        <w:rPr>
          <w:b w:val="0"/>
        </w:rPr>
        <w:t>Revisas en voz alta la consigna 1 (5 min).</w:t>
      </w:r>
    </w:p>
    <w:p>
      <w:pPr>
        <w:pStyle w:val="ListBullet"/>
      </w:pPr>
      <w:r>
        <w:rPr>
          <w:b/>
        </w:rPr>
        <w:t>Equipo de apoyo lector:</w:t>
      </w:r>
      <w:r>
        <w:rPr>
          <w:b w:val="0"/>
        </w:rPr>
        <w:t xml:space="preserve"> durante la lectura en parejas, lee con ellos solo el primer párrafo tres veces: tú solo, a coro, y cada uno. Para la consigna 1 ordenan sobre la mesa 5 tarjetas con los nombres de los órganos antes de escribir.</w:t>
      </w:r>
    </w:p>
    <w:p>
      <w:pPr>
        <w:pStyle w:val="ListBullet"/>
      </w:pPr>
      <w:r>
        <w:rPr>
          <w:b/>
        </w:rPr>
        <w:t>Terminan antes:</w:t>
      </w:r>
      <w:r>
        <w:rPr>
          <w:b w:val="0"/>
        </w:rPr>
        <w:t xml:space="preserve"> dibujan una silueta en la parte de atrás de la ficha y trazan con flechas el camino de la comida.</w:t>
      </w:r>
    </w:p>
    <w:p>
      <w:r>
        <w:rPr>
          <w:b/>
        </w:rPr>
        <w:t>Cierre (15 min):</w:t>
      </w:r>
      <w:r>
        <w:rPr>
          <w:b w:val="0"/>
        </w:rPr>
        <w:t xml:space="preserve"> juego «El bocado viajero». Cinco alumnos con letreros (boca, esófago, estómago, intestino delgado, intestino grueso) se forman en orden al frente. Una bolita de papel pasa de mano en mano y el grupo dice qué pasa en cada órgano. Revisan si sus hipótesis del inicio eran correctas.</w:t>
      </w:r>
    </w:p>
    <w:p>
      <w:r>
        <w:rPr>
          <w:b/>
        </w:rPr>
        <w:t>Evidencia:</w:t>
      </w:r>
      <w:r>
        <w:rPr>
          <w:b w:val="0"/>
        </w:rPr>
        <w:t xml:space="preserve"> consignas 1 a 3 de la ficha de Saberes.</w:t>
      </w:r>
    </w:p>
    <w:p>
      <w:r>
        <w:rPr>
          <w:b/>
        </w:rPr>
        <w:t>Si no sale:</w:t>
      </w:r>
      <w:r>
        <w:rPr>
          <w:b w:val="0"/>
        </w:rPr>
        <w:t xml:space="preserve"> si confunden el orden de los intestinos, dibuja una silueta grande en el pizarrón y traza el recorrido mientras dicen a coro: «boca, esófago, estómago, intestino delgado, intestino grueso». Repítanlo al inicio de la sesión 3.</w:t>
      </w:r>
    </w:p>
    <w:p>
      <w:pPr>
        <w:pStyle w:val="Heading2"/>
      </w:pPr>
      <w:r>
        <w:t>Sesión 3 · miércoles 13 de enero · Huesos, músculos y articulaciones</w:t>
      </w:r>
    </w:p>
    <w:p>
      <w:r>
        <w:rPr>
          <w:b/>
        </w:rPr>
        <w:t>Propósito:</w:t>
      </w:r>
      <w:r>
        <w:rPr>
          <w:b w:val="0"/>
        </w:rPr>
        <w:t xml:space="preserve"> explicar cómo los huesos, los músculos y las articulaciones nos permiten movernos, y qué hábitos los cuidan.</w:t>
      </w:r>
    </w:p>
    <w:p>
      <w:r>
        <w:rPr>
          <w:b/>
        </w:rPr>
        <w:t>Inicio (15 min):</w:t>
      </w:r>
    </w:p>
    <w:p>
      <w:pPr>
        <w:pStyle w:val="ListBullet"/>
      </w:pPr>
      <w:r>
        <w:rPr>
          <w:b w:val="0"/>
        </w:rPr>
        <w:t>De pie, tocan sus huesos: cráneo, costillas y rodilla.</w:t>
      </w:r>
    </w:p>
    <w:p>
      <w:pPr>
        <w:pStyle w:val="ListBullet"/>
      </w:pPr>
      <w:r>
        <w:rPr>
          <w:b w:val="0"/>
        </w:rPr>
        <w:t>Doblan el codo, la rodilla y la muñeca. Diles: «Aquí se unen dos huesos; se llama articulación».</w:t>
      </w:r>
    </w:p>
    <w:p>
      <w:pPr>
        <w:pStyle w:val="ListBullet"/>
      </w:pPr>
      <w:r>
        <w:rPr>
          <w:b w:val="0"/>
        </w:rPr>
        <w:t>Doblan un brazo con la otra mano sobre el bíceps para sentir cómo se endurece el músculo.</w:t>
      </w:r>
    </w:p>
    <w:p>
      <w:r>
        <w:rPr>
          <w:b/>
        </w:rPr>
        <w:t>Desarrollo (60 min):</w:t>
      </w:r>
    </w:p>
    <w:p>
      <w:pPr>
        <w:pStyle w:val="ListBullet"/>
      </w:pPr>
      <w:r>
        <w:rPr>
          <w:b/>
        </w:rPr>
        <w:t>Grupo general:</w:t>
      </w:r>
    </w:p>
    <w:p>
      <w:pPr>
        <w:pStyle w:val="ListBullet"/>
      </w:pPr>
      <w:r>
        <w:rPr>
          <w:b w:val="0"/>
        </w:rPr>
        <w:t>Lectura del texto B de la ficha de Saberes: tú en voz alta y luego en parejas (15 min).</w:t>
      </w:r>
    </w:p>
    <w:p>
      <w:pPr>
        <w:pStyle w:val="ListBullet"/>
      </w:pPr>
      <w:r>
        <w:rPr>
          <w:b w:val="0"/>
        </w:rPr>
        <w:t>Reto en parejas (15 min): con una regla y cinta adhesiva, uno inmoviliza el codo de su compañero. El compañero intenta llevarse un vaso a la boca y escribir su nombre. Comentan: «¿Qué pasa si la articulación no se dobla?».</w:t>
      </w:r>
    </w:p>
    <w:p>
      <w:pPr>
        <w:pStyle w:val="ListBullet"/>
      </w:pPr>
      <w:r>
        <w:rPr>
          <w:b w:val="0"/>
        </w:rPr>
        <w:t>Resuelven las consignas 4 y 5 de la ficha (20 min).</w:t>
      </w:r>
    </w:p>
    <w:p>
      <w:pPr>
        <w:pStyle w:val="ListBullet"/>
      </w:pPr>
      <w:r>
        <w:rPr>
          <w:b w:val="0"/>
        </w:rPr>
        <w:t>Repaso de cuidados (10 min): en el pizarrón arman dos columnas, «Lo que ayuda» y «Lo que daña» a huesos y músculos. Por ejemplo: leche, frijol, verduras verdes, jugar y sentarse derecho ayudan; cargar una mochila pesada y pasar horas sentado frente a una pantalla dañan.</w:t>
      </w:r>
    </w:p>
    <w:p>
      <w:pPr>
        <w:pStyle w:val="ListBullet"/>
      </w:pPr>
      <w:r>
        <w:rPr>
          <w:b/>
        </w:rPr>
        <w:t>Equipo de apoyo lector:</w:t>
      </w:r>
      <w:r>
        <w:rPr>
          <w:b w:val="0"/>
        </w:rPr>
        <w:t xml:space="preserve"> leen el texto B en partes cortas con su tutor. Tú marcas con lápiz tres frases clave y ellos las leen tres veces. Al leer, señalan en su cuerpo cada parte que nombra el texto.</w:t>
      </w:r>
    </w:p>
    <w:p>
      <w:pPr>
        <w:pStyle w:val="ListBullet"/>
      </w:pPr>
      <w:r>
        <w:rPr>
          <w:b/>
        </w:rPr>
        <w:t>Terminan antes:</w:t>
      </w:r>
      <w:r>
        <w:rPr>
          <w:b w:val="0"/>
        </w:rPr>
        <w:t xml:space="preserve"> escriben un instructivo de 4 pasos para un estiramiento que conozcan.</w:t>
      </w:r>
    </w:p>
    <w:p>
      <w:r>
        <w:rPr>
          <w:b/>
        </w:rPr>
        <w:t>Cierre (15 min):</w:t>
      </w:r>
      <w:r>
        <w:rPr>
          <w:b w:val="0"/>
        </w:rPr>
        <w:t xml:space="preserve"> dirige una rutina de estiramiento de 5 minutos. Cada alumno dice en una frase un hábito para cuidar su sistema locomotor. Pregunta de enlace: «¿Qué alimentos ayudan a tus huesos? Mañana lo vemos en el plato del bien comer».</w:t>
      </w:r>
    </w:p>
    <w:p>
      <w:r>
        <w:rPr>
          <w:b/>
        </w:rPr>
        <w:t>Evidencia:</w:t>
      </w:r>
      <w:r>
        <w:rPr>
          <w:b w:val="0"/>
        </w:rPr>
        <w:t xml:space="preserve"> consignas 4 y 5 de la ficha de Saberes.</w:t>
      </w:r>
    </w:p>
    <w:p>
      <w:r>
        <w:rPr>
          <w:b/>
        </w:rPr>
        <w:t>Si no sale:</w:t>
      </w:r>
      <w:r>
        <w:rPr>
          <w:b w:val="0"/>
        </w:rPr>
        <w:t xml:space="preserve"> si confunden músculo y hueso, muestra una pierna de pollo cocida o la imagen del libro: el hueso es la parte dura y la carne pegada es el músculo.</w:t>
      </w:r>
    </w:p>
    <w:p>
      <w:pPr>
        <w:pStyle w:val="Heading2"/>
      </w:pPr>
      <w:r>
        <w:t>Sesión 4 · jueves 14 de enero · El plato del bien comer</w:t>
      </w:r>
    </w:p>
    <w:p>
      <w:r>
        <w:rPr>
          <w:b/>
        </w:rPr>
        <w:t>Propósito:</w:t>
      </w:r>
      <w:r>
        <w:rPr>
          <w:b w:val="0"/>
        </w:rPr>
        <w:t xml:space="preserve"> clasificar alimentos en los tres grupos del plato del bien comer y explicar por qué conviene combinarlos.</w:t>
      </w:r>
    </w:p>
    <w:p>
      <w:r>
        <w:rPr>
          <w:b/>
        </w:rPr>
        <w:t>Libros:</w:t>
      </w:r>
      <w:r>
        <w:rPr>
          <w:b w:val="0"/>
        </w:rPr>
        <w:t xml:space="preserve"> *Nuestros saberes*, tema de la alimentación saludable y el plato del bien comer (págs. aprox. 66 a 71). *Proyectos de Aula* 3°, mismo proyecto de Saberes (págs. aprox. 136 a 145).</w:t>
      </w:r>
    </w:p>
    <w:p>
      <w:r>
        <w:rPr>
          <w:b/>
        </w:rPr>
        <w:t>Inicio (15 min):</w:t>
      </w:r>
      <w:r>
        <w:rPr>
          <w:b w:val="0"/>
        </w:rPr>
        <w:t xml:space="preserve"> dibuja en el pizarrón un círculo grande dividido en tres, sin nombres. Muestra 9 tarjetas: naranja, zanahoria, tortilla, papa, arroz, frijol, lenteja, huevo y pollo. Pregunta: «¿Cuáles van juntos? ¿Por qué?». Acomódalas según lo que digan.</w:t>
      </w:r>
    </w:p>
    <w:p>
      <w:r>
        <w:rPr>
          <w:b/>
        </w:rPr>
        <w:t>Desarrollo (60 min):</w:t>
      </w:r>
    </w:p>
    <w:p>
      <w:pPr>
        <w:pStyle w:val="ListBullet"/>
      </w:pPr>
      <w:r>
        <w:rPr>
          <w:b/>
        </w:rPr>
        <w:t>Grupo general:</w:t>
      </w:r>
    </w:p>
    <w:p>
      <w:pPr>
        <w:pStyle w:val="ListBullet"/>
      </w:pPr>
      <w:r>
        <w:rPr>
          <w:b w:val="0"/>
        </w:rPr>
        <w:t>Lectura del texto C de la ficha: tú y luego en parejas (10 min). Corrigen juntos el círculo del pizarrón y escriben los nombres de los grupos.</w:t>
      </w:r>
    </w:p>
    <w:p>
      <w:pPr>
        <w:pStyle w:val="ListBullet"/>
      </w:pPr>
      <w:r>
        <w:rPr>
          <w:b w:val="0"/>
        </w:rPr>
        <w:t>Resuelven la consigna 6 de la ficha (15 min).</w:t>
      </w:r>
    </w:p>
    <w:p>
      <w:pPr>
        <w:pStyle w:val="ListBullet"/>
      </w:pPr>
      <w:r>
        <w:rPr>
          <w:b w:val="0"/>
        </w:rPr>
        <w:t>Arranque del cartel (35 min): da a cada equipo un cuarto de papel bond y una parte del plato. Equipo 1: verduras. Equipo 2: frutas. Equipo 3: cereales. Equipo 4: tubérculos. Equipo 5: leguminosas. Equipo 6: alimentos de origen animal y agua simple. Cada equipo dibuja y rotula al menos 6 alimentos de su parte y escribe una recomendación en una frase, por ejemplo: «Come verduras en cada comida». Guarda los cuartos; se arman en la sesión 9.</w:t>
      </w:r>
    </w:p>
    <w:p>
      <w:pPr>
        <w:pStyle w:val="ListBullet"/>
      </w:pPr>
      <w:r>
        <w:rPr>
          <w:b/>
        </w:rPr>
        <w:t>Equipo de apoyo lector:</w:t>
      </w:r>
      <w:r>
        <w:rPr>
          <w:b w:val="0"/>
        </w:rPr>
        <w:t xml:space="preserve"> en la consigna 6, tú lees en voz alta la lista de alimentos y ellos clasifican. En el cartel rotulan con letra grande, copiando de las tarjetas de palabras.</w:t>
      </w:r>
    </w:p>
    <w:p>
      <w:pPr>
        <w:pStyle w:val="ListBullet"/>
      </w:pPr>
      <w:r>
        <w:rPr>
          <w:b/>
        </w:rPr>
        <w:t>Terminan antes:</w:t>
      </w:r>
      <w:r>
        <w:rPr>
          <w:b w:val="0"/>
        </w:rPr>
        <w:t xml:space="preserve"> diseñan el menú de un día (desayuno, comida y cena) con alimentos de los tres grupos.</w:t>
      </w:r>
    </w:p>
    <w:p>
      <w:r>
        <w:rPr>
          <w:b/>
        </w:rPr>
        <w:t>Cierre (15 min):</w:t>
      </w:r>
      <w:r>
        <w:rPr>
          <w:b w:val="0"/>
        </w:rPr>
        <w:t xml:space="preserve"> cada equipo dice un alimento de su parte y por qué es importante. Juego rápido: dices un alimento y levantan la mano izquierda si es de verduras y frutas, las dos manos si es de cereales y tubérculos, o la mano derecha si es de leguminosas y origen animal.</w:t>
      </w:r>
    </w:p>
    <w:p>
      <w:r>
        <w:rPr>
          <w:b/>
        </w:rPr>
        <w:t>Evidencia:</w:t>
      </w:r>
      <w:r>
        <w:rPr>
          <w:b w:val="0"/>
        </w:rPr>
        <w:t xml:space="preserve"> consigna 6 de la ficha y boceto del cuarto de cartel de cada equipo.</w:t>
      </w:r>
    </w:p>
    <w:p>
      <w:r>
        <w:rPr>
          <w:b/>
        </w:rPr>
        <w:t>Si no sale:</w:t>
      </w:r>
      <w:r>
        <w:rPr>
          <w:b w:val="0"/>
        </w:rPr>
        <w:t xml:space="preserve"> si clasifican la papa como verdura, explica que es un tubérculo: crece bajo la tierra y da energía, como los cereales. Si tu libro trae la versión del plato de las Guías Alimentarias 2023, trabaja con la del libro (ver preguntas frecuentes).</w:t>
      </w:r>
    </w:p>
    <w:p>
      <w:pPr>
        <w:pStyle w:val="Heading2"/>
      </w:pPr>
      <w:r>
        <w:t>Sesión 5 · viernes 15 de enero · Porciones que se repiten: la multiplicación</w:t>
      </w:r>
    </w:p>
    <w:p>
      <w:r>
        <w:rPr>
          <w:b/>
        </w:rPr>
        <w:t>Propósito:</w:t>
      </w:r>
      <w:r>
        <w:rPr>
          <w:b w:val="0"/>
        </w:rPr>
        <w:t xml:space="preserve"> usar la multiplicación como suma repetida y como arreglo rectangular para calcular porciones.</w:t>
      </w:r>
    </w:p>
    <w:p>
      <w:r>
        <w:rPr>
          <w:b/>
        </w:rPr>
        <w:t>Libros:</w:t>
      </w:r>
      <w:r>
        <w:rPr>
          <w:b w:val="0"/>
        </w:rPr>
        <w:t xml:space="preserve"> *Nuestros saberes*, tema de la multiplicación (págs. aprox. 150 a 155).</w:t>
      </w:r>
    </w:p>
    <w:p>
      <w:r>
        <w:rPr>
          <w:b/>
        </w:rPr>
        <w:t>Inicio (15 min):</w:t>
      </w:r>
      <w:r>
        <w:rPr>
          <w:b w:val="0"/>
        </w:rPr>
        <w:t xml:space="preserve"> pon 4 platos de papel en el escritorio con 3 tapas en cada uno; son «rebanadas de pepino». Pregunta cuántas hay en total y cómo lo supieron. Escribe 3 + 3 + 3 + 3 = 12 y 4 × 3 = 12. Se lee: «4 veces 3».</w:t>
      </w:r>
    </w:p>
    <w:p>
      <w:r>
        <w:rPr>
          <w:b/>
        </w:rPr>
        <w:t>Desarrollo (60 min):</w:t>
      </w:r>
    </w:p>
    <w:p>
      <w:pPr>
        <w:pStyle w:val="ListBullet"/>
      </w:pPr>
      <w:r>
        <w:rPr>
          <w:b/>
        </w:rPr>
        <w:t>Grupo general:</w:t>
      </w:r>
    </w:p>
    <w:p>
      <w:pPr>
        <w:pStyle w:val="ListBullet"/>
      </w:pPr>
      <w:r>
        <w:rPr>
          <w:b w:val="0"/>
        </w:rPr>
        <w:t>En equipos, con 30 tapas o fichas por equipo, forman los arreglos que dictas (3 filas de 6, 5 filas de 4, 2 filas de 7) y escriben la multiplicación de cada uno (15 min).</w:t>
      </w:r>
    </w:p>
    <w:p>
      <w:pPr>
        <w:pStyle w:val="ListBullet"/>
      </w:pPr>
      <w:r>
        <w:rPr>
          <w:b w:val="0"/>
        </w:rPr>
        <w:t>Resuelven la parte A de la ficha «Porciones y tablas de multiplicar» (20 min).</w:t>
      </w:r>
    </w:p>
    <w:p>
      <w:pPr>
        <w:pStyle w:val="ListBullet"/>
      </w:pPr>
      <w:r>
        <w:rPr>
          <w:b w:val="0"/>
        </w:rPr>
        <w:t>Resuelven la parte B, tabla de porciones, columnas del 2 al 5 (25 min). La columna del 6 se termina en la sesión 8.</w:t>
      </w:r>
    </w:p>
    <w:p>
      <w:pPr>
        <w:pStyle w:val="ListBullet"/>
      </w:pPr>
      <w:r>
        <w:rPr>
          <w:b/>
        </w:rPr>
        <w:t>Equipo de apoyo lector:</w:t>
      </w:r>
      <w:r>
        <w:rPr>
          <w:b w:val="0"/>
        </w:rPr>
        <w:t xml:space="preserve"> su dificultad es leer, no necesariamente calcular. El tutor les lee cada problema en voz alta; ellos lo resuelven con tapas y escriben la operación. Pasa 10 min con ellos en la parte A.</w:t>
      </w:r>
    </w:p>
    <w:p>
      <w:pPr>
        <w:pStyle w:val="ListBullet"/>
      </w:pPr>
      <w:r>
        <w:rPr>
          <w:b/>
        </w:rPr>
        <w:t>Terminan antes:</w:t>
      </w:r>
      <w:r>
        <w:rPr>
          <w:b w:val="0"/>
        </w:rPr>
        <w:t xml:space="preserve"> inventan un problema de porciones con su fruta favorita y se lo pasan a otro equipo.</w:t>
      </w:r>
    </w:p>
    <w:p>
      <w:r>
        <w:rPr>
          <w:b/>
        </w:rPr>
        <w:t>Cierre (15 min):</w:t>
      </w:r>
      <w:r>
        <w:rPr>
          <w:b w:val="0"/>
        </w:rPr>
        <w:t xml:space="preserve"> dicen a coro la tabla del 5, contando de 5 en 5 con palmadas. Explica la tarea de fin de semana.</w:t>
      </w:r>
    </w:p>
    <w:p>
      <w:r>
        <w:rPr>
          <w:b/>
        </w:rPr>
        <w:t>Tarea «La receta de mi familia»</w:t>
      </w:r>
      <w:r>
        <w:rPr>
          <w:b w:val="0"/>
        </w:rPr>
        <w:t xml:space="preserve"> (media hoja; dicta las preguntas o fotocópialas):</w:t>
      </w:r>
    </w:p>
    <w:p>
      <w:pPr>
        <w:pStyle w:val="ListNumber"/>
      </w:pPr>
      <w:r>
        <w:rPr>
          <w:b w:val="0"/>
        </w:rPr>
        <w:t>¿Qué platillo saludable cocinan en tu casa?</w:t>
      </w:r>
    </w:p>
    <w:p>
      <w:pPr>
        <w:pStyle w:val="ListNumber"/>
      </w:pPr>
      <w:r>
        <w:rPr>
          <w:b w:val="0"/>
        </w:rPr>
        <w:t>¿Quién lo prepara y de dónde viene la receta?</w:t>
      </w:r>
    </w:p>
    <w:p>
      <w:pPr>
        <w:pStyle w:val="ListNumber"/>
      </w:pPr>
      <w:r>
        <w:rPr>
          <w:b w:val="0"/>
        </w:rPr>
        <w:t>¿Qué ingredientes lleva y cuánto de cada uno?</w:t>
      </w:r>
    </w:p>
    <w:p>
      <w:pPr>
        <w:pStyle w:val="ListNumber"/>
      </w:pPr>
      <w:r>
        <w:rPr>
          <w:b w:val="0"/>
        </w:rPr>
        <w:t>¿Cómo se prepara? Escribe los pasos.</w:t>
      </w:r>
    </w:p>
    <w:p>
      <w:pPr>
        <w:pStyle w:val="ListNumber"/>
      </w:pPr>
      <w:r>
        <w:rPr>
          <w:b w:val="0"/>
        </w:rPr>
        <w:t>¿Para cuántas personas alcanza?</w:t>
      </w:r>
    </w:p>
    <w:p>
      <w:r>
        <w:rPr>
          <w:b w:val="0"/>
        </w:rPr>
        <w:t>Pide también 3 empaques vacíos por equipo con sellos de advertencia para el lunes.</w:t>
      </w:r>
    </w:p>
    <w:p>
      <w:r>
        <w:rPr>
          <w:b/>
        </w:rPr>
        <w:t>Evidencia:</w:t>
      </w:r>
      <w:r>
        <w:rPr>
          <w:b w:val="0"/>
        </w:rPr>
        <w:t xml:space="preserve"> partes A y B de la ficha de cálculo.</w:t>
      </w:r>
    </w:p>
    <w:p>
      <w:r>
        <w:rPr>
          <w:b/>
        </w:rPr>
        <w:t>Si no sale:</w:t>
      </w:r>
      <w:r>
        <w:rPr>
          <w:b w:val="0"/>
        </w:rPr>
        <w:t xml:space="preserve"> si siguen contando de uno en uno, quédate con los arreglos de tapas toda la parte A y deja la tabla para el bloque de cálculo del lunes.</w:t>
      </w:r>
    </w:p>
    <w:p>
      <w:pPr>
        <w:pStyle w:val="Heading2"/>
      </w:pPr>
      <w:r>
        <w:t>Sesión 6 · lunes 18 de enero · Lo que comemos en nuestra comunidad</w:t>
      </w:r>
    </w:p>
    <w:p>
      <w:r>
        <w:rPr>
          <w:b/>
        </w:rPr>
        <w:t>Propósito:</w:t>
      </w:r>
      <w:r>
        <w:rPr>
          <w:b w:val="0"/>
        </w:rPr>
        <w:t xml:space="preserve"> valorar los platillos de las familias, reconocer el consumo responsable y elegir la receta de cada equipo.</w:t>
      </w:r>
    </w:p>
    <w:p>
      <w:r>
        <w:rPr>
          <w:b/>
        </w:rPr>
        <w:t>Libros:</w:t>
      </w:r>
      <w:r>
        <w:rPr>
          <w:b w:val="0"/>
        </w:rPr>
        <w:t xml:space="preserve"> *Proyectos Comunitarios* 3°, campo Ética, naturaleza y sociedades, proyecto sobre la alimentación y el consumo en la comunidad (págs. aprox. 180 a 195). *Proyectos Escolares* 3°, campo De lo humano y lo comunitario, proyecto sobre hábitos saludables (págs. aprox. 230 a 245). Verifica los títulos en el índice.</w:t>
      </w:r>
    </w:p>
    <w:p>
      <w:r>
        <w:rPr>
          <w:b/>
        </w:rPr>
        <w:t>Inicio (15 min):</w:t>
      </w:r>
      <w:r>
        <w:rPr>
          <w:b w:val="0"/>
        </w:rPr>
        <w:t xml:space="preserve"> tres voluntarios leen la receta de su familia. Pregunta: «¿Dónde compraron los ingredientes? ¿En el mercado, en la tienda o en el súper?».</w:t>
      </w:r>
    </w:p>
    <w:p>
      <w:r>
        <w:rPr>
          <w:b/>
        </w:rPr>
        <w:t>Desarrollo (60 min):</w:t>
      </w:r>
    </w:p>
    <w:p>
      <w:pPr>
        <w:pStyle w:val="ListBullet"/>
      </w:pPr>
      <w:r>
        <w:rPr>
          <w:b/>
        </w:rPr>
        <w:t>Grupo general:</w:t>
      </w:r>
    </w:p>
    <w:p>
      <w:pPr>
        <w:pStyle w:val="ListBullet"/>
      </w:pPr>
      <w:r>
        <w:rPr>
          <w:b w:val="0"/>
        </w:rPr>
        <w:t>Sellos de advertencia (20 min): cada equipo recibe 3 empaques vacíos. Cuentan los sellos negros de cada uno y llenan en el cuaderno una tabla con tres columnas: producto, número de sellos y qué dice cada sello. Pregunta: «¿Qué alimentos no traen sellos?». Respuesta esperada: los del mercado, como fruta, verdura, frijol y tortilla.</w:t>
      </w:r>
    </w:p>
    <w:p>
      <w:pPr>
        <w:pStyle w:val="ListBullet"/>
      </w:pPr>
      <w:r>
        <w:rPr>
          <w:b w:val="0"/>
        </w:rPr>
        <w:t>Consumo responsable y hábitos (15 min): arma con ellos en el pizarrón la lista «Comemos bien y cuidamos el planeta». Ideas: comprar fruta y verdura de temporada, preferir agua simple, llevar recipiente propio, usar menos empaques, lavarse las manos antes de comer y moverse 60 minutos al día.</w:t>
      </w:r>
    </w:p>
    <w:p>
      <w:pPr>
        <w:pStyle w:val="ListBullet"/>
      </w:pPr>
      <w:r>
        <w:rPr>
          <w:b w:val="0"/>
        </w:rPr>
        <w:t>Elección de receta (25 min): en cada equipo leen las 5 recetas familiares y eligen una para el recetario. Si hace falta, le hacen un cambio saludable: menos azúcar, más verdura, agua simple en lugar de refresco, horneado en lugar de frito. Escriben en una tira: «Nuestra receta es... Le cambiamos... porque...».</w:t>
      </w:r>
    </w:p>
    <w:p>
      <w:pPr>
        <w:pStyle w:val="ListBullet"/>
      </w:pPr>
      <w:r>
        <w:rPr>
          <w:b/>
        </w:rPr>
        <w:t>Equipo de apoyo lector:</w:t>
      </w:r>
      <w:r>
        <w:rPr>
          <w:b w:val="0"/>
        </w:rPr>
        <w:t xml:space="preserve"> los sellos son su lectura del día, porque son palabras cortas en mayúsculas (EXCESO AZÚCARES, EXCESO SODIO). Las leen y las copian en la tabla. Su receta familiar la leen junto con el tutor.</w:t>
      </w:r>
    </w:p>
    <w:p>
      <w:pPr>
        <w:pStyle w:val="ListBullet"/>
      </w:pPr>
      <w:r>
        <w:rPr>
          <w:b/>
        </w:rPr>
        <w:t>Terminan antes:</w:t>
      </w:r>
      <w:r>
        <w:rPr>
          <w:b w:val="0"/>
        </w:rPr>
        <w:t xml:space="preserve"> escriben en el cuaderno, en 3 renglones, por qué la comida de su familia es parte de su historia.</w:t>
      </w:r>
    </w:p>
    <w:p>
      <w:r>
        <w:rPr>
          <w:b/>
        </w:rPr>
        <w:t>Cierre (15 min):</w:t>
      </w:r>
      <w:r>
        <w:rPr>
          <w:b w:val="0"/>
        </w:rPr>
        <w:t xml:space="preserve"> cada equipo anuncia su receta y su cambio saludable, y pega su tira en la pared del proyecto.</w:t>
      </w:r>
    </w:p>
    <w:p>
      <w:r>
        <w:rPr>
          <w:b/>
        </w:rPr>
        <w:t>Evidencia:</w:t>
      </w:r>
      <w:r>
        <w:rPr>
          <w:b w:val="0"/>
        </w:rPr>
        <w:t xml:space="preserve"> tabla de sellos y tira de la receta elegida.</w:t>
      </w:r>
    </w:p>
    <w:p>
      <w:r>
        <w:rPr>
          <w:b/>
        </w:rPr>
        <w:t>Si no sale:</w:t>
      </w:r>
      <w:r>
        <w:rPr>
          <w:b w:val="0"/>
        </w:rPr>
        <w:t xml:space="preserve"> si un equipo no trajo recetas, que elija una de otro equipo o que adapte la ensalada de nopales de la ficha de Lenguajes. Si a un equipo le faltan empaques, que comparta con otro. Cuida que nadie se burle de lo que se come en otra casa: todos los platillos se pueden mejorar y ninguno es «malo».</w:t>
      </w:r>
    </w:p>
    <w:p>
      <w:pPr>
        <w:pStyle w:val="Heading2"/>
      </w:pPr>
      <w:r>
        <w:t>Sesión 7 · martes 19 de enero · La receta es un instructivo</w:t>
      </w:r>
    </w:p>
    <w:p>
      <w:r>
        <w:rPr>
          <w:b/>
        </w:rPr>
        <w:t>Propósito:</w:t>
      </w:r>
      <w:r>
        <w:rPr>
          <w:b w:val="0"/>
        </w:rPr>
        <w:t xml:space="preserve"> identificar el propósito y las partes de una receta, los verbos que indican acción y el orden numerado de los pasos.</w:t>
      </w:r>
    </w:p>
    <w:p>
      <w:r>
        <w:rPr>
          <w:b/>
        </w:rPr>
        <w:t>Libros:</w:t>
      </w:r>
      <w:r>
        <w:rPr>
          <w:b w:val="0"/>
        </w:rPr>
        <w:t xml:space="preserve"> *Proyectos de Aula* 3°, campo Lenguajes, proyecto sobre textos instructivos (págs. aprox. 30 a 45; verifica el título en el índice).</w:t>
      </w:r>
    </w:p>
    <w:p>
      <w:r>
        <w:rPr>
          <w:b/>
        </w:rPr>
        <w:t>Inicio (15 min):</w:t>
      </w:r>
      <w:r>
        <w:rPr>
          <w:b w:val="0"/>
        </w:rPr>
        <w:t xml:space="preserve"> prepara frente al grupo agua de limón: exprimir, agregar agua, mezclar y servir. Si no tienes ingredientes, simúlalo con objetos. Pide que te dicten los pasos. Haz uno fuera de orden a propósito, por ejemplo servir en los vasos antes de exprimir el limón, y pregunta qué salió mal. Conclusión: en un instructivo, el orden importa.</w:t>
      </w:r>
    </w:p>
    <w:p>
      <w:r>
        <w:rPr>
          <w:b/>
        </w:rPr>
        <w:t>Desarrollo (60 min):</w:t>
      </w:r>
    </w:p>
    <w:p>
      <w:pPr>
        <w:pStyle w:val="ListBullet"/>
      </w:pPr>
      <w:r>
        <w:rPr>
          <w:b/>
        </w:rPr>
        <w:t>Grupo general:</w:t>
      </w:r>
    </w:p>
    <w:p>
      <w:pPr>
        <w:pStyle w:val="ListBullet"/>
      </w:pPr>
      <w:r>
        <w:rPr>
          <w:b w:val="0"/>
        </w:rPr>
        <w:t>Lectura de la «Ensalada de nopales» de la ficha de Lenguajes: tú en voz alta y luego en parejas (10 min).</w:t>
      </w:r>
    </w:p>
    <w:p>
      <w:pPr>
        <w:pStyle w:val="ListBullet"/>
      </w:pPr>
      <w:r>
        <w:rPr>
          <w:b w:val="0"/>
        </w:rPr>
        <w:t>Resuelven las consignas 1 a 5 (30 min).</w:t>
      </w:r>
    </w:p>
    <w:p>
      <w:pPr>
        <w:pStyle w:val="ListBullet"/>
      </w:pPr>
      <w:r>
        <w:rPr>
          <w:b w:val="0"/>
        </w:rPr>
        <w:t>Revisión grupal (10 min): con sus respuestas, haz en papel bond el cuadro «Partes de una receta». Queda pegado como referencia para escribir.</w:t>
      </w:r>
    </w:p>
    <w:p>
      <w:pPr>
        <w:pStyle w:val="ListBullet"/>
      </w:pPr>
      <w:r>
        <w:rPr>
          <w:b w:val="0"/>
        </w:rPr>
        <w:t>Resuelven las consignas 6 y 7 (10 min). Si no les da tiempo, la 6 se termina mañana.</w:t>
      </w:r>
    </w:p>
    <w:p>
      <w:pPr>
        <w:pStyle w:val="ListBullet"/>
      </w:pPr>
      <w:r>
        <w:rPr>
          <w:b/>
        </w:rPr>
        <w:t>Equipo de apoyo lector:</w:t>
      </w:r>
      <w:r>
        <w:rPr>
          <w:b w:val="0"/>
        </w:rPr>
        <w:t xml:space="preserve"> 10 min contigo de lectura repetida con cronómetro de los ingredientes y los pasos 1 a 3: tú solo, a coro, y cada quien, 3 veces. Para la consigna 2 usan tarjetas con los nombres de las partes.</w:t>
      </w:r>
    </w:p>
    <w:p>
      <w:pPr>
        <w:pStyle w:val="ListBullet"/>
      </w:pPr>
      <w:r>
        <w:rPr>
          <w:b/>
        </w:rPr>
        <w:t>Terminan antes:</w:t>
      </w:r>
      <w:r>
        <w:rPr>
          <w:b w:val="0"/>
        </w:rPr>
        <w:t xml:space="preserve"> escriben el instructivo «Cómo lavarse las manos» con 5 pasos numerados.</w:t>
      </w:r>
    </w:p>
    <w:p>
      <w:r>
        <w:rPr>
          <w:b/>
        </w:rPr>
        <w:t>Cierre (15 min):</w:t>
      </w:r>
      <w:r>
        <w:rPr>
          <w:b w:val="0"/>
        </w:rPr>
        <w:t xml:space="preserve"> juego del instructivo humano. Un alumno da instrucciones para dibujar un plato con alimentos de los tres grupos y el grupo las sigue. Comentan qué instrucción no fue clara y cómo mejorarla.</w:t>
      </w:r>
    </w:p>
    <w:p>
      <w:r>
        <w:rPr>
          <w:b/>
        </w:rPr>
        <w:t>Evidencia:</w:t>
      </w:r>
      <w:r>
        <w:rPr>
          <w:b w:val="0"/>
        </w:rPr>
        <w:t xml:space="preserve"> consignas 1 a 5 de la ficha de Lenguajes.</w:t>
      </w:r>
    </w:p>
    <w:p>
      <w:r>
        <w:rPr>
          <w:b/>
        </w:rPr>
        <w:t>Si no sale:</w:t>
      </w:r>
      <w:r>
        <w:rPr>
          <w:b w:val="0"/>
        </w:rPr>
        <w:t xml:space="preserve"> si no distinguen ingredientes de utensilios, pon objetos reales sobre la mesa (cuchara, limón, plato, jitomate, cuchillo de plástico) y clasifícalos con ellos en dos cajas rotuladas.</w:t>
      </w:r>
    </w:p>
    <w:p>
      <w:pPr>
        <w:pStyle w:val="Heading2"/>
      </w:pPr>
      <w:r>
        <w:t>Sesión 8 · miércoles 20 de enero · Recetas para 10 y para 30</w:t>
      </w:r>
    </w:p>
    <w:p>
      <w:r>
        <w:rPr>
          <w:b/>
        </w:rPr>
        <w:t>Propósito:</w:t>
      </w:r>
      <w:r>
        <w:rPr>
          <w:b w:val="0"/>
        </w:rPr>
        <w:t xml:space="preserve"> usar las tablas de multiplicar para ajustar las porciones de una receta.</w:t>
      </w:r>
    </w:p>
    <w:p>
      <w:r>
        <w:rPr>
          <w:b/>
        </w:rPr>
        <w:t>Inicio (15 min):</w:t>
      </w:r>
      <w:r>
        <w:rPr>
          <w:b w:val="0"/>
        </w:rPr>
        <w:t xml:space="preserve"> cálculo mental con tarjetas: 6 × 2, 6 × 4, 6 × 5 y 4 × 6. Pregunta: «Nuestra receta es para 5 personas y somos 30. ¿Cuántas veces cabe 5 en 30?». Cuentan de 5 en 5 hasta 30 con los dedos: son 6 veces.</w:t>
      </w:r>
    </w:p>
    <w:p>
      <w:r>
        <w:rPr>
          <w:b/>
        </w:rPr>
        <w:t>Desarrollo (60 min):</w:t>
      </w:r>
    </w:p>
    <w:p>
      <w:pPr>
        <w:pStyle w:val="ListBullet"/>
      </w:pPr>
      <w:r>
        <w:rPr>
          <w:b/>
        </w:rPr>
        <w:t>Grupo general:</w:t>
      </w:r>
    </w:p>
    <w:p>
      <w:pPr>
        <w:pStyle w:val="ListBullet"/>
      </w:pPr>
      <w:r>
        <w:rPr>
          <w:b w:val="0"/>
        </w:rPr>
        <w:t>Terminan la columna del 6 de la parte B y resuelven la parte C de la ficha «Porciones y tablas de multiplicar» (25 min).</w:t>
      </w:r>
    </w:p>
    <w:p>
      <w:pPr>
        <w:pStyle w:val="ListBullet"/>
      </w:pPr>
      <w:r>
        <w:rPr>
          <w:b w:val="0"/>
        </w:rPr>
        <w:t>Ajuste de la receta del equipo (35 min), con la consigna 6 de la ficha de Lenguajes como modelo. Primero dejan la receta para 5 porciones; ayuda tú al equipo cuya receta tenga otra cantidad. Luego calculan en una tabla en el cuaderno los ingredientes para 10 porciones (× 2) y para 30 (× 6).</w:t>
      </w:r>
    </w:p>
    <w:p>
      <w:pPr>
        <w:pStyle w:val="ListBullet"/>
      </w:pPr>
      <w:r>
        <w:rPr>
          <w:b/>
        </w:rPr>
        <w:t>Equipo de apoyo lector:</w:t>
      </w:r>
      <w:r>
        <w:rPr>
          <w:b w:val="0"/>
        </w:rPr>
        <w:t xml:space="preserve"> usan una tabla pitagórica de consulta y tapas; el tutor les lee los problemas. Pasa 10 min con ellos en la parte C.</w:t>
      </w:r>
    </w:p>
    <w:p>
      <w:pPr>
        <w:pStyle w:val="ListBullet"/>
      </w:pPr>
      <w:r>
        <w:rPr>
          <w:b/>
        </w:rPr>
        <w:t>Terminan antes:</w:t>
      </w:r>
      <w:r>
        <w:rPr>
          <w:b w:val="0"/>
        </w:rPr>
        <w:t xml:space="preserve"> calculan su receta para 20 personas (× 4) y la comparan con la de 10.</w:t>
      </w:r>
    </w:p>
    <w:p>
      <w:r>
        <w:rPr>
          <w:b/>
        </w:rPr>
        <w:t>Cierre (15 min):</w:t>
      </w:r>
      <w:r>
        <w:rPr>
          <w:b w:val="0"/>
        </w:rPr>
        <w:t xml:space="preserve"> cada equipo dice cuánto lleva un ingrediente para 5 y para 30 personas. El grupo lo comprueba con la tabla del pizarrón.</w:t>
      </w:r>
    </w:p>
    <w:p>
      <w:r>
        <w:rPr>
          <w:b/>
        </w:rPr>
        <w:t>Evidencia:</w:t>
      </w:r>
      <w:r>
        <w:rPr>
          <w:b w:val="0"/>
        </w:rPr>
        <w:t xml:space="preserve"> parte C de la ficha de cálculo y tabla de porciones de la receta del equipo.</w:t>
      </w:r>
    </w:p>
    <w:p>
      <w:r>
        <w:rPr>
          <w:b/>
        </w:rPr>
        <w:t>Si no sale:</w:t>
      </w:r>
      <w:r>
        <w:rPr>
          <w:b w:val="0"/>
        </w:rPr>
        <w:t xml:space="preserve"> si una receta tiene cantidades difíciles (medio kilo, un cuarto de taza), multipliquen solo los ingredientes que se cuentan por pieza y escribe tú las demás cantidades.</w:t>
      </w:r>
    </w:p>
    <w:p>
      <w:pPr>
        <w:pStyle w:val="Heading2"/>
      </w:pPr>
      <w:r>
        <w:t>Sesión 9 · jueves 21 de enero · Escribimos y revisamos nuestras recetas</w:t>
      </w:r>
    </w:p>
    <w:p>
      <w:r>
        <w:rPr>
          <w:b/>
        </w:rPr>
        <w:t>Propósito:</w:t>
      </w:r>
      <w:r>
        <w:rPr>
          <w:b w:val="0"/>
        </w:rPr>
        <w:t xml:space="preserve"> escribir, revisar y pasar en limpio la receta del equipo, y armar el cartel.</w:t>
      </w:r>
    </w:p>
    <w:p>
      <w:r>
        <w:rPr>
          <w:b/>
        </w:rPr>
        <w:t>Inicio (15 min):</w:t>
      </w:r>
      <w:r>
        <w:rPr>
          <w:b w:val="0"/>
        </w:rPr>
        <w:t xml:space="preserve"> relean el cuadro «Partes de una receta». Escribe en el pizarrón la lista de revisión de 6 puntos:</w:t>
      </w:r>
    </w:p>
    <w:p>
      <w:pPr>
        <w:pStyle w:val="ListNumber"/>
      </w:pPr>
      <w:r>
        <w:rPr>
          <w:b w:val="0"/>
        </w:rPr>
        <w:t>Título.</w:t>
      </w:r>
    </w:p>
    <w:p>
      <w:pPr>
        <w:pStyle w:val="ListNumber"/>
      </w:pPr>
      <w:r>
        <w:rPr>
          <w:b w:val="0"/>
        </w:rPr>
        <w:t>Porciones.</w:t>
      </w:r>
    </w:p>
    <w:p>
      <w:pPr>
        <w:pStyle w:val="ListNumber"/>
      </w:pPr>
      <w:r>
        <w:rPr>
          <w:b w:val="0"/>
        </w:rPr>
        <w:t>Ingredientes con cantidad.</w:t>
      </w:r>
    </w:p>
    <w:p>
      <w:pPr>
        <w:pStyle w:val="ListNumber"/>
      </w:pPr>
      <w:r>
        <w:rPr>
          <w:b w:val="0"/>
        </w:rPr>
        <w:t>Utensilios.</w:t>
      </w:r>
    </w:p>
    <w:p>
      <w:pPr>
        <w:pStyle w:val="ListNumber"/>
      </w:pPr>
      <w:r>
        <w:rPr>
          <w:b w:val="0"/>
        </w:rPr>
        <w:t>Pasos numerados que empiezan con una acción.</w:t>
      </w:r>
    </w:p>
    <w:p>
      <w:pPr>
        <w:pStyle w:val="ListNumber"/>
      </w:pPr>
      <w:r>
        <w:rPr>
          <w:b w:val="0"/>
        </w:rPr>
        <w:t>Por qué es saludable.</w:t>
      </w:r>
    </w:p>
    <w:p>
      <w:r>
        <w:rPr>
          <w:b/>
        </w:rPr>
        <w:t>Desarrollo (60 min):</w:t>
      </w:r>
    </w:p>
    <w:p>
      <w:pPr>
        <w:pStyle w:val="ListBullet"/>
      </w:pPr>
      <w:r>
        <w:rPr>
          <w:b/>
        </w:rPr>
        <w:t>Grupo general:</w:t>
      </w:r>
      <w:r>
        <w:rPr>
          <w:b w:val="0"/>
        </w:rPr>
        <w:t xml:space="preserve"> en cada equipo, cada alumno escribe una parte:</w:t>
      </w:r>
    </w:p>
    <w:p>
      <w:pPr>
        <w:pStyle w:val="ListNumber"/>
      </w:pPr>
      <w:r>
        <w:rPr>
          <w:b w:val="0"/>
        </w:rPr>
        <w:t>Título, porciones e ingredientes.</w:t>
      </w:r>
    </w:p>
    <w:p>
      <w:pPr>
        <w:pStyle w:val="ListNumber"/>
      </w:pPr>
      <w:r>
        <w:rPr>
          <w:b w:val="0"/>
        </w:rPr>
        <w:t>Utensilios y tabla de porciones para 10 y 30.</w:t>
      </w:r>
    </w:p>
    <w:p>
      <w:pPr>
        <w:pStyle w:val="ListNumber"/>
      </w:pPr>
      <w:r>
        <w:rPr>
          <w:b w:val="0"/>
        </w:rPr>
        <w:t>Pasos 1 a 3.</w:t>
      </w:r>
    </w:p>
    <w:p>
      <w:pPr>
        <w:pStyle w:val="ListNumber"/>
      </w:pPr>
      <w:r>
        <w:rPr>
          <w:b w:val="0"/>
        </w:rPr>
        <w:t>Pasos 4 a 6.</w:t>
      </w:r>
    </w:p>
    <w:p>
      <w:pPr>
        <w:pStyle w:val="ListNumber"/>
      </w:pPr>
      <w:r>
        <w:rPr>
          <w:b w:val="0"/>
        </w:rPr>
        <w:t>Por qué es saludable (qué grupos del plato tiene) y dibujo.</w:t>
      </w:r>
    </w:p>
    <w:p>
      <w:r>
        <w:rPr>
          <w:b w:val="0"/>
        </w:rPr>
        <w:t>Escriben el borrador en el cuaderno (20 min). Después revisan entre equipos (10 min): el equipo 1 revisa al 2, el 2 al 3, y así hasta que el 6 revisa al 1. Palomean la lista y escriben una sugerencia. Corrigen y pasan en limpio en hoja blanca tamaño carta, con letra clara (30 min).</w:t>
      </w:r>
    </w:p>
    <w:p>
      <w:pPr>
        <w:pStyle w:val="ListBullet"/>
      </w:pPr>
      <w:r>
        <w:rPr>
          <w:b/>
        </w:rPr>
        <w:t>Equipo de apoyo lector:</w:t>
      </w:r>
      <w:r>
        <w:rPr>
          <w:b w:val="0"/>
        </w:rPr>
        <w:t xml:space="preserve"> en los equipos 1 a 5, el alumno en apoyo escribe la parte 1 o la 2, que son listas cortas con cantidades. Copia de su borrador, ya revisado por el tutor.</w:t>
      </w:r>
    </w:p>
    <w:p>
      <w:pPr>
        <w:pStyle w:val="ListBullet"/>
      </w:pPr>
      <w:r>
        <w:rPr>
          <w:b/>
        </w:rPr>
        <w:t>Terminan antes:</w:t>
      </w:r>
      <w:r>
        <w:rPr>
          <w:b w:val="0"/>
        </w:rPr>
        <w:t xml:space="preserve"> hacen la portada y el índice del recetario (un alumno por equipo, por turnos).</w:t>
      </w:r>
    </w:p>
    <w:p>
      <w:r>
        <w:rPr>
          <w:b/>
        </w:rPr>
        <w:t>Cierre (15 min):</w:t>
      </w:r>
      <w:r>
        <w:rPr>
          <w:b w:val="0"/>
        </w:rPr>
        <w:t xml:space="preserve"> pegan los seis cuartos sobre un pliego de papel bond para formar el plato: verduras y frutas juntas, cereales y tubérculos juntos, leguminosas y origen animal juntos, y el agua simple a un lado. Escriben el título con letra grande.</w:t>
      </w:r>
    </w:p>
    <w:p>
      <w:r>
        <w:rPr>
          <w:b/>
        </w:rPr>
        <w:t>Evidencia:</w:t>
      </w:r>
      <w:r>
        <w:rPr>
          <w:b w:val="0"/>
        </w:rPr>
        <w:t xml:space="preserve"> borrador revisado, versión final de la receta y cartel armado.</w:t>
      </w:r>
    </w:p>
    <w:p>
      <w:r>
        <w:rPr>
          <w:b/>
        </w:rPr>
        <w:t>Nota:</w:t>
      </w:r>
      <w:r>
        <w:rPr>
          <w:b w:val="0"/>
        </w:rPr>
        <w:t xml:space="preserve"> hoy se aplica el examen de cierre en el bloque de 9:45 a 10:30.</w:t>
      </w:r>
    </w:p>
    <w:p>
      <w:r>
        <w:rPr>
          <w:b/>
        </w:rPr>
        <w:t>Si no sale:</w:t>
      </w:r>
      <w:r>
        <w:rPr>
          <w:b w:val="0"/>
        </w:rPr>
        <w:t xml:space="preserve"> si un equipo no termina la versión final, que la pase en limpio en el bloque de lectura y escritura de 11:45 a 12:30.</w:t>
      </w:r>
    </w:p>
    <w:p>
      <w:pPr>
        <w:pStyle w:val="Heading2"/>
      </w:pPr>
      <w:r>
        <w:t>Sesión 10 · viernes 22 de enero · Presentamos el recetario y el cartel</w:t>
      </w:r>
    </w:p>
    <w:p>
      <w:r>
        <w:rPr>
          <w:b/>
        </w:rPr>
        <w:t>Propósito:</w:t>
      </w:r>
      <w:r>
        <w:rPr>
          <w:b w:val="0"/>
        </w:rPr>
        <w:t xml:space="preserve"> compartir el recetario y el cartel con otro grupo y evaluar lo aprendido.</w:t>
      </w:r>
    </w:p>
    <w:p>
      <w:r>
        <w:rPr>
          <w:b/>
        </w:rPr>
        <w:t>Inicio (15 min):</w:t>
      </w:r>
      <w:r>
        <w:rPr>
          <w:b w:val="0"/>
        </w:rPr>
        <w:t xml:space="preserve"> arman el recetario en este orden: portada, índice, una hoja con el plato del bien comer dibujado por quienes terminaron antes, las 6 recetas y una hoja final «Consejos para comer bien» con las frases del cartel. Engrapa o amarra con estambre.</w:t>
      </w:r>
    </w:p>
    <w:p>
      <w:r>
        <w:rPr>
          <w:b/>
        </w:rPr>
        <w:t>Desarrollo (60 min):</w:t>
      </w:r>
    </w:p>
    <w:p>
      <w:pPr>
        <w:pStyle w:val="ListBullet"/>
      </w:pPr>
      <w:r>
        <w:rPr>
          <w:b/>
        </w:rPr>
        <w:t>Grupo general:</w:t>
      </w:r>
    </w:p>
    <w:p>
      <w:pPr>
        <w:pStyle w:val="ListBullet"/>
      </w:pPr>
      <w:r>
        <w:rPr>
          <w:b w:val="0"/>
        </w:rPr>
        <w:t>Ensayo (15 min): cada equipo prepara una presentación de 2 minutos. Incluye el nombre de la receta, de qué familia viene, el cambio saludable, qué grupos del plato tiene y cuánto se necesita para 30 personas.</w:t>
      </w:r>
    </w:p>
    <w:p>
      <w:pPr>
        <w:pStyle w:val="ListBullet"/>
      </w:pPr>
      <w:r>
        <w:rPr>
          <w:b w:val="0"/>
        </w:rPr>
        <w:t>Presentación (40 min): invita a otro grupo de 3° o a las familias. Cada equipo presenta frente al cartel y los invitados hacen una pregunta. Al final, un alumno lee la hoja «Consejos para comer bien».</w:t>
      </w:r>
    </w:p>
    <w:p>
      <w:pPr>
        <w:pStyle w:val="ListBullet"/>
      </w:pPr>
      <w:r>
        <w:rPr>
          <w:b w:val="0"/>
        </w:rPr>
        <w:t>Colocan el cartel en la entrada del salón (5 min).</w:t>
      </w:r>
    </w:p>
    <w:p>
      <w:pPr>
        <w:pStyle w:val="ListBullet"/>
      </w:pPr>
      <w:r>
        <w:rPr>
          <w:b/>
        </w:rPr>
        <w:t>Equipo de apoyo lector:</w:t>
      </w:r>
      <w:r>
        <w:rPr>
          <w:b w:val="0"/>
        </w:rPr>
        <w:t xml:space="preserve"> cada uno lee en voz alta el nombre y los ingredientes de su receta, que ya practicó tres veces en la sesión 9 y en el bloque de lectura. Es un texto que dominan: dales ese logro frente al público.</w:t>
      </w:r>
    </w:p>
    <w:p>
      <w:pPr>
        <w:pStyle w:val="ListBullet"/>
      </w:pPr>
      <w:r>
        <w:rPr>
          <w:b/>
        </w:rPr>
        <w:t>Terminan antes:</w:t>
      </w:r>
      <w:r>
        <w:rPr>
          <w:b w:val="0"/>
        </w:rPr>
        <w:t xml:space="preserve"> atienden como guías del cartel las preguntas de los invitados.</w:t>
      </w:r>
    </w:p>
    <w:p>
      <w:r>
        <w:rPr>
          <w:b/>
        </w:rPr>
        <w:t>Cierre (15 min):</w:t>
      </w:r>
      <w:r>
        <w:rPr>
          <w:b w:val="0"/>
        </w:rPr>
        <w:t xml:space="preserve"> regresan al papel «Lo que queremos saber» y marcan las preguntas que ya pueden responder. Cada alumno escribe su autoevaluación en el cuaderno con tres títulos: «Lo que aprendí», «Lo que me costó trabajo» y «Un hábito que voy a cambiar». En el bloque de 11:45, mide la velocidad lectora de los cinco alumnos en apoyo.</w:t>
      </w:r>
    </w:p>
    <w:p>
      <w:r>
        <w:rPr>
          <w:b/>
        </w:rPr>
        <w:t>Evidencia:</w:t>
      </w:r>
      <w:r>
        <w:rPr>
          <w:b w:val="0"/>
        </w:rPr>
        <w:t xml:space="preserve"> recetario terminado, cartel en la entrada del salón y autoevaluación.</w:t>
      </w:r>
    </w:p>
    <w:p>
      <w:r>
        <w:rPr>
          <w:b/>
        </w:rPr>
        <w:t>Si no sale:</w:t>
      </w:r>
      <w:r>
        <w:rPr>
          <w:b w:val="0"/>
        </w:rPr>
        <w:t xml:space="preserve"> si no consigues grupo invitado, presenten a la dirección o a las familias a la hora de la salida.</w:t>
      </w:r>
    </w:p>
    <w:p>
      <w:pPr>
        <w:pStyle w:val="Heading1"/>
      </w:pPr>
      <w:r>
        <w:t>Actividades diferenciadas: qué hace cada grado</w:t>
      </w:r>
    </w:p>
    <w:p>
      <w:r>
        <w:rPr>
          <w:b w:val="0"/>
        </w:rPr>
        <w:t>Tu grupo es de un solo grado (3°), así que la diferenciación es por nivel de apoyo, no por fase.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Sesión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Grupo general (3°)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Equipo de apoyo lector (5 alumnos)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Terminan antes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1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Registro de lo que comieron y conteo por equipo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Tarjetas de 8 palabras clave contigo; el tutor lee las categorías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Escriben una pregunta para el proyecto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2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Texto A, demostración de la bolsa y consignas 1 a 3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Primer párrafo leído 3 veces; tarjetas de órganos para ordenar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Silueta con el camino de la comida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3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Texto B, reto del codo y consignas 4 y 5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Tres frases clave leídas 3 veces; señalan partes en su cuerpo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Instructivo de un estiramiento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4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Texto C, consigna 6 y parte del cartel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Tú lees la lista de alimentos; rotulan copiando de tarjetas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Menú de un día con los tres grupos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5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Arreglos con tapas y partes A y B de la ficha de cálculo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El tutor lee los problemas; resuelven con tapas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Inventan un problema de porciones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6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Sellos de advertencia, lista de consumo responsable y elección de receta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Leen y copian los sellos; el tutor lee la receta familiar con ellos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Texto breve sobre la comida de su familia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7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Ficha de Lenguajes, consignas 1 a 7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Lectura repetida cronometrada de ingredientes y pasos 1 a 3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Instructivo para lavarse las manos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8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Parte C de la ficha de cálculo y porciones de la receta para 10 y 30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Tabla pitagórica, tapas y tutor lector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Receta para 20 personas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9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Borrador, revisión entre equipos, versión final y armado del cartel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Escriben la parte 1 o 2 de la receta (listas cortas)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Portada e índice del recetario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10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Armado del recetario, presentación y autoevaluación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Leen en público el nombre y los ingredientes ya practicados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Guías del cartel con los invitados</w:t>
            </w:r>
          </w:p>
        </w:tc>
      </w:tr>
    </w:tbl>
    <w:p/>
    <w:p>
      <w:pPr>
        <w:pStyle w:val="Heading1"/>
      </w:pPr>
      <w:r>
        <w:t>Evaluación</w:t>
      </w:r>
    </w:p>
    <w:p>
      <w:r>
        <w:rPr>
          <w:b/>
        </w:rPr>
        <w:t>Diagnóstica (sesión 1):</w:t>
      </w:r>
      <w:r>
        <w:rPr>
          <w:b w:val="0"/>
        </w:rPr>
        <w:t xml:space="preserve"> hoja «Lo que comí ayer», preguntas del papel bond y medición de la velocidad lectora de los cinco alumnos en apoyo.</w:t>
      </w:r>
    </w:p>
    <w:p>
      <w:r>
        <w:rPr>
          <w:b/>
        </w:rPr>
        <w:t>Formativa (sesiones 2 a 9):</w:t>
      </w:r>
    </w:p>
    <w:p>
      <w:pPr>
        <w:pStyle w:val="ListBullet"/>
      </w:pPr>
      <w:r>
        <w:rPr>
          <w:b w:val="0"/>
        </w:rPr>
        <w:t>Lista de cotejo de cada ficha (al final de cada una).</w:t>
      </w:r>
    </w:p>
    <w:p>
      <w:pPr>
        <w:pStyle w:val="ListBullet"/>
      </w:pPr>
      <w:r>
        <w:rPr>
          <w:b w:val="0"/>
        </w:rPr>
        <w:t>Observación diaria: elige 6 alumnos por día y registra en una hoja si explican con sus palabras, si usan el vocabulario del tema y si colaboran en su equipo. En una semana cubres a los 30.</w:t>
      </w:r>
    </w:p>
    <w:p>
      <w:r>
        <w:rPr>
          <w:b/>
        </w:rPr>
        <w:t>Coevaluación (sesión 9):</w:t>
      </w:r>
      <w:r>
        <w:rPr>
          <w:b w:val="0"/>
        </w:rPr>
        <w:t xml:space="preserve"> cada equipo revisa la receta de otro con la lista de 6 puntos.</w:t>
      </w:r>
    </w:p>
    <w:p>
      <w:r>
        <w:rPr>
          <w:b/>
        </w:rPr>
        <w:t>Autoevaluación:</w:t>
      </w:r>
      <w:r>
        <w:rPr>
          <w:b w:val="0"/>
        </w:rPr>
        <w:t xml:space="preserve"> el apartado «Me evalúo» de cada ficha y la reflexión escrita de la sesión 10.</w:t>
      </w:r>
    </w:p>
    <w:p>
      <w:r>
        <w:rPr>
          <w:b/>
        </w:rPr>
        <w:t>Sumativa:</w:t>
      </w:r>
      <w:r>
        <w:rPr>
          <w:b w:val="0"/>
        </w:rPr>
        <w:t xml:space="preserve"> examen de cierre (jueves 21) y rúbrica de los productos.</w:t>
      </w:r>
    </w:p>
    <w:p>
      <w:r>
        <w:rPr>
          <w:b/>
        </w:rPr>
        <w:t>Rúbrica de los productos (por equipo):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Criterio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Logrado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En proceso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Requiere apoyo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Partes de la receta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Tiene título, porciones, ingredientes con cantidad, utensilios y pasos numerados con verbos de acción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Le falta una parte o algunos pasos no empiezan con acción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Le faltan dos partes o más, o los pasos no tienen orden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Porciones calculadas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Las cantidades para 10 y 30 son correctas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Tiene uno o dos errores de cálculo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No calcula o suma en lugar de multiplicar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Cambio saludable y grupos del plato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Explica el cambio y nombra correctamente los grupos que contiene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Nombra los grupos con un error o no explica el cambio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No relaciona la receta con el plato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Parte del cartel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Al menos 6 alimentos bien clasificados, rotulados y con recomendación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3 a 5 alimentos o sin recomendación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Menos de 3 alimentos o mal clasificados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Trabajo en equipo y presentación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Todos participan y explican su parte con claridad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Participa la mayoría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Uno o dos alumnos hacen todo</w:t>
            </w:r>
          </w:p>
        </w:tc>
      </w:tr>
    </w:tbl>
    <w:p/>
    <w:p>
      <w:r>
        <w:rPr>
          <w:b/>
        </w:rPr>
        <w:t>Registro de fluidez de los cinco alumnos en apoyo: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Alumno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Día 1 (palabras por minuto)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Día 10 (palabras por minuto)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Observaciones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1</w:t>
            </w:r>
          </w:p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2</w:t>
            </w:r>
          </w:p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3</w:t>
            </w:r>
          </w:p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4</w:t>
            </w:r>
          </w:p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5</w:t>
            </w:r>
          </w:p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</w:tr>
    </w:tbl>
    <w:p/>
    <w:p>
      <w:r>
        <w:rPr>
          <w:b/>
        </w:rPr>
        <w:t>Si necesitas calificación numérica:</w:t>
      </w:r>
      <w:r>
        <w:rPr>
          <w:b w:val="0"/>
        </w:rPr>
        <w:t xml:space="preserve"> productos 40 %, fichas 30 % y examen 30 %.</w:t>
      </w:r>
    </w:p>
    <w:p>
      <w:pPr>
        <w:pStyle w:val="Heading1"/>
      </w:pPr>
      <w:r>
        <w:t>Materiales</w:t>
      </w:r>
    </w:p>
    <w:p>
      <w:r>
        <w:rPr>
          <w:b/>
        </w:rPr>
        <w:t>Fotocopias:</w:t>
      </w:r>
    </w:p>
    <w:p>
      <w:pPr>
        <w:pStyle w:val="ListBullet"/>
      </w:pPr>
      <w:r>
        <w:rPr>
          <w:b w:val="0"/>
        </w:rPr>
        <w:t>30 copias de la ficha de Lenguajes «La receta: ensalada de nopales».</w:t>
      </w:r>
    </w:p>
    <w:p>
      <w:pPr>
        <w:pStyle w:val="ListBullet"/>
      </w:pPr>
      <w:r>
        <w:rPr>
          <w:b w:val="0"/>
        </w:rPr>
        <w:t>30 copias de la ficha de Saberes «Mi cuerpo y el plato del bien comer».</w:t>
      </w:r>
    </w:p>
    <w:p>
      <w:pPr>
        <w:pStyle w:val="ListBullet"/>
      </w:pPr>
      <w:r>
        <w:rPr>
          <w:b w:val="0"/>
        </w:rPr>
        <w:t>30 copias de la ficha de cálculo «Porciones y tablas de multiplicar».</w:t>
      </w:r>
    </w:p>
    <w:p>
      <w:pPr>
        <w:pStyle w:val="ListBullet"/>
      </w:pPr>
      <w:r>
        <w:rPr>
          <w:b w:val="0"/>
        </w:rPr>
        <w:t>30 copias del examen de cierre.</w:t>
      </w:r>
    </w:p>
    <w:p>
      <w:pPr>
        <w:pStyle w:val="ListBullet"/>
      </w:pPr>
      <w:r>
        <w:rPr>
          <w:b w:val="0"/>
        </w:rPr>
        <w:t>30 medias hojas de la tarea «La receta de mi familia».</w:t>
      </w:r>
    </w:p>
    <w:p>
      <w:pPr>
        <w:pStyle w:val="ListBullet"/>
      </w:pPr>
      <w:r>
        <w:rPr>
          <w:b w:val="0"/>
        </w:rPr>
        <w:t>5 tablas pitagóricas de consulta.</w:t>
      </w:r>
    </w:p>
    <w:p>
      <w:r>
        <w:rPr>
          <w:b/>
        </w:rPr>
        <w:t>Papelería:</w:t>
      </w:r>
    </w:p>
    <w:p>
      <w:pPr>
        <w:pStyle w:val="ListBullet"/>
      </w:pPr>
      <w:r>
        <w:rPr>
          <w:b w:val="0"/>
        </w:rPr>
        <w:t>5 pliegos de papel bond: uno para «Lo que queremos saber», uno para «Partes de una receta», dos cortados en cuartos (usas 6 cuartos para las partes del cartel) y uno para la base del cartel.</w:t>
      </w:r>
    </w:p>
    <w:p>
      <w:pPr>
        <w:pStyle w:val="ListBullet"/>
      </w:pPr>
      <w:r>
        <w:rPr>
          <w:b w:val="0"/>
        </w:rPr>
        <w:t>30 hojas blancas tamaño carta.</w:t>
      </w:r>
    </w:p>
    <w:p>
      <w:pPr>
        <w:pStyle w:val="ListBullet"/>
      </w:pPr>
      <w:r>
        <w:rPr>
          <w:b w:val="0"/>
        </w:rPr>
        <w:t>Colores, plumones negros, cinta adhesiva y engrapadora o estambre.</w:t>
      </w:r>
    </w:p>
    <w:p>
      <w:r>
        <w:rPr>
          <w:b/>
        </w:rPr>
        <w:t>Material concreto:</w:t>
      </w:r>
    </w:p>
    <w:p>
      <w:pPr>
        <w:pStyle w:val="ListBullet"/>
      </w:pPr>
      <w:r>
        <w:rPr>
          <w:b w:val="0"/>
        </w:rPr>
        <w:t>180 tapas, frijoles o fichas (30 por equipo) y 4 platos de papel.</w:t>
      </w:r>
    </w:p>
    <w:p>
      <w:pPr>
        <w:pStyle w:val="ListBullet"/>
      </w:pPr>
      <w:r>
        <w:rPr>
          <w:b w:val="0"/>
        </w:rPr>
        <w:t>Para la demostración de la sesión 2: bolsa con cierre, una media limpia, galletas saladas, agua y un plato.</w:t>
      </w:r>
    </w:p>
    <w:p>
      <w:pPr>
        <w:pStyle w:val="ListBullet"/>
      </w:pPr>
      <w:r>
        <w:rPr>
          <w:b w:val="0"/>
        </w:rPr>
        <w:t>15 reglas para el reto del codo.</w:t>
      </w:r>
    </w:p>
    <w:p>
      <w:pPr>
        <w:pStyle w:val="ListBullet"/>
      </w:pPr>
      <w:r>
        <w:rPr>
          <w:b w:val="0"/>
        </w:rPr>
        <w:t>18 empaques vacíos con sellos de advertencia; pídelos el viernes 15 junto con la tarea.</w:t>
      </w:r>
    </w:p>
    <w:p>
      <w:pPr>
        <w:pStyle w:val="ListBullet"/>
      </w:pPr>
      <w:r>
        <w:rPr>
          <w:b w:val="0"/>
        </w:rPr>
        <w:t>Tarjetas de palabras clave: alimentos, órganos y partes de la receta (unas 30, escritas a mano con plumón).</w:t>
      </w:r>
    </w:p>
    <w:p>
      <w:pPr>
        <w:pStyle w:val="ListBullet"/>
      </w:pPr>
      <w:r>
        <w:rPr>
          <w:b w:val="0"/>
        </w:rPr>
        <w:t>Opcional para la sesión 7: limones, jarra, agua y vasos.</w:t>
      </w:r>
    </w:p>
    <w:p>
      <w:pPr>
        <w:pStyle w:val="ListBullet"/>
      </w:pPr>
      <w:r>
        <w:rPr>
          <w:b w:val="0"/>
        </w:rPr>
        <w:t>Reloj o cronómetro para la lectura repetida.</w:t>
      </w:r>
    </w:p>
    <w:p>
      <w:r>
        <w:rPr>
          <w:b/>
        </w:rPr>
        <w:t>Libros:</w:t>
      </w:r>
      <w:r>
        <w:rPr>
          <w:b w:val="0"/>
        </w:rPr>
        <w:t xml:space="preserve"> *Proyectos de Aula*, *Proyectos Comunitarios* y *Proyectos Escolares* de 3°, *Nuestros saberes* y *Múltiples lenguajes*.</w:t>
      </w:r>
    </w:p>
    <w:p>
      <w:pPr>
        <w:pStyle w:val="Heading1"/>
      </w:pPr>
      <w:r>
        <w:t>Adecuaciones</w:t>
      </w:r>
    </w:p>
    <w:p>
      <w:r>
        <w:rPr>
          <w:b/>
        </w:rPr>
        <w:t>Cinco alumnos que leen por debajo de 60 palabras por minuto:</w:t>
      </w:r>
    </w:p>
    <w:p>
      <w:pPr>
        <w:pStyle w:val="ListBullet"/>
      </w:pPr>
      <w:r>
        <w:rPr>
          <w:b w:val="0"/>
        </w:rPr>
        <w:t>Siempre escuchan primero el texto leído por ti.</w:t>
      </w:r>
    </w:p>
    <w:p>
      <w:pPr>
        <w:pStyle w:val="ListBullet"/>
      </w:pPr>
      <w:r>
        <w:rPr>
          <w:b w:val="0"/>
        </w:rPr>
        <w:t>Leen con su tutor fragmentos cortos, tres veces cada uno.</w:t>
      </w:r>
    </w:p>
    <w:p>
      <w:pPr>
        <w:pStyle w:val="ListBullet"/>
      </w:pPr>
      <w:r>
        <w:rPr>
          <w:b w:val="0"/>
        </w:rPr>
        <w:t>Usan tarjetas de palabras clave en lugar de copiar textos largos.</w:t>
      </w:r>
    </w:p>
    <w:p>
      <w:pPr>
        <w:pStyle w:val="ListBullet"/>
      </w:pPr>
      <w:r>
        <w:rPr>
          <w:b w:val="0"/>
        </w:rPr>
        <w:t>En los problemas de matemáticas el tutor lee en voz alta; así se evalúa su razonamiento, no su lectura.</w:t>
      </w:r>
    </w:p>
    <w:p>
      <w:pPr>
        <w:pStyle w:val="ListBullet"/>
      </w:pPr>
      <w:r>
        <w:rPr>
          <w:b w:val="0"/>
        </w:rPr>
        <w:t>Tienen 15 minutos diarios contigo de lectura repetida con cronómetro: el mismo texto tres veces y anotan su número de palabras para que vean su avance.</w:t>
      </w:r>
    </w:p>
    <w:p>
      <w:pPr>
        <w:pStyle w:val="ListBullet"/>
      </w:pPr>
      <w:r>
        <w:rPr>
          <w:b w:val="0"/>
        </w:rPr>
        <w:t>No los saques del equipo para todo; el apoyo es dentro de la actividad.</w:t>
      </w:r>
    </w:p>
    <w:p>
      <w:r>
        <w:rPr>
          <w:b/>
        </w:rPr>
        <w:t>Alumnos con dificultad en las tablas:</w:t>
      </w:r>
      <w:r>
        <w:rPr>
          <w:b w:val="0"/>
        </w:rPr>
        <w:t xml:space="preserve"> dales tapas y tabla pitagórica de consulta en todas las sesiones. Que construyan las tablas del 2, 5 y 10 antes que la del 7 o la del 8.</w:t>
      </w:r>
    </w:p>
    <w:p>
      <w:r>
        <w:rPr>
          <w:b/>
        </w:rPr>
        <w:t>Alergias e higiene:</w:t>
      </w:r>
      <w:r>
        <w:rPr>
          <w:b w:val="0"/>
        </w:rPr>
        <w:t xml:space="preserve"> pregunta por alergias antes de la sesión 2 y de la sesión 7. Todos se lavan las manos antes de probar cualquier alimento.</w:t>
      </w:r>
    </w:p>
    <w:p>
      <w:r>
        <w:rPr>
          <w:b/>
        </w:rPr>
        <w:t>Economía familiar:</w:t>
      </w:r>
      <w:r>
        <w:rPr>
          <w:b w:val="0"/>
        </w:rPr>
        <w:t xml:space="preserve"> no pidas a las familias comprar ingredientes. El recetario es escrito y lo único que se pide de casa son la entrevista y los empaques vacíos.</w:t>
      </w:r>
    </w:p>
    <w:p>
      <w:r>
        <w:rPr>
          <w:b/>
        </w:rPr>
        <w:t>Cuerpos y comida de casa:</w:t>
      </w:r>
      <w:r>
        <w:rPr>
          <w:b w:val="0"/>
        </w:rPr>
        <w:t xml:space="preserve"> no peses ni midas a nadie, no compares cuerpos y no digas que la comida de una casa es «mala». Habla siempre de combinar y de mejorar.</w:t>
      </w:r>
    </w:p>
    <w:p>
      <w:r>
        <w:rPr>
          <w:b/>
        </w:rPr>
        <w:t>Alumnos que terminan antes:</w:t>
      </w:r>
      <w:r>
        <w:rPr>
          <w:b w:val="0"/>
        </w:rPr>
        <w:t xml:space="preserve"> cada sesión trae un reto de ampliación (ver tabla de actividades diferenciadas). Úsalos también como guías de su equipo.</w:t>
      </w:r>
    </w:p>
    <w:p>
      <w:r>
        <w:rPr>
          <w:b/>
        </w:rPr>
        <w:t>Inasistencias:</w:t>
      </w:r>
      <w:r>
        <w:rPr>
          <w:b w:val="0"/>
        </w:rPr>
        <w:t xml:space="preserve"> si falta un alumno, su parte de la receta la cubre su tutor. Al regresar, el alumno lee la versión final con el equipo.</w:t>
      </w:r>
    </w:p>
    <w:p/>
    <w:p>
      <w:r>
        <w:rPr>
          <w:sz w:val="16"/>
        </w:rPr>
        <w:t>Material gratuito de Didaula · https://didaula.com/planeaciones/3-grado/3-grado-el-cuerpo-humano-y-la-alimentacion/ · licencia CC BY-NC 4.0: edítalo y compártelo, no se vende.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