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 juego de mesa de las tablas: multiplicar, repartir y escribir el instructivo</w:t>
      </w:r>
    </w:p>
    <w:p>
      <w:r>
        <w:t>Planeación · 3°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Saberes y pensamiento científico: multiplicación y división, su relación como operaciones inversas (tablas del 2 al 9, cálculo mental, reparto y agrupamiento). Lenguajes: comprensión y producción de textos instructivos para realizar actividades escolares y participar en juegos. Ética, naturaleza y sociedades: la función de las normas y los acuerdos en la convivencia; la cooperativa escolar como organización de la comunidad. De lo humano y lo comunitario: juegos que implican colaboración, toma de acuerdos y manejo de emociones al ganar y al perder.</w:t>
      </w:r>
    </w:p>
    <w:p>
      <w:r>
        <w:rPr>
          <w:b/>
        </w:rPr>
        <w:t>PDA:</w:t>
      </w:r>
      <w:r>
        <w:rPr>
          <w:b w:val="0"/>
        </w:rPr>
        <w:t xml:space="preserve"> Saberes: construye y usa un repertorio de productos de las tablas del 2 al 9 con estrategias de cálculo mental (dobles, a partir del 10, mitad, descomposición). Resuelve problemas de su contexto que implican multiplicar números de una y dos cifras por una cifra, y problemas de reparto y agrupamiento con división exacta, que comprueba con una multiplicación. Lenguajes: lee y sigue instructivos de juegos, identifica sus partes (título, materiales, jugadores, pasos numerados, quién gana) y escribe, revisa y corrige el instructivo de un juego propio. Ética: reconoce la función de las reglas y participa en la construcción de un reglamento justo con consecuencias claras. Humano: colabora en equipo con roles y acuerdos, y expresa y regula sus emociones al ganar o perder.</w:t>
      </w:r>
    </w:p>
    <w:p>
      <w:r>
        <w:t>Proyecto de dos semanas (25 de enero al 5 de febrero de 2027) para un grupo de 30 alumnos de 3°. Practican las tablas del 2 al 9 con estrategias de cálculo mental y resuelven repartos con material y problemas con los precios de la cooperativa escolar. Distinguen el instructivo del reglamento y construyen reglas justas. Cada uno de los 6 equipos crea un juego de mesa de las tablas con su instructivo y su reglamento, y lo presenta en una feria. Incluye apoyo diario de fluidez para los cinco alumnos que leen menos de 60 palabras por minuto.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Al terminar el viernes 5 de febrero, tus 30 alumnos de 3° habrán logrado lo siguiente:</w:t>
      </w:r>
    </w:p>
    <w:p>
      <w:pPr>
        <w:pStyle w:val="ListBullet"/>
      </w:pPr>
      <w:r>
        <w:rPr>
          <w:b w:val="0"/>
        </w:rPr>
        <w:t>Usan las tablas del 2 al 9 con estrategias de cálculo mental: dobles (×2, ×4, ×8), ×5 como mitad de ×10, ×9 como ×10 menos una vez, ×3 como ×2 más ×1, ×6 como doble de ×3, ×7 como ×5 más ×2, y la propiedad conmutativa.</w:t>
      </w:r>
    </w:p>
    <w:p>
      <w:pPr>
        <w:pStyle w:val="ListBullet"/>
      </w:pPr>
      <w:r>
        <w:rPr>
          <w:b w:val="0"/>
        </w:rPr>
        <w:t>Resuelven repartos exactos con material, con dibujo y con división, y los comprueban con una multiplicación.</w:t>
      </w:r>
    </w:p>
    <w:p>
      <w:pPr>
        <w:pStyle w:val="ListBullet"/>
      </w:pPr>
      <w:r>
        <w:rPr>
          <w:b w:val="0"/>
        </w:rPr>
        <w:t>Resuelven problemas de compra y de reparto con los precios de la cooperativa escolar.</w:t>
      </w:r>
    </w:p>
    <w:p>
      <w:pPr>
        <w:pStyle w:val="ListBullet"/>
      </w:pPr>
      <w:r>
        <w:rPr>
          <w:b w:val="0"/>
        </w:rPr>
        <w:t>Leen y escriben instructivos y reglamentos de juego, y saben distinguir uno del otro.</w:t>
      </w:r>
    </w:p>
    <w:p>
      <w:pPr>
        <w:pStyle w:val="ListBullet"/>
      </w:pPr>
      <w:r>
        <w:rPr>
          <w:b w:val="0"/>
        </w:rPr>
        <w:t>Construyen reglas justas, trabajan con roles y manejan el ganar y el perder.</w:t>
      </w:r>
    </w:p>
    <w:p>
      <w:r>
        <w:rPr>
          <w:b/>
        </w:rPr>
        <w:t>Producto final.</w:t>
      </w:r>
      <w:r>
        <w:rPr>
          <w:b w:val="0"/>
        </w:rPr>
        <w:t xml:space="preserve"> Cada uno de los 6 equipos de 5 alumnos entrega un juego de mesa con:</w:t>
      </w:r>
    </w:p>
    <w:p>
      <w:pPr>
        <w:pStyle w:val="ListBullet"/>
      </w:pPr>
      <w:r>
        <w:rPr>
          <w:b w:val="0"/>
        </w:rPr>
        <w:t>un tablero;</w:t>
      </w:r>
    </w:p>
    <w:p>
      <w:pPr>
        <w:pStyle w:val="ListBullet"/>
      </w:pPr>
      <w:r>
        <w:rPr>
          <w:b w:val="0"/>
        </w:rPr>
        <w:t>al menos 30 tarjetas: 20 de multiplicar, con todas las tablas del 2 al 9, y 10 de reparto;</w:t>
      </w:r>
    </w:p>
    <w:p>
      <w:pPr>
        <w:pStyle w:val="ListBullet"/>
      </w:pPr>
      <w:r>
        <w:rPr>
          <w:b w:val="0"/>
        </w:rPr>
        <w:t>un instructivo escrito por los alumnos;</w:t>
      </w:r>
    </w:p>
    <w:p>
      <w:pPr>
        <w:pStyle w:val="ListBullet"/>
      </w:pPr>
      <w:r>
        <w:rPr>
          <w:b w:val="0"/>
        </w:rPr>
        <w:t>un reglamento escrito por los alumnos.</w:t>
      </w:r>
    </w:p>
    <w:p>
      <w:r>
        <w:rPr>
          <w:b w:val="0"/>
        </w:rPr>
        <w:t>Los juegos se presentan en la Feria de juegos de las tablas el viernes 5 de febrero.</w:t>
      </w:r>
    </w:p>
    <w:p>
      <w:r>
        <w:rPr>
          <w:b/>
        </w:rPr>
        <w:t>Metodología.</w:t>
      </w:r>
      <w:r>
        <w:rPr>
          <w:b w:val="0"/>
        </w:rPr>
        <w:t xml:space="preserve"> El eje es un proyecto comunitario (Lenguajes): inventar un juego para que lo juegue otro grupo. Se complementa con:</w:t>
      </w:r>
    </w:p>
    <w:p>
      <w:pPr>
        <w:pStyle w:val="ListBullet"/>
      </w:pPr>
      <w:r>
        <w:rPr>
          <w:b w:val="0"/>
        </w:rPr>
        <w:t>indagación en Saberes: descubrir los patrones de la tabla pitagórica;</w:t>
      </w:r>
    </w:p>
    <w:p>
      <w:pPr>
        <w:pStyle w:val="ListBullet"/>
      </w:pPr>
      <w:r>
        <w:rPr>
          <w:b w:val="0"/>
        </w:rPr>
        <w:t>un problema para resolver en Ética: ¿cómo hacemos reglas justas?;</w:t>
      </w:r>
    </w:p>
    <w:p>
      <w:pPr>
        <w:pStyle w:val="ListBullet"/>
      </w:pPr>
      <w:r>
        <w:rPr>
          <w:b w:val="0"/>
        </w:rPr>
        <w:t>trabajo colaborativo en De lo humano y lo comunitario.</w:t>
      </w:r>
    </w:p>
    <w:p>
      <w:r>
        <w:rPr>
          <w:b/>
        </w:rPr>
        <w:t>Campos formativos y contenidos.</w:t>
      </w:r>
    </w:p>
    <w:p>
      <w:pPr>
        <w:pStyle w:val="ListBullet"/>
      </w:pPr>
      <w:r>
        <w:rPr>
          <w:b w:val="0"/>
        </w:rPr>
        <w:t>Saberes y pensamiento científico: multiplicación y división como operaciones inversas.</w:t>
      </w:r>
    </w:p>
    <w:p>
      <w:pPr>
        <w:pStyle w:val="ListBullet"/>
      </w:pPr>
      <w:r>
        <w:rPr>
          <w:b w:val="0"/>
        </w:rPr>
        <w:t>Lenguajes: textos instructivos para participar en juegos.</w:t>
      </w:r>
    </w:p>
    <w:p>
      <w:pPr>
        <w:pStyle w:val="ListBullet"/>
      </w:pPr>
      <w:r>
        <w:rPr>
          <w:b w:val="0"/>
        </w:rPr>
        <w:t>Ética, naturaleza y sociedades: función de las normas y los acuerdos; la cooperativa escolar como organización de la comunidad.</w:t>
      </w:r>
    </w:p>
    <w:p>
      <w:pPr>
        <w:pStyle w:val="ListBullet"/>
      </w:pPr>
      <w:r>
        <w:rPr>
          <w:b w:val="0"/>
        </w:rPr>
        <w:t>De lo humano y lo comunitario: juego colaborativo, acuerdos y emociones.</w:t>
      </w:r>
    </w:p>
    <w:p>
      <w:r>
        <w:rPr>
          <w:b/>
        </w:rPr>
        <w:t>Revisa tu calendario antes de empezar.</w:t>
      </w:r>
    </w:p>
    <w:p>
      <w:pPr>
        <w:pStyle w:val="ListBullet"/>
      </w:pPr>
      <w:r>
        <w:rPr>
          <w:b w:val="0"/>
        </w:rPr>
        <w:t>El lunes 1 de febrero es día de descanso obligatorio (Día de la Constitución).</w:t>
      </w:r>
    </w:p>
    <w:p>
      <w:pPr>
        <w:pStyle w:val="ListBullet"/>
      </w:pPr>
      <w:r>
        <w:rPr>
          <w:b w:val="0"/>
        </w:rPr>
        <w:t>El viernes 29 de enero puede haber Consejo Técnico Escolar.</w:t>
      </w:r>
    </w:p>
    <w:p>
      <w:pPr>
        <w:pStyle w:val="ListBullet"/>
      </w:pPr>
      <w:r>
        <w:rPr>
          <w:b w:val="0"/>
        </w:rPr>
        <w:t>Si pierdes uno de esos días, recorre las sesiones 9 y 10 al lunes 8 y martes 9 de febrero.</w:t>
      </w:r>
    </w:p>
    <w:p>
      <w:pPr>
        <w:pStyle w:val="ListBullet"/>
      </w:pPr>
      <w:r>
        <w:rPr>
          <w:b w:val="0"/>
        </w:rPr>
        <w:t>Si no puedes extender el proyecto, junta la sesión 6 con la 7: la Ficha 2 va en el bloque de 11:30 y el diseño del juego en el bloque largo.</w:t>
      </w:r>
    </w:p>
    <w:p>
      <w:pPr>
        <w:pStyle w:val="ListBullet"/>
      </w:pPr>
      <w:r>
        <w:rPr>
          <w:b w:val="0"/>
        </w:rPr>
        <w:t>Si pierdes los dos días, haz lo mismo con las sesiones 4 y 5: el reparto con material en el bloque largo y la Ficha 3 en el de 11:30.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Actividad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haces tú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8:00-8:15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Rutina de cálculo mental: dictado de 10 multiplicaciones y «Lo pensé así»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Dictas, eliges a 2 alumnos que expliquen su estrategia y anotas qué tabla falla más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8:15-9:45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Bloque del proyecto: sesión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con todo el grupo, desarrollo rotando por niveles o por equipos, cierre con todo el grupo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9:45-10:00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Fluidez lectora: lectura repetida con los textos del 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Trabajas en mesa con los 5 alumnos que leen menos de 60 ppm; el resto lee en parejas el instructivo del día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10:00-10:30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El jueves 28, los alumnos copian 4 precios de la cooperativa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10:30-11:30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Otras asignaturas según tu horario (Educación Física, Artes, Inglés)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Sigues tu horario normal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11:30-12:15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Práctica: terminar fichas, juegos del rincón de tablas, pendientes del proyecto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Atiendes a quien se quedó atrás en la sesión; los monitores de Nivel C apoyan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12:15-12:30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Cada alumno actualiza su tarjeta «Mis tablas»; dejas una tarea breve</w:t>
            </w:r>
          </w:p>
        </w:tc>
      </w:tr>
    </w:tbl>
    <w:p/>
    <w:p>
      <w:pPr>
        <w:pStyle w:val="Heading1"/>
      </w:pPr>
      <w:r>
        <w:t>Secuencia de sesiones</w:t>
      </w:r>
    </w:p>
    <w:p>
      <w:r>
        <w:rPr>
          <w:b w:val="0"/>
        </w:rPr>
        <w:t>Cada sesión dura 90 minutos (8:15 a 9:45): 15 de inicio, 60 de desarrollo y 15 de cierre.</w:t>
      </w:r>
    </w:p>
    <w:p>
      <w:r>
        <w:rPr>
          <w:b/>
        </w:rPr>
        <w:t>Cómo se organiza la diferenciación</w:t>
      </w:r>
    </w:p>
    <w:p>
      <w:pPr>
        <w:pStyle w:val="ListBullet"/>
      </w:pPr>
      <w:r>
        <w:rPr>
          <w:b w:val="0"/>
        </w:rPr>
        <w:t>Desde la sesión 2, la diferenciación en cálculo usa tres niveles que sacas del diagnóstico de la sesión 1:</w:t>
      </w:r>
    </w:p>
    <w:p>
      <w:pPr>
        <w:pStyle w:val="ListBullet"/>
      </w:pPr>
      <w:r>
        <w:rPr>
          <w:b w:val="0"/>
        </w:rPr>
        <w:t>Nivel A: hasta 30 aciertos de 64.</w:t>
      </w:r>
    </w:p>
    <w:p>
      <w:pPr>
        <w:pStyle w:val="ListBullet"/>
      </w:pPr>
      <w:r>
        <w:rPr>
          <w:b w:val="0"/>
        </w:rPr>
        <w:t>Nivel B: de 31 a 55 aciertos.</w:t>
      </w:r>
    </w:p>
    <w:p>
      <w:pPr>
        <w:pStyle w:val="ListBullet"/>
      </w:pPr>
      <w:r>
        <w:rPr>
          <w:b w:val="0"/>
        </w:rPr>
        <w:t>Nivel C: más de 55 aciertos.</w:t>
      </w:r>
    </w:p>
    <w:p>
      <w:pPr>
        <w:pStyle w:val="ListBullet"/>
      </w:pPr>
      <w:r>
        <w:rPr>
          <w:b w:val="0"/>
        </w:rPr>
        <w:t>En el trabajo del proyecto, los equipos son heterogéneos.</w:t>
      </w:r>
    </w:p>
    <w:p>
      <w:pPr>
        <w:pStyle w:val="ListBullet"/>
      </w:pPr>
      <w:r>
        <w:rPr>
          <w:b w:val="0"/>
        </w:rPr>
        <w:t>Los 5 alumnos que leen lento no forman un nivel aparte de cálculo: los ubicas según su diagnóstico y les das apoyo de lectura en todos los niveles.</w:t>
      </w:r>
    </w:p>
    <w:p>
      <w:pPr>
        <w:pStyle w:val="Heading2"/>
      </w:pPr>
      <w:r>
        <w:t>Sesión 1 · Lunes 25 de enero · ¿Cuánto sabemos de las tablas?</w:t>
      </w:r>
    </w:p>
    <w:p>
      <w:r>
        <w:rPr>
          <w:b/>
        </w:rPr>
        <w:t>Propósito:</w:t>
      </w:r>
      <w:r>
        <w:rPr>
          <w:b w:val="0"/>
        </w:rPr>
        <w:t xml:space="preserve"> saber qué tablas domina cada alumno y presentar el reto del juego de mesa.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Juega «Multiplicación relámpago» con todo el grupo:</w:t>
      </w:r>
    </w:p>
    <w:p>
      <w:pPr>
        <w:pStyle w:val="ListBullet"/>
      </w:pPr>
      <w:r>
        <w:rPr>
          <w:b w:val="0"/>
        </w:rPr>
        <w:t>Dices «tres veces cuatro» y los alumnos escriben el resultado en media hoja reciclada.</w:t>
      </w:r>
    </w:p>
    <w:p>
      <w:pPr>
        <w:pStyle w:val="ListBullet"/>
      </w:pPr>
      <w:r>
        <w:rPr>
          <w:b w:val="0"/>
        </w:rPr>
        <w:t>Haz 8 rondas.</w:t>
      </w:r>
    </w:p>
    <w:p>
      <w:pPr>
        <w:pStyle w:val="ListBullet"/>
      </w:pPr>
      <w:r>
        <w:rPr>
          <w:b w:val="0"/>
        </w:rPr>
        <w:t>Muestra un juego de mesa que tengas (serpientes y escaleras, lotería, dominó) y pregunta: «Si nunca lo has jugado, ¿cómo sabes jugarlo?». Lleva la plática a la palabra instructivo.</w:t>
      </w:r>
    </w:p>
    <w:p>
      <w:pPr>
        <w:pStyle w:val="ListBullet"/>
      </w:pPr>
      <w:r>
        <w:rPr>
          <w:b w:val="0"/>
        </w:rPr>
        <w:t>Presenta el reto: «En dos semanas cada equipo va a inventar un juego de mesa de las tablas y a escribir su instructivo para que otro grupo lo pueda jugar sin que nadie le explique».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Diagnóstico individual (15 min):</w:t>
      </w:r>
    </w:p>
    <w:p>
      <w:pPr>
        <w:pStyle w:val="ListBullet"/>
      </w:pPr>
      <w:r>
        <w:rPr>
          <w:b w:val="0"/>
        </w:rPr>
        <w:t>Reparte media hoja con una tabla pitagórica del 2 al 9 en blanco.</w:t>
      </w:r>
    </w:p>
    <w:p>
      <w:pPr>
        <w:pStyle w:val="ListBullet"/>
      </w:pPr>
      <w:r>
        <w:rPr>
          <w:b w:val="0"/>
        </w:rPr>
        <w:t>Primero, 8 minutos con lápiz: llenan solo lo que saben de memoria, sin contar con los dedos.</w:t>
      </w:r>
    </w:p>
    <w:p>
      <w:pPr>
        <w:pStyle w:val="ListBullet"/>
      </w:pPr>
      <w:r>
        <w:rPr>
          <w:b w:val="0"/>
        </w:rPr>
        <w:t>Después, 7 minutos con color: completan como quieran (contando, sumando, dibujando).</w:t>
      </w:r>
    </w:p>
    <w:p>
      <w:pPr>
        <w:pStyle w:val="ListBullet"/>
      </w:pPr>
      <w:r>
        <w:rPr>
          <w:b w:val="0"/>
        </w:rPr>
        <w:t>Así distingues lo que tienen memorizado de lo que calculan.</w:t>
      </w:r>
    </w:p>
    <w:p>
      <w:pPr>
        <w:pStyle w:val="ListBullet"/>
      </w:pPr>
      <w:r>
        <w:rPr>
          <w:b/>
        </w:rPr>
        <w:t>Juego «Guerra de multiplicaciones» en parejas (30 min):</w:t>
      </w:r>
    </w:p>
    <w:p>
      <w:pPr>
        <w:pStyle w:val="ListBullet"/>
      </w:pPr>
      <w:r>
        <w:rPr>
          <w:b w:val="0"/>
        </w:rPr>
        <w:t>Cada pareja recibe una hoja de 32 cartas (números del 2 al 9, cuatro de cada uno) y las recorta en 5 minutos.</w:t>
      </w:r>
    </w:p>
    <w:p>
      <w:pPr>
        <w:pStyle w:val="ListBullet"/>
      </w:pPr>
      <w:r>
        <w:rPr>
          <w:b w:val="0"/>
        </w:rPr>
        <w:t>Todas las parejas juegan con la baraja completa.</w:t>
      </w:r>
    </w:p>
    <w:p>
      <w:pPr>
        <w:pStyle w:val="ListBullet"/>
      </w:pPr>
      <w:r>
        <w:rPr>
          <w:b w:val="0"/>
        </w:rPr>
        <w:t>Quien se atore puede usar la tira de conteo del 2 al 9 que pegaste en el pizarrón.</w:t>
      </w:r>
    </w:p>
    <w:p>
      <w:pPr>
        <w:pStyle w:val="ListBullet"/>
      </w:pPr>
      <w:r>
        <w:rPr>
          <w:b w:val="0"/>
        </w:rPr>
        <w:t>Mientras juegan, pasa por las mesas y anota quién responde rápido y quién cuenta con los dedos.</w:t>
      </w:r>
    </w:p>
    <w:p>
      <w:pPr>
        <w:pStyle w:val="ListBullet"/>
      </w:pPr>
      <w:r>
        <w:rPr>
          <w:b/>
        </w:rPr>
        <w:t>Lectura del instructivo (15 min):</w:t>
      </w:r>
    </w:p>
    <w:p>
      <w:pPr>
        <w:pStyle w:val="ListBullet"/>
      </w:pPr>
      <w:r>
        <w:rPr>
          <w:b w:val="0"/>
        </w:rPr>
        <w:t>Escribe en papel bond el instructivo de abajo y léelo en voz alta mientras siguen con el dedo.</w:t>
      </w:r>
    </w:p>
    <w:p>
      <w:pPr>
        <w:pStyle w:val="ListBullet"/>
      </w:pPr>
      <w:r>
        <w:rPr>
          <w:b w:val="0"/>
        </w:rPr>
        <w:t>Pregunta: «¿Qué partes tiene?».</w:t>
      </w:r>
    </w:p>
    <w:p>
      <w:pPr>
        <w:pStyle w:val="ListBullet"/>
      </w:pPr>
      <w:r>
        <w:rPr>
          <w:b w:val="0"/>
        </w:rPr>
        <w:t>Anota en otro papel bond el cartel «Partes del instructivo»: título, materiales, jugadores, cómo se juega (pasos numerados) y quién gana.</w:t>
      </w:r>
    </w:p>
    <w:p>
      <w:pPr>
        <w:pStyle w:val="ListBullet"/>
      </w:pPr>
      <w:r>
        <w:rPr>
          <w:b w:val="0"/>
        </w:rPr>
        <w:t>Déjalo pegado las dos semanas.</w:t>
      </w:r>
    </w:p>
    <w:p>
      <w:r>
        <w:rPr>
          <w:b w:val="0"/>
        </w:rPr>
        <w:t xml:space="preserve">&gt; </w:t>
      </w:r>
      <w:r>
        <w:rPr>
          <w:b/>
        </w:rPr>
        <w:t>Guerra de multiplicaciones</w:t>
      </w:r>
    </w:p>
    <w:p>
      <w:r>
        <w:rPr>
          <w:b w:val="0"/>
        </w:rPr>
        <w:t xml:space="preserve">&gt; </w:t>
      </w:r>
      <w:r>
        <w:rPr>
          <w:b/>
        </w:rPr>
        <w:t>Materiales:</w:t>
      </w:r>
      <w:r>
        <w:rPr>
          <w:b w:val="0"/>
        </w:rPr>
        <w:t xml:space="preserve"> 32 cartas con los números del 2 al 9 (cuatro de cada número).</w:t>
      </w:r>
    </w:p>
    <w:p>
      <w:r>
        <w:rPr>
          <w:b w:val="0"/>
        </w:rPr>
        <w:t xml:space="preserve">&gt; </w:t>
      </w:r>
      <w:r>
        <w:rPr>
          <w:b/>
        </w:rPr>
        <w:t>Jugadores:</w:t>
      </w:r>
      <w:r>
        <w:rPr>
          <w:b w:val="0"/>
        </w:rPr>
        <w:t xml:space="preserve"> 2.</w:t>
      </w:r>
    </w:p>
    <w:p>
      <w:r>
        <w:rPr>
          <w:b w:val="0"/>
        </w:rPr>
        <w:t xml:space="preserve">&gt; </w:t>
      </w:r>
      <w:r>
        <w:rPr>
          <w:b/>
        </w:rPr>
        <w:t>Cómo se juega:</w:t>
      </w:r>
    </w:p>
    <w:p>
      <w:r>
        <w:rPr>
          <w:b w:val="0"/>
        </w:rPr>
        <w:t>&gt; 1. Revuelve las cartas y repártelas entre los dos.</w:t>
      </w:r>
    </w:p>
    <w:p>
      <w:r>
        <w:rPr>
          <w:b w:val="0"/>
        </w:rPr>
        <w:t>&gt; 2. Pongan su montón boca abajo.</w:t>
      </w:r>
    </w:p>
    <w:p>
      <w:r>
        <w:rPr>
          <w:b w:val="0"/>
        </w:rPr>
        <w:t>&gt; 3. Al mismo tiempo, volteen una carta cada uno.</w:t>
      </w:r>
    </w:p>
    <w:p>
      <w:r>
        <w:rPr>
          <w:b w:val="0"/>
        </w:rPr>
        <w:t>&gt; 4. Multipliquen los dos números.</w:t>
      </w:r>
    </w:p>
    <w:p>
      <w:r>
        <w:rPr>
          <w:b w:val="0"/>
        </w:rPr>
        <w:t>&gt; 5. Quien diga primero el resultado correcto se lleva las dos cartas.</w:t>
      </w:r>
    </w:p>
    <w:p>
      <w:r>
        <w:rPr>
          <w:b w:val="0"/>
        </w:rPr>
        <w:t xml:space="preserve">&gt; </w:t>
      </w:r>
      <w:r>
        <w:rPr>
          <w:b/>
        </w:rPr>
        <w:t>Quién gana:</w:t>
      </w:r>
      <w:r>
        <w:rPr>
          <w:b w:val="0"/>
        </w:rPr>
        <w:t xml:space="preserve"> gana quien tiene más cartas al final.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Cada alumno pega en su cuaderno la tarjeta «Mis tablas» y marca ☐ las tablas que siente que ya sabe.</w:t>
      </w:r>
    </w:p>
    <w:p>
      <w:pPr>
        <w:pStyle w:val="ListBullet"/>
      </w:pPr>
      <w:r>
        <w:rPr>
          <w:b w:val="0"/>
        </w:rPr>
        <w:t>Pregunta: «¿Qué juego te gustaría inventar?». Anota las ideas en el pizarrón.</w:t>
      </w:r>
    </w:p>
    <w:p>
      <w:r>
        <w:rPr>
          <w:b/>
        </w:rPr>
        <w:t>Evidencia:</w:t>
      </w:r>
      <w:r>
        <w:rPr>
          <w:b w:val="0"/>
        </w:rPr>
        <w:t xml:space="preserve"> tabla pitagórica diagnóstica en dos colores y tarjeta «Mis tablas».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muchos dejan la tabla casi en blanco, es normal: es un diagnóstico.</w:t>
      </w:r>
    </w:p>
    <w:p>
      <w:pPr>
        <w:pStyle w:val="ListBullet"/>
      </w:pPr>
      <w:r>
        <w:rPr>
          <w:b w:val="0"/>
        </w:rPr>
        <w:t>Revísalo por la tarde y forma los niveles.</w:t>
      </w:r>
    </w:p>
    <w:p>
      <w:pPr>
        <w:pStyle w:val="ListBullet"/>
      </w:pPr>
      <w:r>
        <w:rPr>
          <w:b w:val="0"/>
        </w:rPr>
        <w:t>Si más de 10 alumnos quedan en Nivel A, empieza la sesión 2 con las tablas del 2, 5 y 10 como base para todo lo demás.</w:t>
      </w:r>
    </w:p>
    <w:p>
      <w:pPr>
        <w:pStyle w:val="Heading2"/>
      </w:pPr>
      <w:r>
        <w:t>Sesión 2 · Martes 26 de enero · Los secretos de la tabla pitagórica</w:t>
      </w:r>
    </w:p>
    <w:p>
      <w:r>
        <w:rPr>
          <w:b/>
        </w:rPr>
        <w:t>Propósito:</w:t>
      </w:r>
      <w:r>
        <w:rPr>
          <w:b w:val="0"/>
        </w:rPr>
        <w:t xml:space="preserve"> descubrir patrones en la tabla pitagórica y usar los dobles y la conmutatividad para aprender menos y saber más.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Pega una tabla pitagórica grande, del 1 al 10, en papel bond.</w:t>
      </w:r>
    </w:p>
    <w:p>
      <w:pPr>
        <w:pStyle w:val="ListBullet"/>
      </w:pPr>
      <w:r>
        <w:rPr>
          <w:b w:val="0"/>
        </w:rPr>
        <w:t>Pregunta: «¿Qué números se repiten? ¿Dónde está 24? ¿Por qué aparece varias veces?».</w:t>
      </w:r>
    </w:p>
    <w:p>
      <w:pPr>
        <w:pStyle w:val="ListBullet"/>
      </w:pPr>
      <w:r>
        <w:rPr>
          <w:b w:val="0"/>
        </w:rPr>
        <w:t>Anota las respuestas sin corregir todavía.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Todo el grupo (15 min):</w:t>
      </w:r>
    </w:p>
    <w:p>
      <w:pPr>
        <w:pStyle w:val="ListBullet"/>
      </w:pPr>
      <w:r>
        <w:rPr>
          <w:b w:val="0"/>
        </w:rPr>
        <w:t>En su copia de la tabla, colorean de un mismo color las filas del 2, del 4 y del 8.</w:t>
      </w:r>
    </w:p>
    <w:p>
      <w:pPr>
        <w:pStyle w:val="ListBullet"/>
      </w:pPr>
      <w:r>
        <w:rPr>
          <w:b w:val="0"/>
        </w:rPr>
        <w:t>Comparen: el 4 es el doble del 2 y el 8 es el doble del 4.</w:t>
      </w:r>
    </w:p>
    <w:p>
      <w:pPr>
        <w:pStyle w:val="ListBullet"/>
      </w:pPr>
      <w:r>
        <w:rPr>
          <w:b w:val="0"/>
        </w:rPr>
        <w:t>Luego marquen 3 × 7 y 7 × 3: están en espejo respecto de la diagonal.</w:t>
      </w:r>
    </w:p>
    <w:p>
      <w:pPr>
        <w:pStyle w:val="ListBullet"/>
      </w:pPr>
      <w:r>
        <w:rPr>
          <w:b w:val="0"/>
        </w:rPr>
        <w:t>Conclusión que escribes en el cartel «Estrategias que nos ayudan»: «Si sé 3 × 7, también sé 7 × 3. Del 2 al 9 solo hay 36 multiplicaciones diferentes».</w:t>
      </w:r>
    </w:p>
    <w:p>
      <w:pPr>
        <w:pStyle w:val="ListBullet"/>
      </w:pPr>
      <w:r>
        <w:rPr>
          <w:b/>
        </w:rPr>
        <w:t>Por niveles (45 min):</w:t>
      </w:r>
      <w:r>
        <w:rPr>
          <w:b w:val="0"/>
        </w:rPr>
        <w:t xml:space="preserve"> pasa 15 minutos con cada nivel; los demás trabajan con un monitor.</w:t>
      </w:r>
    </w:p>
    <w:p>
      <w:pPr>
        <w:pStyle w:val="ListBullet"/>
      </w:pPr>
      <w:r>
        <w:rPr>
          <w:b/>
        </w:rPr>
        <w:t>Nivel A:</w:t>
      </w:r>
      <w:r>
        <w:rPr>
          <w:b w:val="0"/>
        </w:rPr>
        <w:t xml:space="preserve"> con fichas o semillas arman arreglos rectangulares (3 filas de 4, 2 filas de 6) y escriben la multiplicación de cada uno. Practican el doble: juntan dos arreglos de 2 × 6 y ven que forman 4 × 6.</w:t>
      </w:r>
    </w:p>
    <w:p>
      <w:pPr>
        <w:pStyle w:val="ListBullet"/>
      </w:pPr>
      <w:r>
        <w:rPr>
          <w:b/>
        </w:rPr>
        <w:t>Nivel B:</w:t>
      </w:r>
      <w:r>
        <w:rPr>
          <w:b w:val="0"/>
        </w:rPr>
        <w:t xml:space="preserve"> completan las filas del 4 y del 8 usando dobles. Juegan «Dobles» en parejas con un dado: tiran, multiplican el número por 4 y luego lo doblan para obtener el ×8.</w:t>
      </w:r>
    </w:p>
    <w:p>
      <w:pPr>
        <w:pStyle w:val="ListBullet"/>
      </w:pPr>
      <w:r>
        <w:rPr>
          <w:b/>
        </w:rPr>
        <w:t>Nivel C:</w:t>
      </w:r>
      <w:r>
        <w:rPr>
          <w:b w:val="0"/>
        </w:rPr>
        <w:t xml:space="preserve"> buscan y escriben patrones: ¿qué pasa con las cifras de la tabla del 9? ¿Qué productos aparecen en tres tablas distintas? Al final explican un patrón a una pareja de Nivel B.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Cada alumno escribe en su cuaderno una multiplicación que hoy aprendió gracias al doble o a la conmutatividad.</w:t>
      </w:r>
    </w:p>
    <w:p>
      <w:pPr>
        <w:pStyle w:val="ListBullet"/>
      </w:pPr>
      <w:r>
        <w:rPr>
          <w:b w:val="0"/>
        </w:rPr>
        <w:t>Anuncia los 6 equipos de proyecto, de 5 alumnos cada uno:</w:t>
      </w:r>
    </w:p>
    <w:p>
      <w:pPr>
        <w:pStyle w:val="ListBullet"/>
      </w:pPr>
      <w:r>
        <w:rPr>
          <w:b w:val="0"/>
        </w:rPr>
        <w:t>Mezcla en cada equipo alumnos de los Niveles A, B y C.</w:t>
      </w:r>
    </w:p>
    <w:p>
      <w:pPr>
        <w:pStyle w:val="ListBullet"/>
      </w:pPr>
      <w:r>
        <w:rPr>
          <w:b w:val="0"/>
        </w:rPr>
        <w:t>Pon a cada uno de los 5 alumnos que leen lento en un equipo distinto (equipos 1 a 5), junto a un compañero que lea con fluidez y sea su tutor lector.</w:t>
      </w:r>
    </w:p>
    <w:p>
      <w:r>
        <w:rPr>
          <w:b/>
        </w:rPr>
        <w:t>Evidencia:</w:t>
      </w:r>
      <w:r>
        <w:rPr>
          <w:b w:val="0"/>
        </w:rPr>
        <w:t xml:space="preserve"> tabla pitagórica coloreada con los patrones marcados y la multiplicación escrita en el cuaderno.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el Nivel A no ve la relación del doble, quédate con el material.</w:t>
      </w:r>
    </w:p>
    <w:p>
      <w:pPr>
        <w:pStyle w:val="ListBullet"/>
      </w:pPr>
      <w:r>
        <w:rPr>
          <w:b w:val="0"/>
        </w:rPr>
        <w:t>Pide dos montones iguales de 2 × 6, júntalos y que cuenten. Repite con 2 × 7 y 2 × 8 antes de pasar al papel.</w:t>
      </w:r>
    </w:p>
    <w:p>
      <w:pPr>
        <w:pStyle w:val="Heading2"/>
      </w:pPr>
      <w:r>
        <w:t>Sesión 3 · Miércoles 27 de enero · Estrategias de cálculo mental</w:t>
      </w:r>
    </w:p>
    <w:p>
      <w:r>
        <w:rPr>
          <w:b/>
        </w:rPr>
        <w:t>Propósito:</w:t>
      </w:r>
      <w:r>
        <w:rPr>
          <w:b w:val="0"/>
        </w:rPr>
        <w:t xml:space="preserve"> calcular las tablas del 3, 5, 6, 7 y 9 a partir de las que ya saben.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Juega el «Rally de cálculo mental»: dictas 10 multiplicaciones y cada alumno escribe el resultado en media hoja.</w:t>
      </w:r>
    </w:p>
    <w:p>
      <w:pPr>
        <w:pStyle w:val="ListBullet"/>
      </w:pPr>
      <w:r>
        <w:rPr>
          <w:b w:val="0"/>
        </w:rPr>
        <w:t>Pregunta con 9 × 6: «¿Cómo lo pensaste?». Escucha al menos tres maneras distintas.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Todo el grupo (15 min):</w:t>
      </w:r>
      <w:r>
        <w:rPr>
          <w:b w:val="0"/>
        </w:rPr>
        <w:t xml:space="preserve"> modela en el pizarrón y agrega al cartel estas estrategias:</w:t>
      </w:r>
    </w:p>
    <w:p>
      <w:pPr>
        <w:pStyle w:val="ListBullet"/>
      </w:pPr>
      <w:r>
        <w:rPr>
          <w:b w:val="0"/>
        </w:rPr>
        <w:t>×5 es la mitad de ×10 (5 × 8 es la mitad de 80).</w:t>
      </w:r>
    </w:p>
    <w:p>
      <w:pPr>
        <w:pStyle w:val="ListBullet"/>
      </w:pPr>
      <w:r>
        <w:rPr>
          <w:b w:val="0"/>
        </w:rPr>
        <w:t>×9 es ×10 menos una vez (9 × 7 = 70 - 7).</w:t>
      </w:r>
    </w:p>
    <w:p>
      <w:pPr>
        <w:pStyle w:val="ListBullet"/>
      </w:pPr>
      <w:r>
        <w:rPr>
          <w:b w:val="0"/>
        </w:rPr>
        <w:t>×3 es ×2 más ×1.</w:t>
      </w:r>
    </w:p>
    <w:p>
      <w:pPr>
        <w:pStyle w:val="ListBullet"/>
      </w:pPr>
      <w:r>
        <w:rPr>
          <w:b w:val="0"/>
        </w:rPr>
        <w:t>×6 es el doble de ×3.</w:t>
      </w:r>
    </w:p>
    <w:p>
      <w:pPr>
        <w:pStyle w:val="ListBullet"/>
      </w:pPr>
      <w:r>
        <w:rPr>
          <w:b w:val="0"/>
        </w:rPr>
        <w:t>×7 es ×5 más ×2.</w:t>
      </w:r>
    </w:p>
    <w:p>
      <w:pPr>
        <w:pStyle w:val="ListBullet"/>
      </w:pPr>
      <w:r>
        <w:rPr>
          <w:b/>
        </w:rPr>
        <w:t>Por niveles (45 min):</w:t>
      </w:r>
      <w:r>
        <w:rPr>
          <w:b w:val="0"/>
        </w:rPr>
        <w:t xml:space="preserve"> resuelven las consignas 1 a 3 de la Ficha 1, «Tablas del 2 al 9 y repartos».</w:t>
      </w:r>
    </w:p>
    <w:p>
      <w:pPr>
        <w:pStyle w:val="ListBullet"/>
      </w:pPr>
      <w:r>
        <w:rPr>
          <w:b/>
        </w:rPr>
        <w:t>Nivel A:</w:t>
      </w:r>
      <w:r>
        <w:rPr>
          <w:b w:val="0"/>
        </w:rPr>
        <w:t xml:space="preserve"> completan solo las filas del 6 y del 7 de la consigna 1 y la consigna 2 con la tira de apoyo del ×5 y el ×10. Trabajas con ellos los primeros 20 minutos.</w:t>
      </w:r>
    </w:p>
    <w:p>
      <w:pPr>
        <w:pStyle w:val="ListBullet"/>
      </w:pPr>
      <w:r>
        <w:rPr>
          <w:b/>
        </w:rPr>
        <w:t>Nivel B:</w:t>
      </w:r>
      <w:r>
        <w:rPr>
          <w:b w:val="0"/>
        </w:rPr>
        <w:t xml:space="preserve"> resuelven completas las consignas 1 a 3.</w:t>
      </w:r>
    </w:p>
    <w:p>
      <w:pPr>
        <w:pStyle w:val="ListBullet"/>
      </w:pPr>
      <w:r>
        <w:rPr>
          <w:b/>
        </w:rPr>
        <w:t>Nivel C:</w:t>
      </w:r>
      <w:r>
        <w:rPr>
          <w:b w:val="0"/>
        </w:rPr>
        <w:t xml:space="preserve"> resuelven las consignas 1 a 3 y el reto que escribes en el pizarrón: 12 × 6 y 15 × 4 descomponiendo (10 × 6 + 2 × 6). Al terminar son monitores del Nivel A.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Pide a tres alumnos que expliquen en el pizarrón tres maneras distintas de calcular 7 × 8.</w:t>
      </w:r>
    </w:p>
    <w:p>
      <w:pPr>
        <w:pStyle w:val="ListBullet"/>
      </w:pPr>
      <w:r>
        <w:rPr>
          <w:b w:val="0"/>
        </w:rPr>
        <w:t>Cada alumno actualiza su tarjeta «Mis tablas».</w:t>
      </w:r>
    </w:p>
    <w:p>
      <w:r>
        <w:rPr>
          <w:b/>
        </w:rPr>
        <w:t>Evidencia:</w:t>
      </w:r>
      <w:r>
        <w:rPr>
          <w:b w:val="0"/>
        </w:rPr>
        <w:t xml:space="preserve"> consignas 1 a 3 de la Ficha 1.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siguen contando de uno en uno, no les des todas las estrategias.</w:t>
      </w:r>
    </w:p>
    <w:p>
      <w:pPr>
        <w:pStyle w:val="ListBullet"/>
      </w:pPr>
      <w:r>
        <w:rPr>
          <w:b w:val="0"/>
        </w:rPr>
        <w:t>Elige una sola (×9 = ×10 - 1) y practícala tres días seguidos en la rutina de las 8:00.</w:t>
      </w:r>
    </w:p>
    <w:p>
      <w:pPr>
        <w:pStyle w:val="Heading2"/>
      </w:pPr>
      <w:r>
        <w:t>Sesión 4 · Jueves 28 de enero · Repartir en partes iguales</w:t>
      </w:r>
    </w:p>
    <w:p>
      <w:r>
        <w:rPr>
          <w:b/>
        </w:rPr>
        <w:t>Propósito:</w:t>
      </w:r>
      <w:r>
        <w:rPr>
          <w:b w:val="0"/>
        </w:rPr>
        <w:t xml:space="preserve"> resolver repartos exactos con material y relacionar la división con la multiplicación.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Plantea la situación: «La encargada de la cooperativa recibió 36 paletas y tiene 4 hieleras. Quiere poner las mismas paletas en cada una. ¿Cuántas pone en cada hielera?».</w:t>
      </w:r>
    </w:p>
    <w:p>
      <w:pPr>
        <w:pStyle w:val="ListBullet"/>
      </w:pPr>
      <w:r>
        <w:rPr>
          <w:b w:val="0"/>
        </w:rPr>
        <w:t>Escucha sus maneras de resolverlo sin decir cuál es la correcta.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Todo el grupo (15 min):</w:t>
      </w:r>
    </w:p>
    <w:p>
      <w:pPr>
        <w:pStyle w:val="ListBullet"/>
      </w:pPr>
      <w:r>
        <w:rPr>
          <w:b w:val="0"/>
        </w:rPr>
        <w:t>Con semillas y 4 vasitos, muestra dos formas de repartir: de uno en uno (una vuelta a cada vaso) y de varios en varios (de 2 en 2, de 5 en 5).</w:t>
      </w:r>
    </w:p>
    <w:p>
      <w:pPr>
        <w:pStyle w:val="ListBullet"/>
      </w:pPr>
      <w:r>
        <w:rPr>
          <w:b w:val="0"/>
        </w:rPr>
        <w:t>Escribe 36 ÷ 4 = 9 y la comprobación 9 × 4 = 36.</w:t>
      </w:r>
    </w:p>
    <w:p>
      <w:pPr>
        <w:pStyle w:val="ListBullet"/>
      </w:pPr>
      <w:r>
        <w:rPr>
          <w:b w:val="0"/>
        </w:rPr>
        <w:t>Distingue los dos tipos de problema:</w:t>
      </w:r>
    </w:p>
    <w:p>
      <w:pPr>
        <w:pStyle w:val="ListBullet"/>
      </w:pPr>
      <w:r>
        <w:rPr>
          <w:b w:val="0"/>
        </w:rPr>
        <w:t>Reparto: sé cuántas cajas hay y busco cuántos van en cada una.</w:t>
      </w:r>
    </w:p>
    <w:p>
      <w:pPr>
        <w:pStyle w:val="ListBullet"/>
      </w:pPr>
      <w:r>
        <w:rPr>
          <w:b w:val="0"/>
        </w:rPr>
        <w:t>Agrupamiento: sé cuántos van en cada bolsa y busco cuántas bolsas se llenan.</w:t>
      </w:r>
    </w:p>
    <w:p>
      <w:pPr>
        <w:pStyle w:val="ListBullet"/>
      </w:pPr>
      <w:r>
        <w:rPr>
          <w:b/>
        </w:rPr>
        <w:t>Por niveles (45 min):</w:t>
      </w:r>
    </w:p>
    <w:p>
      <w:pPr>
        <w:pStyle w:val="ListBullet"/>
      </w:pPr>
      <w:r>
        <w:rPr>
          <w:b/>
        </w:rPr>
        <w:t>Nivel A:</w:t>
      </w:r>
      <w:r>
        <w:rPr>
          <w:b w:val="0"/>
        </w:rPr>
        <w:t xml:space="preserve"> en parejas, con 40 semillas y 6 vasitos, resuelven tarjetas de reparto (12 en 3, 20 en 4, 24 en 6, 30 en 5) y registran cada una con un dibujo. Te quedas con ellos 20 minutos.</w:t>
      </w:r>
    </w:p>
    <w:p>
      <w:pPr>
        <w:pStyle w:val="ListBullet"/>
      </w:pPr>
      <w:r>
        <w:rPr>
          <w:b/>
        </w:rPr>
        <w:t>Nivel B:</w:t>
      </w:r>
      <w:r>
        <w:rPr>
          <w:b w:val="0"/>
        </w:rPr>
        <w:t xml:space="preserve"> resuelven las consignas 4 y 5 de la Ficha 1 con el material a la mano. Escriben la división y la multiplicación que la comprueba.</w:t>
      </w:r>
    </w:p>
    <w:p>
      <w:pPr>
        <w:pStyle w:val="ListBullet"/>
      </w:pPr>
      <w:r>
        <w:rPr>
          <w:b/>
        </w:rPr>
        <w:t>Nivel C:</w:t>
      </w:r>
      <w:r>
        <w:rPr>
          <w:b w:val="0"/>
        </w:rPr>
        <w:t xml:space="preserve"> resuelven las consignas 4 y 5 de la Ficha 1 sin material. Luego crean 2 tarjetas de reparto que su equipo usará en el juego.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Pregunta: «¿Qué tienen que ver multiplicar y repartir?».</w:t>
      </w:r>
    </w:p>
    <w:p>
      <w:pPr>
        <w:pStyle w:val="ListBullet"/>
      </w:pPr>
      <w:r>
        <w:rPr>
          <w:b w:val="0"/>
        </w:rPr>
        <w:t>Escribe en el cartel: «Repartir es buscar el número que falta en una multiplicación».</w:t>
      </w:r>
    </w:p>
    <w:p>
      <w:pPr>
        <w:pStyle w:val="ListBullet"/>
      </w:pPr>
      <w:r>
        <w:rPr>
          <w:b w:val="0"/>
        </w:rPr>
        <w:t>Tarea para el recreo: copiar 4 productos de la cooperativa con su precio.</w:t>
      </w:r>
    </w:p>
    <w:p>
      <w:r>
        <w:rPr>
          <w:b/>
        </w:rPr>
        <w:t>Evidencia:</w:t>
      </w:r>
      <w:r>
        <w:rPr>
          <w:b w:val="0"/>
        </w:rPr>
        <w:t xml:space="preserve"> registros de reparto del Nivel A y Ficha 1 completa de los Niveles B y C.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reparten de forma desigual, usa la «ronda»: cada vaso recibe una semilla por vuelta, y el número de vueltas es la respuesta.</w:t>
      </w:r>
    </w:p>
    <w:p>
      <w:pPr>
        <w:pStyle w:val="ListBullet"/>
      </w:pPr>
      <w:r>
        <w:rPr>
          <w:b w:val="0"/>
        </w:rPr>
        <w:t>Que lo digan en voz alta: «Di 9 vueltas, a cada vaso le tocaron 9».</w:t>
      </w:r>
    </w:p>
    <w:p>
      <w:pPr>
        <w:pStyle w:val="Heading2"/>
      </w:pPr>
      <w:r>
        <w:t>Sesión 5 · Viernes 29 de enero · Problemas de la cooperativa</w:t>
      </w:r>
    </w:p>
    <w:p>
      <w:r>
        <w:rPr>
          <w:b/>
        </w:rPr>
        <w:t>Propósito:</w:t>
      </w:r>
      <w:r>
        <w:rPr>
          <w:b w:val="0"/>
        </w:rPr>
        <w:t xml:space="preserve"> decidir cuándo multiplicar y cuándo repartir en problemas de compra y venta de la cooperativa.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Arma en el pizarrón la lista de precios con lo que copiaron. Si los precios reales tienen centavos o pasan de 15 pesos, usa los de la Ficha 3.</w:t>
      </w:r>
    </w:p>
    <w:p>
      <w:pPr>
        <w:pStyle w:val="ListBullet"/>
      </w:pPr>
      <w:r>
        <w:rPr>
          <w:b w:val="0"/>
        </w:rPr>
        <w:t>Platica con el grupo (Ética):</w:t>
      </w:r>
    </w:p>
    <w:p>
      <w:pPr>
        <w:pStyle w:val="ListBullet"/>
      </w:pPr>
      <w:r>
        <w:rPr>
          <w:b w:val="0"/>
        </w:rPr>
        <w:t>¿Quién decide qué se vende?</w:t>
      </w:r>
    </w:p>
    <w:p>
      <w:pPr>
        <w:pStyle w:val="ListBullet"/>
      </w:pPr>
      <w:r>
        <w:rPr>
          <w:b w:val="0"/>
        </w:rPr>
        <w:t>¿A dónde va la ganancia?</w:t>
      </w:r>
    </w:p>
    <w:p>
      <w:pPr>
        <w:pStyle w:val="ListBullet"/>
      </w:pPr>
      <w:r>
        <w:rPr>
          <w:b w:val="0"/>
        </w:rPr>
        <w:t>¿Por qué se llama cooperativa?</w:t>
      </w:r>
    </w:p>
    <w:p>
      <w:pPr>
        <w:pStyle w:val="ListBullet"/>
      </w:pPr>
      <w:r>
        <w:rPr>
          <w:b w:val="0"/>
        </w:rPr>
        <w:t>Lleva a la idea de que es una organización de la comunidad escolar que decide en conjunto.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Todo el grupo (10 min):</w:t>
      </w:r>
      <w:r>
        <w:rPr>
          <w:b w:val="0"/>
        </w:rPr>
        <w:t xml:space="preserve"> modela un problema completo en voz alta: leo, subrayo los datos, decido la operación, la hago y compruebo.</w:t>
      </w:r>
    </w:p>
    <w:p>
      <w:pPr>
        <w:pStyle w:val="ListBullet"/>
      </w:pPr>
      <w:r>
        <w:rPr>
          <w:b/>
        </w:rPr>
        <w:t>Por niveles (50 min):</w:t>
      </w:r>
      <w:r>
        <w:rPr>
          <w:b w:val="0"/>
        </w:rPr>
        <w:t xml:space="preserve"> resuelven la Ficha 3, «Problemas de la cooperativa escolar».</w:t>
      </w:r>
    </w:p>
    <w:p>
      <w:pPr>
        <w:pStyle w:val="ListBullet"/>
      </w:pPr>
      <w:r>
        <w:rPr>
          <w:b/>
        </w:rPr>
        <w:t>Nivel A:</w:t>
      </w:r>
      <w:r>
        <w:rPr>
          <w:b w:val="0"/>
        </w:rPr>
        <w:t xml:space="preserve"> problemas 1, 2, 3 y 5, con semillas a la mano. Tú les lees cada problema en voz alta antes de que lo resuelvan.</w:t>
      </w:r>
    </w:p>
    <w:p>
      <w:pPr>
        <w:pStyle w:val="ListBullet"/>
      </w:pPr>
      <w:r>
        <w:rPr>
          <w:b/>
        </w:rPr>
        <w:t>Nivel B:</w:t>
      </w:r>
      <w:r>
        <w:rPr>
          <w:b w:val="0"/>
        </w:rPr>
        <w:t xml:space="preserve"> problemas 1 a 6 y 8.</w:t>
      </w:r>
    </w:p>
    <w:p>
      <w:pPr>
        <w:pStyle w:val="ListBullet"/>
      </w:pPr>
      <w:r>
        <w:rPr>
          <w:b/>
        </w:rPr>
        <w:t>Nivel C:</w:t>
      </w:r>
      <w:r>
        <w:rPr>
          <w:b w:val="0"/>
        </w:rPr>
        <w:t xml:space="preserve"> todos los problemas, incluido el reto de la torta (7). En el 8 inventan un problema de dos pasos.</w:t>
      </w:r>
    </w:p>
    <w:p>
      <w:pPr>
        <w:pStyle w:val="ListBullet"/>
      </w:pPr>
      <w:r>
        <w:rPr>
          <w:b/>
        </w:rPr>
        <w:t>Apoyo de lectura:</w:t>
      </w:r>
      <w:r>
        <w:rPr>
          <w:b w:val="0"/>
        </w:rPr>
        <w:t xml:space="preserve"> el tutor lee una vez el problema a cada uno de los 5 alumnos que leen lento; el alumno lo relee en voz baja antes de resolver. Aquí se evalúa el cálculo, no la lectura.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Las parejas intercambian sus problemas inventados y resuelven el del compañero.</w:t>
      </w:r>
    </w:p>
    <w:p>
      <w:pPr>
        <w:pStyle w:val="ListBullet"/>
      </w:pPr>
      <w:r>
        <w:rPr>
          <w:b w:val="0"/>
        </w:rPr>
        <w:t>Revisa en grupo los problemas 4 y 5, que son los que más confunden.</w:t>
      </w:r>
    </w:p>
    <w:p>
      <w:r>
        <w:rPr>
          <w:b/>
        </w:rPr>
        <w:t>Evidencia:</w:t>
      </w:r>
      <w:r>
        <w:rPr>
          <w:b w:val="0"/>
        </w:rPr>
        <w:t xml:space="preserve"> Ficha 3.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confunden cuándo multiplicar y cuándo dividir, dramatiza con objetos reales.</w:t>
      </w:r>
    </w:p>
    <w:p>
      <w:pPr>
        <w:pStyle w:val="ListBullet"/>
      </w:pPr>
      <w:r>
        <w:rPr>
          <w:b w:val="0"/>
        </w:rPr>
        <w:t>Un alumno es la encargada y reparte 24 lápices en 4 vasitos.</w:t>
      </w:r>
    </w:p>
    <w:p>
      <w:pPr>
        <w:pStyle w:val="ListBullet"/>
      </w:pPr>
      <w:r>
        <w:rPr>
          <w:b w:val="0"/>
        </w:rPr>
        <w:t>Otro es el cliente y compra 3 productos de 6 pesos con monedas de papel.</w:t>
      </w:r>
    </w:p>
    <w:p>
      <w:pPr>
        <w:pStyle w:val="Heading2"/>
      </w:pPr>
      <w:r>
        <w:t>Sesión 6 · Lunes 1 de febrero · ¿Instructivo o reglamento?</w:t>
      </w:r>
    </w:p>
    <w:p>
      <w:r>
        <w:rPr>
          <w:b/>
        </w:rPr>
        <w:t>Propósito:</w:t>
      </w:r>
      <w:r>
        <w:rPr>
          <w:b w:val="0"/>
        </w:rPr>
        <w:t xml:space="preserve"> distinguir el instructivo del reglamento y construir criterios para que una regla sea justa.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Juega 5 minutos a «Guerra de multiplicaciones» contra varios alumnos con una regla injusta: «La maestra gana todos los empates».</w:t>
      </w:r>
    </w:p>
    <w:p>
      <w:pPr>
        <w:pStyle w:val="ListBullet"/>
      </w:pPr>
      <w:r>
        <w:rPr>
          <w:b w:val="0"/>
        </w:rPr>
        <w:t>Pregunta: «¿Cómo se sintieron? ¿Para qué sirven las reglas?».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Todo el grupo (20 min):</w:t>
      </w:r>
    </w:p>
    <w:p>
      <w:pPr>
        <w:pStyle w:val="ListBullet"/>
      </w:pPr>
      <w:r>
        <w:rPr>
          <w:b w:val="0"/>
        </w:rPr>
        <w:t>Lectura compartida del instructivo de la Ficha 2, «Carrera de las tablas»: tú lees y ellos siguen con el dedo.</w:t>
      </w:r>
    </w:p>
    <w:p>
      <w:pPr>
        <w:pStyle w:val="ListBullet"/>
      </w:pPr>
      <w:r>
        <w:rPr>
          <w:b w:val="0"/>
        </w:rPr>
        <w:t>Identifican sus partes con el cartel de la sesión 1.</w:t>
      </w:r>
    </w:p>
    <w:p>
      <w:pPr>
        <w:pStyle w:val="ListBullet"/>
      </w:pPr>
      <w:r>
        <w:rPr>
          <w:b w:val="0"/>
        </w:rPr>
        <w:t>Explica la diferencia:</w:t>
      </w:r>
    </w:p>
    <w:p>
      <w:pPr>
        <w:pStyle w:val="ListBullet"/>
      </w:pPr>
      <w:r>
        <w:rPr>
          <w:b w:val="0"/>
        </w:rPr>
        <w:t>El instructivo dice cómo se juega, paso por paso, con palabras de acción: pon, tira, avanza.</w:t>
      </w:r>
    </w:p>
    <w:p>
      <w:pPr>
        <w:pStyle w:val="ListBullet"/>
      </w:pPr>
      <w:r>
        <w:rPr>
          <w:b w:val="0"/>
        </w:rPr>
        <w:t>El reglamento dice qué se vale, qué no se vale y qué pasa si alguien no cumple.</w:t>
      </w:r>
    </w:p>
    <w:p>
      <w:pPr>
        <w:pStyle w:val="ListBullet"/>
      </w:pPr>
      <w:r>
        <w:rPr>
          <w:b/>
        </w:rPr>
        <w:t>Trabajo diferenciado (25 min):</w:t>
      </w:r>
    </w:p>
    <w:p>
      <w:pPr>
        <w:pStyle w:val="ListBullet"/>
      </w:pPr>
      <w:r>
        <w:rPr>
          <w:b/>
        </w:rPr>
        <w:t>Mesa con la maestra</w:t>
      </w:r>
      <w:r>
        <w:rPr>
          <w:b w:val="0"/>
        </w:rPr>
        <w:t xml:space="preserve"> (los 5 alumnos que leen lento y quien lo necesite):</w:t>
      </w:r>
    </w:p>
    <w:p>
      <w:pPr>
        <w:pStyle w:val="ListBullet"/>
      </w:pPr>
      <w:r>
        <w:rPr>
          <w:b w:val="0"/>
        </w:rPr>
        <w:t>Leen el instructivo en eco: tú lees un paso y ellos lo repiten.</w:t>
      </w:r>
    </w:p>
    <w:p>
      <w:pPr>
        <w:pStyle w:val="ListBullet"/>
      </w:pPr>
      <w:r>
        <w:rPr>
          <w:b w:val="0"/>
        </w:rPr>
        <w:t>Luego lo leen en coro y después cada uno lee un paso.</w:t>
      </w:r>
    </w:p>
    <w:p>
      <w:pPr>
        <w:pStyle w:val="ListBullet"/>
      </w:pPr>
      <w:r>
        <w:rPr>
          <w:b w:val="0"/>
        </w:rPr>
        <w:t>Resuelven las consignas 2 a 5 en voz alta y marcan en su hoja.</w:t>
      </w:r>
    </w:p>
    <w:p>
      <w:pPr>
        <w:pStyle w:val="ListBullet"/>
      </w:pPr>
      <w:r>
        <w:rPr>
          <w:b/>
        </w:rPr>
        <w:t>Resto del grupo:</w:t>
      </w:r>
      <w:r>
        <w:rPr>
          <w:b w:val="0"/>
        </w:rPr>
        <w:t xml:space="preserve"> consignas 1 a 5 de la Ficha 2 en parejas.</w:t>
      </w:r>
    </w:p>
    <w:p>
      <w:pPr>
        <w:pStyle w:val="ListBullet"/>
      </w:pPr>
      <w:r>
        <w:rPr>
          <w:b/>
        </w:rPr>
        <w:t>Quienes terminen:</w:t>
      </w:r>
      <w:r>
        <w:rPr>
          <w:b w:val="0"/>
        </w:rPr>
        <w:t xml:space="preserve"> consignas 6 y 7, el borrador de las reglas y los pasos de su juego.</w:t>
      </w:r>
    </w:p>
    <w:p>
      <w:pPr>
        <w:pStyle w:val="ListBullet"/>
      </w:pPr>
      <w:r>
        <w:rPr>
          <w:b/>
        </w:rPr>
        <w:t>Equipos de proyecto (15 min):</w:t>
      </w:r>
    </w:p>
    <w:p>
      <w:pPr>
        <w:pStyle w:val="ListBullet"/>
      </w:pPr>
      <w:r>
        <w:rPr>
          <w:b w:val="0"/>
        </w:rPr>
        <w:t>Cada equipo propone 3 reglas para jugar limpio.</w:t>
      </w:r>
    </w:p>
    <w:p>
      <w:pPr>
        <w:pStyle w:val="ListBullet"/>
      </w:pPr>
      <w:r>
        <w:rPr>
          <w:b w:val="0"/>
        </w:rPr>
        <w:t>En plenaria construyen los criterios de una regla justa: todos la entienden, se aplica igual a todos y dice qué pasa si no se cumple.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Escribe en papel bond el cartel «Así es una regla justa».</w:t>
      </w:r>
    </w:p>
    <w:p>
      <w:pPr>
        <w:pStyle w:val="ListBullet"/>
      </w:pPr>
      <w:r>
        <w:rPr>
          <w:b w:val="0"/>
        </w:rPr>
        <w:t>Cada equipo lee una de sus reglas y el grupo dice si cumple los tres criterios.</w:t>
      </w:r>
    </w:p>
    <w:p>
      <w:r>
        <w:rPr>
          <w:b/>
        </w:rPr>
        <w:t>Evidencia:</w:t>
      </w:r>
      <w:r>
        <w:rPr>
          <w:b w:val="0"/>
        </w:rPr>
        <w:t xml:space="preserve"> Ficha 2, consignas 1 a 5, y cartel de reglas justas.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siguen mezclando reglas y pasos, escribe 8 oraciones en tiras de papel.</w:t>
      </w:r>
    </w:p>
    <w:p>
      <w:pPr>
        <w:pStyle w:val="ListBullet"/>
      </w:pPr>
      <w:r>
        <w:rPr>
          <w:b w:val="0"/>
        </w:rPr>
        <w:t>Cada equipo las pega en dos columnas, «Cómo se juega» y «Qué se vale y qué no», y lo justifica.</w:t>
      </w:r>
    </w:p>
    <w:p>
      <w:pPr>
        <w:pStyle w:val="Heading2"/>
      </w:pPr>
      <w:r>
        <w:t>Sesión 7 · Martes 2 de febrero · Diseñamos el juego</w:t>
      </w:r>
    </w:p>
    <w:p>
      <w:r>
        <w:rPr>
          <w:b/>
        </w:rPr>
        <w:t>Propósito:</w:t>
      </w:r>
      <w:r>
        <w:rPr>
          <w:b w:val="0"/>
        </w:rPr>
        <w:t xml:space="preserve"> elegir el tipo de juego, repartir roles y hacer el tablero y las tarjetas con las tablas del 2 al 9 y los repartos.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Dibuja rápido en el pizarrón 4 modelos de juego:</w:t>
      </w:r>
    </w:p>
    <w:p>
      <w:pPr>
        <w:pStyle w:val="ListBullet"/>
      </w:pPr>
      <w:r>
        <w:rPr>
          <w:b w:val="0"/>
        </w:rPr>
        <w:t>carrera en tablero de 30 casillas;</w:t>
      </w:r>
    </w:p>
    <w:p>
      <w:pPr>
        <w:pStyle w:val="ListBullet"/>
      </w:pPr>
      <w:r>
        <w:rPr>
          <w:b w:val="0"/>
        </w:rPr>
        <w:t>memorama de operación y resultado;</w:t>
      </w:r>
    </w:p>
    <w:p>
      <w:pPr>
        <w:pStyle w:val="ListBullet"/>
      </w:pPr>
      <w:r>
        <w:rPr>
          <w:b w:val="0"/>
        </w:rPr>
        <w:t>lotería de productos;</w:t>
      </w:r>
    </w:p>
    <w:p>
      <w:pPr>
        <w:pStyle w:val="ListBullet"/>
      </w:pPr>
      <w:r>
        <w:rPr>
          <w:b w:val="0"/>
        </w:rPr>
        <w:t>dominó de multiplicaciones.</w:t>
      </w:r>
    </w:p>
    <w:p>
      <w:pPr>
        <w:pStyle w:val="ListBullet"/>
      </w:pPr>
      <w:r>
        <w:rPr>
          <w:b w:val="0"/>
        </w:rPr>
        <w:t>Cada equipo elige uno. Como máximo, dos equipos pueden elegir el mismo modelo.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Roles dentro del equipo:</w:t>
      </w:r>
    </w:p>
    <w:p>
      <w:pPr>
        <w:pStyle w:val="ListBullet"/>
      </w:pPr>
      <w:r>
        <w:rPr>
          <w:b w:val="0"/>
        </w:rPr>
        <w:t>coordinador (tiempo y turnos);</w:t>
      </w:r>
    </w:p>
    <w:p>
      <w:pPr>
        <w:pStyle w:val="ListBullet"/>
      </w:pPr>
      <w:r>
        <w:rPr>
          <w:b w:val="0"/>
        </w:rPr>
        <w:t>diseñador del tablero;</w:t>
      </w:r>
    </w:p>
    <w:p>
      <w:pPr>
        <w:pStyle w:val="ListBullet"/>
      </w:pPr>
      <w:r>
        <w:rPr>
          <w:b w:val="0"/>
        </w:rPr>
        <w:t>encargado de las tarjetas de multiplicar;</w:t>
      </w:r>
    </w:p>
    <w:p>
      <w:pPr>
        <w:pStyle w:val="ListBullet"/>
      </w:pPr>
      <w:r>
        <w:rPr>
          <w:b w:val="0"/>
        </w:rPr>
        <w:t>encargado de las tarjetas de reparto;</w:t>
      </w:r>
    </w:p>
    <w:p>
      <w:pPr>
        <w:pStyle w:val="ListBullet"/>
      </w:pPr>
      <w:r>
        <w:rPr>
          <w:b w:val="0"/>
        </w:rPr>
        <w:t>revisor de resultados, que comprueba con la tabla pitagórica.</w:t>
      </w:r>
    </w:p>
    <w:p>
      <w:pPr>
        <w:pStyle w:val="ListBullet"/>
      </w:pPr>
      <w:r>
        <w:rPr>
          <w:b w:val="0"/>
        </w:rPr>
        <w:t>Los alumnos que leen lento pueden tener cualquier rol; no los dejes siempre como dibujantes.</w:t>
      </w:r>
    </w:p>
    <w:p>
      <w:pPr>
        <w:pStyle w:val="ListBullet"/>
      </w:pPr>
      <w:r>
        <w:rPr>
          <w:b/>
        </w:rPr>
        <w:t>Requisitos del juego:</w:t>
      </w:r>
    </w:p>
    <w:p>
      <w:pPr>
        <w:pStyle w:val="ListBullet"/>
      </w:pPr>
      <w:r>
        <w:rPr>
          <w:b w:val="0"/>
        </w:rPr>
        <w:t>Al menos 20 tarjetas de multiplicar, con todas las tablas del 2 al 9.</w:t>
      </w:r>
    </w:p>
    <w:p>
      <w:pPr>
        <w:pStyle w:val="ListBullet"/>
      </w:pPr>
      <w:r>
        <w:rPr>
          <w:b w:val="0"/>
        </w:rPr>
        <w:t>Al menos 10 tarjetas de reparto.</w:t>
      </w:r>
    </w:p>
    <w:p>
      <w:pPr>
        <w:pStyle w:val="ListBullet"/>
      </w:pPr>
      <w:r>
        <w:rPr>
          <w:b w:val="0"/>
        </w:rPr>
        <w:t>Cada tarjeta lleva la respuesta al reverso para que los jugadores se autocorrijan.</w:t>
      </w:r>
    </w:p>
    <w:p>
      <w:pPr>
        <w:pStyle w:val="ListBullet"/>
      </w:pPr>
      <w:r>
        <w:rPr>
          <w:b/>
        </w:rPr>
        <w:t>Diferenciación dentro del equipo:</w:t>
      </w:r>
    </w:p>
    <w:p>
      <w:pPr>
        <w:pStyle w:val="ListBullet"/>
      </w:pPr>
      <w:r>
        <w:rPr>
          <w:b w:val="0"/>
        </w:rPr>
        <w:t>Nivel A escribe las tarjetas de las tablas del 2 al 5.</w:t>
      </w:r>
    </w:p>
    <w:p>
      <w:pPr>
        <w:pStyle w:val="ListBullet"/>
      </w:pPr>
      <w:r>
        <w:rPr>
          <w:b w:val="0"/>
        </w:rPr>
        <w:t>Nivel B escribe las de las tablas del 6 al 9.</w:t>
      </w:r>
    </w:p>
    <w:p>
      <w:pPr>
        <w:pStyle w:val="ListBullet"/>
      </w:pPr>
      <w:r>
        <w:rPr>
          <w:b w:val="0"/>
        </w:rPr>
        <w:t>Nivel C escribe las de reparto y las de problemas de la cooperativa.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en los primeros 5 minutos cada equipo escribe 2 acuerdos de trabajo y los pega en su mesa.</w:t>
      </w:r>
    </w:p>
    <w:p>
      <w:pPr>
        <w:pStyle w:val="ListBullet"/>
      </w:pPr>
      <w:r>
        <w:rPr>
          <w:b/>
        </w:rPr>
        <w:t>Tu rotación:</w:t>
      </w:r>
      <w:r>
        <w:rPr>
          <w:b w:val="0"/>
        </w:rPr>
        <w:t xml:space="preserve"> pasas 10 minutos con cada equipo, revisas resultados y ayudas a destrabar decisiones.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Cada coordinador dice en un minuto qué lleva su equipo y qué le falta.</w:t>
      </w:r>
    </w:p>
    <w:p>
      <w:pPr>
        <w:pStyle w:val="ListBullet"/>
      </w:pPr>
      <w:r>
        <w:rPr>
          <w:b w:val="0"/>
        </w:rPr>
        <w:t>Cada revisor dice cuántos errores encontró y corrigió.</w:t>
      </w:r>
    </w:p>
    <w:p>
      <w:r>
        <w:rPr>
          <w:b/>
        </w:rPr>
        <w:t>Evidencia:</w:t>
      </w:r>
      <w:r>
        <w:rPr>
          <w:b w:val="0"/>
        </w:rPr>
        <w:t xml:space="preserve"> tablero en borrador, al menos la mitad de las tarjetas y acuerdos del equipo.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un equipo no se decide en 10 minutos, asígnale tú el memorama, que es el más rápido de hacer.</w:t>
      </w:r>
    </w:p>
    <w:p>
      <w:pPr>
        <w:pStyle w:val="ListBullet"/>
      </w:pPr>
      <w:r>
        <w:rPr>
          <w:b w:val="0"/>
        </w:rPr>
        <w:t>Si hay un conflicto de roles, que lo resuelvan con un volado y cambien de rol al día siguiente.</w:t>
      </w:r>
    </w:p>
    <w:p>
      <w:pPr>
        <w:pStyle w:val="Heading2"/>
      </w:pPr>
      <w:r>
        <w:t>Sesión 8 · Miércoles 3 de febrero · Escribimos el instructivo y el reglamento</w:t>
      </w:r>
    </w:p>
    <w:p>
      <w:r>
        <w:rPr>
          <w:b/>
        </w:rPr>
        <w:t>Propósito:</w:t>
      </w:r>
      <w:r>
        <w:rPr>
          <w:b w:val="0"/>
        </w:rPr>
        <w:t xml:space="preserve"> escribir el borrador del instructivo y del reglamento, y probarlo jugando.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Repasa los dos carteles: partes del instructivo y regla justa.</w:t>
      </w:r>
    </w:p>
    <w:p>
      <w:pPr>
        <w:pStyle w:val="ListBullet"/>
      </w:pPr>
      <w:r>
        <w:rPr>
          <w:b w:val="0"/>
        </w:rPr>
        <w:t>Modela en el pizarrón dos pasos bien escritos: número, palabra de acción al inicio y una sola acción por paso. Por ejemplo: «1. Pon tu ficha en la salida. 2. Toma una tarjeta y di el resultado».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Terminan las tarjetas (15 min).</w:t>
      </w:r>
    </w:p>
    <w:p>
      <w:pPr>
        <w:pStyle w:val="ListBullet"/>
      </w:pPr>
      <w:r>
        <w:rPr>
          <w:b/>
        </w:rPr>
        <w:t>Escriben el borrador (25 min):</w:t>
      </w:r>
    </w:p>
    <w:p>
      <w:pPr>
        <w:pStyle w:val="ListBullet"/>
      </w:pPr>
      <w:r>
        <w:rPr>
          <w:b w:val="0"/>
        </w:rPr>
        <w:t>Instructivo: título, materiales, jugadores, cómo se juega con pasos numerados y quién gana.</w:t>
      </w:r>
    </w:p>
    <w:p>
      <w:pPr>
        <w:pStyle w:val="ListBullet"/>
      </w:pPr>
      <w:r>
        <w:rPr>
          <w:b w:val="0"/>
        </w:rPr>
        <w:t>Reglamento: al menos 4 reglas, cada una con su consecuencia.</w:t>
      </w:r>
    </w:p>
    <w:p>
      <w:pPr>
        <w:pStyle w:val="ListBullet"/>
      </w:pPr>
      <w:r>
        <w:rPr>
          <w:b w:val="0"/>
        </w:rPr>
        <w:t>Usan como base las consignas 6 y 7 de la Ficha 2.</w:t>
      </w:r>
    </w:p>
    <w:p>
      <w:pPr>
        <w:pStyle w:val="ListBullet"/>
      </w:pPr>
      <w:r>
        <w:rPr>
          <w:b w:val="0"/>
        </w:rPr>
        <w:t>Quien escribe con más soltura redacta mientras los demás dictan.</w:t>
      </w:r>
    </w:p>
    <w:p>
      <w:pPr>
        <w:pStyle w:val="ListBullet"/>
      </w:pPr>
      <w:r>
        <w:rPr>
          <w:b w:val="0"/>
        </w:rPr>
        <w:t>El alumno que lee lento lee en voz alta cada paso al equipo para comprobar que se entiende. Así practica la fluidez con un texto que él mismo ayudó a crear.</w:t>
      </w:r>
    </w:p>
    <w:p>
      <w:pPr>
        <w:pStyle w:val="ListBullet"/>
      </w:pPr>
      <w:r>
        <w:rPr>
          <w:b/>
        </w:rPr>
        <w:t>Prueba interna (20 min):</w:t>
      </w:r>
    </w:p>
    <w:p>
      <w:pPr>
        <w:pStyle w:val="ListBullet"/>
      </w:pPr>
      <w:r>
        <w:rPr>
          <w:b w:val="0"/>
        </w:rPr>
        <w:t>Juegan una ronda siguiendo solo lo escrito.</w:t>
      </w:r>
    </w:p>
    <w:p>
      <w:pPr>
        <w:pStyle w:val="ListBullet"/>
      </w:pPr>
      <w:r>
        <w:rPr>
          <w:b w:val="0"/>
        </w:rPr>
        <w:t>El revisor anota lo que faltó o no se entendió.</w:t>
      </w:r>
    </w:p>
    <w:p>
      <w:r>
        <w:rPr>
          <w:b/>
        </w:rPr>
        <w:t>Cierre (15 min)</w:t>
      </w:r>
      <w:r>
        <w:rPr>
          <w:b w:val="0"/>
        </w:rPr>
        <w:t xml:space="preserve"> Cada equipo dice una cosa que tuvo que agregar o corregir en su instructivo después de jugar.</w:t>
      </w:r>
    </w:p>
    <w:p>
      <w:r>
        <w:rPr>
          <w:b/>
        </w:rPr>
        <w:t>Evidencia:</w:t>
      </w:r>
      <w:r>
        <w:rPr>
          <w:b w:val="0"/>
        </w:rPr>
        <w:t xml:space="preserve"> borrador del instructivo y del reglamento, con correcciones.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escriben «y luego, y luego», pídeles que cada vez que digan «luego» empiecen un paso nuevo con un número.</w:t>
      </w:r>
    </w:p>
    <w:p>
      <w:pPr>
        <w:pStyle w:val="ListBullet"/>
      </w:pPr>
      <w:r>
        <w:rPr>
          <w:b w:val="0"/>
        </w:rPr>
        <w:t>Si un borrador quedó muy corto, pregúntales: «¿Qué hace el jugador primero? ¿Y después?».</w:t>
      </w:r>
    </w:p>
    <w:p>
      <w:pPr>
        <w:pStyle w:val="Heading2"/>
      </w:pPr>
      <w:r>
        <w:t>Sesión 9 · Jueves 4 de febrero · Prueba cruzada y versión final</w:t>
      </w:r>
    </w:p>
    <w:p>
      <w:r>
        <w:rPr>
          <w:b/>
        </w:rPr>
        <w:t>Propósito:</w:t>
      </w:r>
      <w:r>
        <w:rPr>
          <w:b w:val="0"/>
        </w:rPr>
        <w:t xml:space="preserve"> comprobar que otro equipo puede jugar solo con el instructivo, y corregir.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Explica la prueba: el equipo 1 juega el juego del 2, el 2 el del 3, y así hasta el 6, que juega el del 1. Los autores no pueden explicar nada; solo cuenta lo que está escrito.</w:t>
      </w:r>
    </w:p>
    <w:p>
      <w:pPr>
        <w:pStyle w:val="ListBullet"/>
      </w:pPr>
      <w:r>
        <w:rPr>
          <w:b w:val="0"/>
        </w:rPr>
        <w:t>Reparte la hoja de coevaluación (media hoja) con estas 5 preguntas para marcar sí o no:</w:t>
      </w:r>
    </w:p>
    <w:p>
      <w:pPr>
        <w:pStyle w:val="ListNumber"/>
      </w:pPr>
      <w:r>
        <w:rPr>
          <w:b w:val="0"/>
        </w:rPr>
        <w:t>¿Entendimos los pasos?</w:t>
      </w:r>
    </w:p>
    <w:p>
      <w:pPr>
        <w:pStyle w:val="ListNumber"/>
      </w:pPr>
      <w:r>
        <w:rPr>
          <w:b w:val="0"/>
        </w:rPr>
        <w:t>¿Estaban todos los materiales?</w:t>
      </w:r>
    </w:p>
    <w:p>
      <w:pPr>
        <w:pStyle w:val="ListNumber"/>
      </w:pPr>
      <w:r>
        <w:rPr>
          <w:b w:val="0"/>
        </w:rPr>
        <w:t>¿Los pasos estaban en orden?</w:t>
      </w:r>
    </w:p>
    <w:p>
      <w:pPr>
        <w:pStyle w:val="ListNumber"/>
      </w:pPr>
      <w:r>
        <w:rPr>
          <w:b w:val="0"/>
        </w:rPr>
        <w:t>¿Las reglas eran justas?</w:t>
      </w:r>
    </w:p>
    <w:p>
      <w:pPr>
        <w:pStyle w:val="ListNumber"/>
      </w:pPr>
      <w:r>
        <w:rPr>
          <w:b w:val="0"/>
        </w:rPr>
        <w:t>¿Los resultados de las tarjetas eran correctos?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Prueba cruzada (25 min):</w:t>
      </w:r>
      <w:r>
        <w:rPr>
          <w:b w:val="0"/>
        </w:rPr>
        <w:t xml:space="preserve"> los visitantes juegan el juego ajeno; los autores observan en silencio y anotan dónde se atoran los jugadores.</w:t>
      </w:r>
    </w:p>
    <w:p>
      <w:pPr>
        <w:pStyle w:val="ListBullet"/>
      </w:pPr>
      <w:r>
        <w:rPr>
          <w:b/>
        </w:rPr>
        <w:t>Retroalimentación (10 min):</w:t>
      </w:r>
      <w:r>
        <w:rPr>
          <w:b w:val="0"/>
        </w:rPr>
        <w:t xml:space="preserve"> los visitantes dicen una cosa que funcionó y una que hay que mejorar, con respeto.</w:t>
      </w:r>
    </w:p>
    <w:p>
      <w:pPr>
        <w:pStyle w:val="ListBullet"/>
      </w:pPr>
      <w:r>
        <w:rPr>
          <w:b/>
        </w:rPr>
        <w:t>Versión final (25 min):</w:t>
      </w:r>
    </w:p>
    <w:p>
      <w:pPr>
        <w:pStyle w:val="ListBullet"/>
      </w:pPr>
      <w:r>
        <w:rPr>
          <w:b w:val="0"/>
        </w:rPr>
        <w:t>Pasan en limpio el instructivo y el reglamento en hoja blanca.</w:t>
      </w:r>
    </w:p>
    <w:p>
      <w:pPr>
        <w:pStyle w:val="ListBullet"/>
      </w:pPr>
      <w:r>
        <w:rPr>
          <w:b w:val="0"/>
        </w:rPr>
        <w:t>Corrigen las tarjetas con error.</w:t>
      </w:r>
    </w:p>
    <w:p>
      <w:pPr>
        <w:pStyle w:val="ListBullet"/>
      </w:pPr>
      <w:r>
        <w:rPr>
          <w:b w:val="0"/>
        </w:rPr>
        <w:t>Nivel C revisa la ortografía con una lista corta: mayúscula al inicio, punto al final y palabra de acción al principio de cada paso.</w:t>
      </w:r>
    </w:p>
    <w:p>
      <w:pPr>
        <w:pStyle w:val="ListBullet"/>
      </w:pPr>
      <w:r>
        <w:rPr>
          <w:b w:val="0"/>
        </w:rPr>
        <w:t>Niveles A y B terminan y decoran el tablero.</w:t>
      </w:r>
    </w:p>
    <w:p>
      <w:r>
        <w:rPr>
          <w:b/>
        </w:rPr>
        <w:t>Cierre (15 min)</w:t>
      </w:r>
      <w:r>
        <w:rPr>
          <w:b w:val="0"/>
        </w:rPr>
        <w:t xml:space="preserve"> Ensayo de la feria:</w:t>
      </w:r>
    </w:p>
    <w:p>
      <w:pPr>
        <w:pStyle w:val="ListBullet"/>
      </w:pPr>
      <w:r>
        <w:rPr>
          <w:b w:val="0"/>
        </w:rPr>
        <w:t>Deciden quién recibe a los visitantes y quién lee el instructivo en voz alta.</w:t>
      </w:r>
    </w:p>
    <w:p>
      <w:pPr>
        <w:pStyle w:val="ListBullet"/>
      </w:pPr>
      <w:r>
        <w:rPr>
          <w:b w:val="0"/>
        </w:rPr>
        <w:t>Los alumnos que leen lento ensayan la lectura del instructivo de su equipo, que ya conocen.</w:t>
      </w:r>
    </w:p>
    <w:p>
      <w:r>
        <w:rPr>
          <w:b/>
        </w:rPr>
        <w:t>Evidencia:</w:t>
      </w:r>
      <w:r>
        <w:rPr>
          <w:b w:val="0"/>
        </w:rPr>
        <w:t xml:space="preserve"> hoja de coevaluación y versión final del instructivo y del reglamento.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un juego no se pudo jugar, ese equipo simplifica: quita reglas, deja como máximo 6 pasos y vuelve a probarlo con otro equipo en el bloque de 11:30.</w:t>
      </w:r>
    </w:p>
    <w:p>
      <w:pPr>
        <w:pStyle w:val="Heading2"/>
      </w:pPr>
      <w:r>
        <w:t>Sesión 10 · Viernes 5 de febrero · Feria de juegos de las tablas</w:t>
      </w:r>
    </w:p>
    <w:p>
      <w:r>
        <w:rPr>
          <w:b/>
        </w:rPr>
        <w:t>Propósito:</w:t>
      </w:r>
      <w:r>
        <w:rPr>
          <w:b w:val="0"/>
        </w:rPr>
        <w:t xml:space="preserve"> presentar los juegos a otro grupo, jugar con las tablas y evaluar lo aprendido.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Montan 6 estaciones, una por equipo, con el juego y el instructivo a la vista.</w:t>
      </w:r>
    </w:p>
    <w:p>
      <w:pPr>
        <w:pStyle w:val="ListBullet"/>
      </w:pPr>
      <w:r>
        <w:rPr>
          <w:b w:val="0"/>
        </w:rPr>
        <w:t>Repasa los acuerdos para recibir visitantes: saludar, leer el instructivo, dejar jugar y ayudar sin dar la respuesta.</w:t>
      </w:r>
    </w:p>
    <w:p>
      <w:r>
        <w:rPr>
          <w:b/>
        </w:rPr>
        <w:t>Desarrollo (60 min)</w:t>
      </w:r>
    </w:p>
    <w:p>
      <w:pPr>
        <w:pStyle w:val="ListBullet"/>
      </w:pPr>
      <w:r>
        <w:rPr>
          <w:b/>
        </w:rPr>
        <w:t>Si viene otro grupo</w:t>
      </w:r>
      <w:r>
        <w:rPr>
          <w:b w:val="0"/>
        </w:rPr>
        <w:t xml:space="preserve"> (acuérdalo antes con su maestra; puede ser el otro 3°, un 2° o un 4°):</w:t>
      </w:r>
    </w:p>
    <w:p>
      <w:pPr>
        <w:pStyle w:val="ListBullet"/>
      </w:pPr>
      <w:r>
        <w:rPr>
          <w:b w:val="0"/>
        </w:rPr>
        <w:t>Los visitantes rotan por las estaciones cada 10 minutos (6 estaciones × 10 minutos).</w:t>
      </w:r>
    </w:p>
    <w:p>
      <w:pPr>
        <w:pStyle w:val="ListBullet"/>
      </w:pPr>
      <w:r>
        <w:rPr>
          <w:b w:val="0"/>
        </w:rPr>
        <w:t>En cada estación, 2 anfitriones explican y los otros 3 juegan con los visitantes.</w:t>
      </w:r>
    </w:p>
    <w:p>
      <w:pPr>
        <w:pStyle w:val="ListBullet"/>
      </w:pPr>
      <w:r>
        <w:rPr>
          <w:b w:val="0"/>
        </w:rPr>
        <w:t>Los anfitriones cambian cada dos rotaciones.</w:t>
      </w:r>
    </w:p>
    <w:p>
      <w:pPr>
        <w:pStyle w:val="ListBullet"/>
      </w:pPr>
      <w:r>
        <w:rPr>
          <w:b/>
        </w:rPr>
        <w:t>Si no viene nadie:</w:t>
      </w:r>
    </w:p>
    <w:p>
      <w:pPr>
        <w:pStyle w:val="ListBullet"/>
      </w:pPr>
      <w:r>
        <w:rPr>
          <w:b w:val="0"/>
        </w:rPr>
        <w:t>La mitad de cada equipo atiende su estación y la otra mitad visita las demás.</w:t>
      </w:r>
    </w:p>
    <w:p>
      <w:pPr>
        <w:pStyle w:val="ListBullet"/>
      </w:pPr>
      <w:r>
        <w:rPr>
          <w:b w:val="0"/>
        </w:rPr>
        <w:t>A los 30 minutos se intercambian.</w:t>
      </w:r>
    </w:p>
    <w:p>
      <w:pPr>
        <w:pStyle w:val="ListBullet"/>
      </w:pPr>
      <w:r>
        <w:rPr>
          <w:b/>
        </w:rPr>
        <w:t>Tu tarea:</w:t>
      </w:r>
      <w:r>
        <w:rPr>
          <w:b w:val="0"/>
        </w:rPr>
        <w:t xml:space="preserve"> recorres las estaciones con la rúbrica del producto.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En círculo, cada alumno responde por escrito en su cuaderno: ¿qué tabla aprendí?, ¿qué hice por mi equipo? y ¿cómo me sentí cuando perdí?</w:t>
      </w:r>
    </w:p>
    <w:p>
      <w:pPr>
        <w:pStyle w:val="ListBullet"/>
      </w:pPr>
      <w:r>
        <w:rPr>
          <w:b w:val="0"/>
        </w:rPr>
        <w:t>Actualizan por última vez la tarjeta «Mis tablas».</w:t>
      </w:r>
    </w:p>
    <w:p>
      <w:pPr>
        <w:pStyle w:val="ListBullet"/>
      </w:pPr>
      <w:r>
        <w:rPr>
          <w:b w:val="0"/>
        </w:rPr>
        <w:t>Los juegos se quedan en el rincón de tablas del salón para usarlos en la rutina diaria.</w:t>
      </w:r>
    </w:p>
    <w:p>
      <w:r>
        <w:rPr>
          <w:b/>
        </w:rPr>
        <w:t>Evidencia:</w:t>
      </w:r>
      <w:r>
        <w:rPr>
          <w:b w:val="0"/>
        </w:rPr>
        <w:t xml:space="preserve"> juego completo con instructivo y reglamento, autoevaluación escrita y rúbrica del producto.</w:t>
      </w:r>
    </w:p>
    <w:p>
      <w:r>
        <w:rPr>
          <w:b/>
        </w:rPr>
        <w:t>Si no sale:</w:t>
      </w:r>
      <w:r>
        <w:rPr>
          <w:b w:val="0"/>
        </w:rPr>
        <w:t xml:space="preserve"> si la feria se atrasa, recorta las rotaciones a 8 minutos.</w:t>
      </w:r>
    </w:p>
    <w:p>
      <w:r>
        <w:rPr>
          <w:b/>
        </w:rPr>
        <w:t>Examen de cierre:</w:t>
      </w:r>
      <w:r>
        <w:rPr>
          <w:b w:val="0"/>
        </w:rPr>
        <w:t xml:space="preserve"> se aplica de 10:30 a 11:15 (45 min).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de un solo grado (3°). Aquí la diferenciación es por nivel de dominio, según el diagnóstico de la sesión 1, más un apoyo de lectura que atraviesa los tres niveles.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Nivel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Quiénes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Tablas y cálculo mental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Reparto y problemas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Lectura y escritura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Papel en el proyecto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haces tú</w:t>
            </w:r>
          </w:p>
        </w:tc>
      </w:tr>
      <w:tr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Nivel A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Hasta 30 aciertos en el diagnóstico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Tablas del 2, 4, 5 y 10 con material; dobles con arreglos de fichas; ×9 desde el 10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Reparto con semillas y vasitos; registro con dibujo; problemas 1, 2, 3 y 5 de la Ficha 3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Lee las consignas con un compañero; tú les lees los problemas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Tarjetas de las tablas del 2 al 5; revisa resultados con la tabla pitagórica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Te sientas con ellos los primeros 15 a 20 minutos de cada desarrollo</w:t>
            </w:r>
          </w:p>
        </w:tc>
      </w:tr>
      <w:tr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Nivel B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De 31 a 55 aciertos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Tablas del 6 al 9 con estrategias (doble, del 10, mitad, ×5 más ×2)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Ficha 1 completa con material a la mano; problemas 1 a 6 y 8 de la Ficha 3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Escribe el borrador de los pasos y de las reglas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Tarjetas de las tablas del 6 al 9; redacción del instructivo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Rotas 15 minutos; revisas que comprueben cada división con una multiplicación</w:t>
            </w:r>
          </w:p>
        </w:tc>
      </w:tr>
      <w:tr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Nivel C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Más de 55 aciertos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Dos cifras por una descomponiendo (12 × 6 = 10 × 6 + 2 × 6); patrones de la tabla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Ficha 1 sin material; todos los problemas de la Ficha 3 e invención de un problema de dos pasos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Revisa la ortografía y el orden del instructivo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Tarjetas de reparto y de la cooperativa; monitor del Nivel A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Rotas 10 minutos; les das retos y les pides que expliquen su estrategia</w:t>
            </w:r>
          </w:p>
        </w:tc>
      </w:tr>
      <w:tr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Apoyo de lectura (5 alumnos con menos de 60 ppm)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Ubicados en su nivel de cálculo y en los equipos 1 a 5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Lo mismo que su nivel; el dictado es oral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El tutor les lee el problema una vez y ellos lo releen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Lectura en eco y repetida del instructivo diario de 9:45 a 10:00; leen en voz alta los pasos al equipo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Cualquier rol; en la feria leen el instructivo que ensayaron</w:t>
            </w:r>
          </w:p>
        </w:tc>
        <w:tc>
          <w:tcPr>
            <w:tcW w:type="dxa" w:w="1425"/>
          </w:tcPr>
          <w:p>
            <w:r/>
          </w:p>
          <w:p>
            <w:r>
              <w:rPr>
                <w:b w:val="0"/>
              </w:rPr>
              <w:t>Mides su fluidez el lunes 25 y el viernes 5; los atiendes en la mesa de la sesión 6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 (sesión 1)</w:t>
      </w:r>
    </w:p>
    <w:p>
      <w:pPr>
        <w:pStyle w:val="ListBullet"/>
      </w:pPr>
      <w:r>
        <w:rPr>
          <w:b w:val="0"/>
        </w:rPr>
        <w:t>Tabla pitagórica en dos colores: lápiz para lo memorizado y color para lo calculado. Define los niveles A, B y C.</w:t>
      </w:r>
    </w:p>
    <w:p>
      <w:pPr>
        <w:pStyle w:val="ListBullet"/>
      </w:pPr>
      <w:r>
        <w:rPr>
          <w:b w:val="0"/>
        </w:rPr>
        <w:t>Medición de fluidez de los 5 alumnos:</w:t>
      </w:r>
    </w:p>
    <w:p>
      <w:pPr>
        <w:pStyle w:val="ListBullet"/>
      </w:pPr>
      <w:r>
        <w:rPr>
          <w:b w:val="0"/>
        </w:rPr>
        <w:t>Un minuto de lectura de un texto de nivel 3° que no hayan practicado.</w:t>
      </w:r>
    </w:p>
    <w:p>
      <w:pPr>
        <w:pStyle w:val="ListBullet"/>
      </w:pPr>
      <w:r>
        <w:rPr>
          <w:b w:val="0"/>
        </w:rPr>
        <w:t>Anota las palabras correctas por minuto.</w:t>
      </w:r>
    </w:p>
    <w:p>
      <w:pPr>
        <w:pStyle w:val="ListBullet"/>
      </w:pPr>
      <w:r>
        <w:rPr>
          <w:b w:val="0"/>
        </w:rPr>
        <w:t>Repite la medición el viernes 5 con otro texto de dificultad parecida.</w:t>
      </w:r>
    </w:p>
    <w:p>
      <w:r>
        <w:rPr>
          <w:b/>
        </w:rPr>
        <w:t>Formativa (durante las dos semanas)</w:t>
      </w:r>
    </w:p>
    <w:p>
      <w:pPr>
        <w:pStyle w:val="ListBullet"/>
      </w:pPr>
      <w:r>
        <w:rPr>
          <w:b w:val="0"/>
        </w:rPr>
        <w:t>Tarjeta «Mis tablas»: autorregistro del 2 al 9 con tres fechas (25 de enero, 29 de enero y 5 de febrero).</w:t>
      </w:r>
    </w:p>
    <w:p>
      <w:pPr>
        <w:pStyle w:val="ListBullet"/>
      </w:pPr>
      <w:r>
        <w:rPr>
          <w:b w:val="0"/>
        </w:rPr>
        <w:t>Listas de cotejo de las Fichas 1, 2 y 3; vienen en cada ficha.</w:t>
      </w:r>
    </w:p>
    <w:p>
      <w:pPr>
        <w:pStyle w:val="ListBullet"/>
      </w:pPr>
      <w:r>
        <w:rPr>
          <w:b w:val="0"/>
        </w:rPr>
        <w:t>Coevaluación de la prueba cruzada (sesión 9).</w:t>
      </w:r>
    </w:p>
    <w:p>
      <w:pPr>
        <w:pStyle w:val="ListBullet"/>
      </w:pPr>
      <w:r>
        <w:rPr>
          <w:b w:val="0"/>
        </w:rPr>
        <w:t>Tu registro diario en la rutina de las 8:00: qué tabla falla más en el grupo. Esa tabla es la de la rutina del día siguiente.</w:t>
      </w:r>
    </w:p>
    <w:p>
      <w:r>
        <w:rPr>
          <w:b/>
        </w:rPr>
        <w:t>Sumativa (sesión 10)</w:t>
      </w:r>
    </w:p>
    <w:p>
      <w:pPr>
        <w:pStyle w:val="ListBullet"/>
      </w:pPr>
      <w:r>
        <w:rPr>
          <w:b w:val="0"/>
        </w:rPr>
        <w:t>Rúbrica del producto (abajo).</w:t>
      </w:r>
    </w:p>
    <w:p>
      <w:pPr>
        <w:pStyle w:val="ListBullet"/>
      </w:pPr>
      <w:r>
        <w:rPr>
          <w:b w:val="0"/>
        </w:rPr>
        <w:t>Examen de cierre de 30 puntos.</w:t>
      </w:r>
    </w:p>
    <w:p>
      <w:pPr>
        <w:pStyle w:val="ListBullet"/>
      </w:pPr>
      <w:r>
        <w:rPr>
          <w:b w:val="0"/>
        </w:rPr>
        <w:t>Autoevaluación escrita.</w:t>
      </w:r>
    </w:p>
    <w:p>
      <w:r>
        <w:rPr>
          <w:b/>
        </w:rPr>
        <w:t>Rúbrica del juego de mesa (por equipo)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 (L)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 (EP)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 aún (NL)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Tarjetas de multiplicar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Aparecen todas las tablas del 2 al 9 y todos los resultados son correctos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Faltan 1 o 2 tablas o hay hasta 3 errores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Faltan varias tablas o hay más de 3 errores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Tarjetas de reparto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10 repartos exactos, cada uno con su respuesta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Menos de 10 repartos o 1 o 2 errores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Menos de 5 repartos o divisiones que no son exactas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Instructivo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Tiene título, materiales, jugadores, pasos numerados con palabra de acción y quién gana; otro equipo jugó solo con él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una parte o un paso; el otro equipo necesitó ayuda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Faltan varias partes; no se pudo jugar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Reglamento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 reglas o más, justas y con consecuencia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Reglas justas sin consecuencia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Reglas confusas o injustas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Trabajo en 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Cada integrante cumple su rol y los acuerdos, y da retroalimentación con respeto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Cumplen con recordatorios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Uno o más integrantes no cumplen su rol</w:t>
            </w:r>
          </w:p>
        </w:tc>
      </w:tr>
    </w:tbl>
    <w:p/>
    <w:p>
      <w:pPr>
        <w:pStyle w:val="Heading1"/>
      </w:pPr>
      <w:r>
        <w:t>Materiales</w:t>
      </w:r>
    </w:p>
    <w:p>
      <w:r>
        <w:rPr>
          <w:b/>
        </w:rPr>
        <w:t>Copias (blanco y negro)</w:t>
      </w:r>
    </w:p>
    <w:p>
      <w:pPr>
        <w:pStyle w:val="ListBullet"/>
      </w:pPr>
      <w:r>
        <w:rPr>
          <w:b w:val="0"/>
        </w:rPr>
        <w:t>30 tablas pitagóricas del 2 al 9 en blanco (media hoja) para el diagnóstico.</w:t>
      </w:r>
    </w:p>
    <w:p>
      <w:pPr>
        <w:pStyle w:val="ListBullet"/>
      </w:pPr>
      <w:r>
        <w:rPr>
          <w:b w:val="0"/>
        </w:rPr>
        <w:t>30 tablas pitagóricas del 1 al 10 ya llenas para colorear.</w:t>
      </w:r>
    </w:p>
    <w:p>
      <w:pPr>
        <w:pStyle w:val="ListBullet"/>
      </w:pPr>
      <w:r>
        <w:rPr>
          <w:b w:val="0"/>
        </w:rPr>
        <w:t>30 tarjetas «Mis tablas»: una tabla con los números del 2 al 9 y tres columnas de casillas ☐ con las fechas 25 ene, 29 ene y 5 feb.</w:t>
      </w:r>
    </w:p>
    <w:p>
      <w:pPr>
        <w:pStyle w:val="ListBullet"/>
      </w:pPr>
      <w:r>
        <w:rPr>
          <w:b w:val="0"/>
        </w:rPr>
        <w:t>15 hojas de cartas para «Guerra de multiplicaciones»: cuadrícula de 4 × 8 con los números del 2 al 9, cuatro veces cada uno.</w:t>
      </w:r>
    </w:p>
    <w:p>
      <w:pPr>
        <w:pStyle w:val="ListBullet"/>
      </w:pPr>
      <w:r>
        <w:rPr>
          <w:b w:val="0"/>
        </w:rPr>
        <w:t>30 copias de cada ficha (Fichas 1, 2 y 3).</w:t>
      </w:r>
    </w:p>
    <w:p>
      <w:pPr>
        <w:pStyle w:val="ListBullet"/>
      </w:pPr>
      <w:r>
        <w:rPr>
          <w:b w:val="0"/>
        </w:rPr>
        <w:t>30 exámenes.</w:t>
      </w:r>
    </w:p>
    <w:p>
      <w:pPr>
        <w:pStyle w:val="ListBullet"/>
      </w:pPr>
      <w:r>
        <w:rPr>
          <w:b w:val="0"/>
        </w:rPr>
        <w:t>6 hojas de coevaluación.</w:t>
      </w:r>
    </w:p>
    <w:p>
      <w:pPr>
        <w:pStyle w:val="ListBullet"/>
      </w:pPr>
      <w:r>
        <w:rPr>
          <w:b w:val="0"/>
        </w:rPr>
        <w:t>5 textos de nivel 3° para medir fluidez (lunes 25 y viernes 5).</w:t>
      </w:r>
    </w:p>
    <w:p>
      <w:r>
        <w:rPr>
          <w:b/>
        </w:rPr>
        <w:t>Material concreto</w:t>
      </w:r>
    </w:p>
    <w:p>
      <w:pPr>
        <w:pStyle w:val="ListBullet"/>
      </w:pPr>
      <w:r>
        <w:rPr>
          <w:b w:val="0"/>
        </w:rPr>
        <w:t>6 bolsas con 80 semillas, corcholatas o fichas (una por equipo).</w:t>
      </w:r>
    </w:p>
    <w:p>
      <w:pPr>
        <w:pStyle w:val="ListBullet"/>
      </w:pPr>
      <w:r>
        <w:rPr>
          <w:b w:val="0"/>
        </w:rPr>
        <w:t>36 vasitos o platos desechables (6 por equipo) que harán de hieleras y charolas.</w:t>
      </w:r>
    </w:p>
    <w:p>
      <w:pPr>
        <w:pStyle w:val="ListBullet"/>
      </w:pPr>
      <w:r>
        <w:rPr>
          <w:b w:val="0"/>
        </w:rPr>
        <w:t>Monedas de papel para el «Si no sale» de la sesión 5.</w:t>
      </w:r>
    </w:p>
    <w:p>
      <w:pPr>
        <w:pStyle w:val="ListBullet"/>
      </w:pPr>
      <w:r>
        <w:rPr>
          <w:b w:val="0"/>
        </w:rPr>
        <w:t>Un dado por equipo; si no hay, que lo armen con el desarrollo de un cubo en cartulina.</w:t>
      </w:r>
    </w:p>
    <w:p>
      <w:r>
        <w:rPr>
          <w:b/>
        </w:rPr>
        <w:t>Para el producto (por equipo)</w:t>
      </w:r>
    </w:p>
    <w:p>
      <w:pPr>
        <w:pStyle w:val="ListBullet"/>
      </w:pPr>
      <w:r>
        <w:rPr>
          <w:b w:val="0"/>
        </w:rPr>
        <w:t>Medio pliego de cartulina para el tablero.</w:t>
      </w:r>
    </w:p>
    <w:p>
      <w:pPr>
        <w:pStyle w:val="ListBullet"/>
      </w:pPr>
      <w:r>
        <w:rPr>
          <w:b w:val="0"/>
        </w:rPr>
        <w:t>3 hojas blancas para recortar tarjetas.</w:t>
      </w:r>
    </w:p>
    <w:p>
      <w:pPr>
        <w:pStyle w:val="ListBullet"/>
      </w:pPr>
      <w:r>
        <w:rPr>
          <w:b w:val="0"/>
        </w:rPr>
        <w:t>Un sobre para guardarlas.</w:t>
      </w:r>
    </w:p>
    <w:p>
      <w:pPr>
        <w:pStyle w:val="ListBullet"/>
      </w:pPr>
      <w:r>
        <w:rPr>
          <w:b w:val="0"/>
        </w:rPr>
        <w:t>Plumones negros, tijeras, pegamento, una regla.</w:t>
      </w:r>
    </w:p>
    <w:p>
      <w:pPr>
        <w:pStyle w:val="ListBullet"/>
      </w:pPr>
      <w:r>
        <w:rPr>
          <w:b w:val="0"/>
        </w:rPr>
        <w:t>2 hojas blancas para la versión final del instructivo y del reglamento.</w:t>
      </w:r>
    </w:p>
    <w:p>
      <w:r>
        <w:rPr>
          <w:b/>
        </w:rPr>
        <w:t>Para ti</w:t>
      </w:r>
    </w:p>
    <w:p>
      <w:pPr>
        <w:pStyle w:val="ListBullet"/>
      </w:pPr>
      <w:r>
        <w:rPr>
          <w:b w:val="0"/>
        </w:rPr>
        <w:t>5 pliegos de papel bond para los carteles: tabla pitagórica grande, partes del instructivo, estrategias que nos ayudan, así es una regla justa, e instructivo de «Guerra de multiplicaciones».</w:t>
      </w:r>
    </w:p>
    <w:p>
      <w:pPr>
        <w:pStyle w:val="ListBullet"/>
      </w:pPr>
      <w:r>
        <w:rPr>
          <w:b w:val="0"/>
        </w:rPr>
        <w:t>Tira de conteo del 2 al 9 para el pizarrón.</w:t>
      </w:r>
    </w:p>
    <w:p>
      <w:pPr>
        <w:pStyle w:val="ListBullet"/>
      </w:pPr>
      <w:r>
        <w:rPr>
          <w:b w:val="0"/>
        </w:rPr>
        <w:t>Lista de precios de la cooperativa: pídesela a la encargada antes del jueves 28.</w:t>
      </w:r>
    </w:p>
    <w:p>
      <w:pPr>
        <w:pStyle w:val="ListBullet"/>
      </w:pPr>
      <w:r>
        <w:rPr>
          <w:b w:val="0"/>
        </w:rPr>
        <w:t>Libro «Nuestros saberes» de 3°, apartado de multiplicación y división, como consulta del grupo.</w:t>
      </w:r>
    </w:p>
    <w:p>
      <w:pPr>
        <w:pStyle w:val="Heading1"/>
      </w:pPr>
      <w:r>
        <w:t>Adecuaciones</w:t>
      </w:r>
    </w:p>
    <w:p>
      <w:r>
        <w:rPr>
          <w:b/>
        </w:rPr>
        <w:t>Para los 5 alumnos que leen menos de 60 palabras por minuto</w:t>
      </w:r>
    </w:p>
    <w:p>
      <w:pPr>
        <w:pStyle w:val="ListBullet"/>
      </w:pPr>
      <w:r>
        <w:rPr>
          <w:b/>
        </w:rPr>
        <w:t>Fluidez diaria (9:45 a 10:00):</w:t>
      </w:r>
    </w:p>
    <w:p>
      <w:pPr>
        <w:pStyle w:val="ListBullet"/>
      </w:pPr>
      <w:r>
        <w:rPr>
          <w:b w:val="0"/>
        </w:rPr>
        <w:t>Lectura repetida en mesa contigo con el texto del proyecto del día: instructivo de «Guerra de multiplicaciones», de «Carrera de las tablas» y, después, el de su propio equipo.</w:t>
      </w:r>
    </w:p>
    <w:p>
      <w:pPr>
        <w:pStyle w:val="ListBullet"/>
      </w:pPr>
      <w:r>
        <w:rPr>
          <w:b w:val="0"/>
        </w:rPr>
        <w:t>Primero lees tú en eco, luego leen en coro y al final cada uno lee solo.</w:t>
      </w:r>
    </w:p>
    <w:p>
      <w:pPr>
        <w:pStyle w:val="ListBullet"/>
      </w:pPr>
      <w:r>
        <w:rPr>
          <w:b w:val="0"/>
        </w:rPr>
        <w:t>Que cada uno anote cuántas veces leyó el texto.</w:t>
      </w:r>
    </w:p>
    <w:p>
      <w:pPr>
        <w:pStyle w:val="ListBullet"/>
      </w:pPr>
      <w:r>
        <w:rPr>
          <w:b/>
        </w:rPr>
        <w:t>En matemáticas no se les penaliza la lectura:</w:t>
      </w:r>
    </w:p>
    <w:p>
      <w:pPr>
        <w:pStyle w:val="ListBullet"/>
      </w:pPr>
      <w:r>
        <w:rPr>
          <w:b w:val="0"/>
        </w:rPr>
        <w:t>Les lees o les lee su tutor cada problema una vez.</w:t>
      </w:r>
    </w:p>
    <w:p>
      <w:pPr>
        <w:pStyle w:val="ListBullet"/>
      </w:pPr>
      <w:r>
        <w:rPr>
          <w:b w:val="0"/>
        </w:rPr>
        <w:t>En el examen les lees cada reactivo (sin leerles las opciones como pista).</w:t>
      </w:r>
    </w:p>
    <w:p>
      <w:pPr>
        <w:pStyle w:val="ListBullet"/>
      </w:pPr>
      <w:r>
        <w:rPr>
          <w:b/>
        </w:rPr>
        <w:t>Consignas cortas:</w:t>
      </w:r>
      <w:r>
        <w:rPr>
          <w:b w:val="0"/>
        </w:rPr>
        <w:t xml:space="preserve"> si una consigna tiene dos acciones, divídela en dos y dila en voz alta.</w:t>
      </w:r>
    </w:p>
    <w:p>
      <w:pPr>
        <w:pStyle w:val="ListBullet"/>
      </w:pPr>
      <w:r>
        <w:rPr>
          <w:b/>
        </w:rPr>
        <w:t>En el proyecto:</w:t>
      </w:r>
      <w:r>
        <w:rPr>
          <w:b w:val="0"/>
        </w:rPr>
        <w:t xml:space="preserve"> tienen un tutor lector en su equipo y leen en voz alta los pasos que ayudaron a escribir. Es su mejor práctica: es un texto que conocen y que tiene sentido para ellos.</w:t>
      </w:r>
    </w:p>
    <w:p>
      <w:pPr>
        <w:pStyle w:val="ListBullet"/>
      </w:pPr>
      <w:r>
        <w:rPr>
          <w:b/>
        </w:rPr>
        <w:t>Registro:</w:t>
      </w:r>
      <w:r>
        <w:rPr>
          <w:b w:val="0"/>
        </w:rPr>
        <w:t xml:space="preserve"> anota su ppm del 25 de enero y del 5 de febrero. Una mejora de 5 a 10 palabras en dos semanas es un buen avance; compártelo con ellos.</w:t>
      </w:r>
    </w:p>
    <w:p>
      <w:r>
        <w:rPr>
          <w:b/>
        </w:rPr>
        <w:t>Para quien no domina las tablas (Nivel A)</w:t>
      </w:r>
    </w:p>
    <w:p>
      <w:pPr>
        <w:pStyle w:val="ListBullet"/>
      </w:pPr>
      <w:r>
        <w:rPr>
          <w:b w:val="0"/>
        </w:rPr>
        <w:t>Material concreto siempre a la mano.</w:t>
      </w:r>
    </w:p>
    <w:p>
      <w:pPr>
        <w:pStyle w:val="ListBullet"/>
      </w:pPr>
      <w:r>
        <w:rPr>
          <w:b w:val="0"/>
        </w:rPr>
        <w:t>Tira de conteo.</w:t>
      </w:r>
    </w:p>
    <w:p>
      <w:pPr>
        <w:pStyle w:val="ListBullet"/>
      </w:pPr>
      <w:r>
        <w:rPr>
          <w:b w:val="0"/>
        </w:rPr>
        <w:t>Menos cantidad de ejercicios con la misma consigna.</w:t>
      </w:r>
    </w:p>
    <w:p>
      <w:pPr>
        <w:pStyle w:val="ListBullet"/>
      </w:pPr>
      <w:r>
        <w:rPr>
          <w:b w:val="0"/>
        </w:rPr>
        <w:t>En el examen pueden usar semillas para los repartos, pero no la tabla pitagórica.</w:t>
      </w:r>
    </w:p>
    <w:p>
      <w:r>
        <w:rPr>
          <w:b/>
        </w:rPr>
        <w:t>Para quien termina rápido (Nivel C)</w:t>
      </w:r>
    </w:p>
    <w:p>
      <w:pPr>
        <w:pStyle w:val="ListBullet"/>
      </w:pPr>
      <w:r>
        <w:rPr>
          <w:b w:val="0"/>
        </w:rPr>
        <w:t>Retos de dos cifras por una.</w:t>
      </w:r>
    </w:p>
    <w:p>
      <w:pPr>
        <w:pStyle w:val="ListBullet"/>
      </w:pPr>
      <w:r>
        <w:rPr>
          <w:b w:val="0"/>
        </w:rPr>
        <w:t>Problemas de dos pasos.</w:t>
      </w:r>
    </w:p>
    <w:p>
      <w:pPr>
        <w:pStyle w:val="ListBullet"/>
      </w:pPr>
      <w:r>
        <w:rPr>
          <w:b w:val="0"/>
        </w:rPr>
        <w:t>Papel de monitor: deben explicar cómo pensaron, no dar el resultado.</w:t>
      </w:r>
    </w:p>
    <w:p>
      <w:r>
        <w:rPr>
          <w:b/>
        </w:rPr>
        <w:t>Si un alumno se frustra al perder</w:t>
      </w:r>
    </w:p>
    <w:p>
      <w:pPr>
        <w:pStyle w:val="ListBullet"/>
      </w:pPr>
      <w:r>
        <w:rPr>
          <w:b w:val="0"/>
        </w:rPr>
        <w:t>Antes de cada juego acuerden una frase para decir al perder, por ejemplo: «Buen juego, ¿otra?».</w:t>
      </w:r>
    </w:p>
    <w:p>
      <w:pPr>
        <w:pStyle w:val="ListBullet"/>
      </w:pPr>
      <w:r>
        <w:rPr>
          <w:b w:val="0"/>
        </w:rPr>
        <w:t>Si se enoja, sácalo un minuto a respirar con un compañero y luego regresa a jugar.</w:t>
      </w:r>
    </w:p>
    <w:p/>
    <w:p>
      <w:r>
        <w:rPr>
          <w:sz w:val="16"/>
        </w:rPr>
        <w:t>Material gratuito de Didaula · https://didaula.com/planeaciones/3-grado/3-grado-tablas-de-multiplicar-y-division/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