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Repaso y evaluación del primer trimestre en 4°: estaciones, juegos y examen trimestral</w:t>
      </w:r>
    </w:p>
    <w:p>
      <w:r>
        <w:t>Planeación · 4° de primaria (fase 4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rPr>
          <w:b/>
        </w:rPr>
        <w:t>Contenido:</w:t>
      </w:r>
      <w:r>
        <w:rPr>
          <w:b w:val="0"/>
        </w:rPr>
        <w:t xml:space="preserve"> Lenguajes: lectura de narraciones; textos expositivos (idea principal, causa y consecuencia); textos instructivos; convenciones de escritura (mayúsculas, punto, coma en enumeraciones); tipos de texto vistos de septiembre a noviembre. Saberes y pensamiento científico: números naturales de hasta cinco cifras; suma y resta como operaciones inversas; multiplicación y división como operaciones inversas; problemas de uno y dos pasos. Ética, naturaleza y sociedades: derechos de niñas y niños, resolución de conflictos con diálogo y cuidado de la naturaleza. De lo humano y lo comunitario: emociones y su regulación, trabajo en equipo y alimentación saludable.</w:t>
      </w:r>
    </w:p>
    <w:p>
      <w:r>
        <w:rPr>
          <w:b/>
        </w:rPr>
        <w:t>PDA:</w:t>
      </w:r>
      <w:r>
        <w:rPr>
          <w:b w:val="0"/>
        </w:rPr>
        <w:t xml:space="preserve"> Redacción operativa de los PDA de 4° que se repasan y evalúan.</w:t>
        <w:br/>
        <w:br/>
        <w:t>Lenguajes:</w:t>
        <w:br/>
        <w:t>- Lee narraciones e identifica personajes, lugar, problema, solución y orden de los sucesos.</w:t>
        <w:br/>
        <w:t>- Lee textos expositivos e identifica la idea principal y relaciones de causa y consecuencia.</w:t>
        <w:br/>
        <w:t>- Distingue tipos de texto por su propósito y su forma.</w:t>
        <w:br/>
        <w:t>- Escribe instructivos y resúmenes breves con mayúsculas, punto y coma en enumeraciones.</w:t>
        <w:br/>
        <w:br/>
        <w:t>Saberes:</w:t>
        <w:br/>
        <w:t>- Lee, escribe, descompone, compara y ordena números de hasta cinco cifras.</w:t>
        <w:br/>
        <w:t>- Resuelve sumas y restas con transformación y comprueba con la operación inversa.</w:t>
        <w:br/>
        <w:t>- Multiplica números de dos y tres cifras por una y dos cifras.</w:t>
        <w:br/>
        <w:t>- Divide con divisor de una cifra.</w:t>
        <w:br/>
        <w:t>- Resuelve problemas de uno y dos pasos.</w:t>
        <w:br/>
        <w:br/>
        <w:t>Ética:</w:t>
        <w:br/>
        <w:t>- Reconoce si se respetan los derechos de niñas y niños.</w:t>
        <w:br/>
        <w:t>- Propone soluciones dialogadas a conflictos.</w:t>
        <w:br/>
        <w:t>- Relaciona acciones humanas con el cuidado o el daño de la naturaleza.</w:t>
        <w:br/>
        <w:br/>
        <w:t>De lo humano:</w:t>
        <w:br/>
        <w:t>- Reconoce sus emociones y usa estrategias para regularlas.</w:t>
        <w:br/>
        <w:t>- Colabora en equipo.</w:t>
        <w:br/>
        <w:t>- Elige alimentos saludables.</w:t>
      </w:r>
    </w:p>
    <w:p>
      <w:r>
        <w:t>Dos semanas, del 23 de noviembre al 4 de diciembre de 2026, para que los 32 alumnos de 4° repasen lo esencial de Lenguajes y Saberes con estaciones y juegos. Incluye un día de rally para Ética y De lo humano. Trabajan en 8 equipos fijos de 4. Productos finales: cuaderno de repaso resuelto y examen trimestral de 20 reactivos con clave y tabla de puntaje por PDA. Trae tres fichas con respuestas, adecuaciones para el alumno con dislexia y apoyo diario en multiplicación para los tres alumnos con rezago. Todo funciona sin internet.</w:t>
      </w:r>
    </w:p>
    <w:p>
      <w:pPr>
        <w:pStyle w:val="Heading1"/>
      </w:pPr>
      <w:r>
        <w:t>Qué vas a lograr en estas dos semanas</w:t>
      </w:r>
    </w:p>
    <w:p>
      <w:r>
        <w:rPr>
          <w:b w:val="0"/>
        </w:rPr>
        <w:t>Del 23 de noviembre al 4 de diciembre de 2026 tus 32 alumnos de 4° repasan lo esencial del primer trimestre con estaciones y juegos. Lo demuestran en dos productos:</w:t>
      </w:r>
    </w:p>
    <w:p>
      <w:pPr>
        <w:pStyle w:val="ListBullet"/>
      </w:pPr>
      <w:r>
        <w:rPr>
          <w:b w:val="0"/>
        </w:rPr>
        <w:t xml:space="preserve">el </w:t>
      </w:r>
      <w:r>
        <w:rPr>
          <w:b/>
        </w:rPr>
        <w:t>cuaderno de repaso resuelto</w:t>
      </w:r>
      <w:r>
        <w:rPr>
          <w:b w:val="0"/>
        </w:rPr>
        <w:t>;</w:t>
      </w:r>
    </w:p>
    <w:p>
      <w:pPr>
        <w:pStyle w:val="ListBullet"/>
      </w:pPr>
      <w:r>
        <w:rPr>
          <w:b w:val="0"/>
        </w:rPr>
        <w:t xml:space="preserve">el </w:t>
      </w:r>
      <w:r>
        <w:rPr>
          <w:b/>
        </w:rPr>
        <w:t>examen trimestral de 20 reactivos</w:t>
      </w:r>
      <w:r>
        <w:rPr>
          <w:b w:val="0"/>
        </w:rPr>
        <w:t>.</w:t>
      </w:r>
    </w:p>
    <w:p>
      <w:r>
        <w:rPr>
          <w:b w:val="0"/>
        </w:rPr>
        <w:t>Al terminar sabes, por alumno y por PDA, quién está en Logrado (L), En proceso (EP) o No logrado (NL). Con eso armas los grupos de apoyo del segundo trimestre.</w:t>
      </w:r>
    </w:p>
    <w:p>
      <w:pPr>
        <w:pStyle w:val="ListBullet"/>
      </w:pPr>
      <w:r>
        <w:rPr>
          <w:b/>
        </w:rPr>
        <w:t>Lenguajes:</w:t>
      </w:r>
      <w:r>
        <w:rPr>
          <w:b w:val="0"/>
        </w:rPr>
        <w:t xml:space="preserve"> cuento (personajes, problema, solución), idea principal, causa y consecuencia, tipos de texto, instructivo, resumen y puntuación.</w:t>
      </w:r>
    </w:p>
    <w:p>
      <w:pPr>
        <w:pStyle w:val="ListBullet"/>
      </w:pPr>
      <w:r>
        <w:rPr>
          <w:b/>
        </w:rPr>
        <w:t>Saberes:</w:t>
      </w:r>
      <w:r>
        <w:rPr>
          <w:b w:val="0"/>
        </w:rPr>
        <w:t xml:space="preserve"> números de hasta cinco cifras, suma y resta con transformación, multiplicación por una y dos cifras, división con divisor de una cifra y problemas de dos pasos.</w:t>
      </w:r>
    </w:p>
    <w:p>
      <w:pPr>
        <w:pStyle w:val="ListBullet"/>
      </w:pPr>
      <w:r>
        <w:rPr>
          <w:b/>
        </w:rPr>
        <w:t>Ética:</w:t>
      </w:r>
      <w:r>
        <w:rPr>
          <w:b w:val="0"/>
        </w:rPr>
        <w:t xml:space="preserve"> derechos, conflictos resueltos con diálogo y cuidado de la naturaleza.</w:t>
      </w:r>
    </w:p>
    <w:p>
      <w:pPr>
        <w:pStyle w:val="ListBullet"/>
      </w:pPr>
      <w:r>
        <w:rPr>
          <w:b/>
        </w:rPr>
        <w:t>De lo humano:</w:t>
      </w:r>
      <w:r>
        <w:rPr>
          <w:b w:val="0"/>
        </w:rPr>
        <w:t xml:space="preserve"> emociones, trabajo en equipo y refrigerio saludable.</w:t>
      </w:r>
    </w:p>
    <w:p>
      <w:r>
        <w:rPr>
          <w:b/>
        </w:rPr>
        <w:t>El cuaderno de repaso</w:t>
      </w:r>
      <w:r>
        <w:rPr>
          <w:b w:val="0"/>
        </w:rPr>
        <w:t xml:space="preserve"> es un fólder o un juego de hojas engrapadas por alumno. Lleva, en este orden:</w:t>
      </w:r>
    </w:p>
    <w:p>
      <w:pPr>
        <w:pStyle w:val="ListNumber"/>
      </w:pPr>
      <w:r>
        <w:rPr>
          <w:b w:val="0"/>
        </w:rPr>
        <w:t>Portada y semáforo inicial.</w:t>
      </w:r>
    </w:p>
    <w:p>
      <w:pPr>
        <w:pStyle w:val="ListNumber"/>
      </w:pPr>
      <w:r>
        <w:rPr>
          <w:b w:val="0"/>
        </w:rPr>
        <w:t>Diagnóstico exprés.</w:t>
      </w:r>
    </w:p>
    <w:p>
      <w:pPr>
        <w:pStyle w:val="ListNumber"/>
      </w:pPr>
      <w:r>
        <w:rPr>
          <w:b w:val="0"/>
        </w:rPr>
        <w:t>Seis hojas de ruta de estaciones.</w:t>
      </w:r>
    </w:p>
    <w:p>
      <w:pPr>
        <w:pStyle w:val="ListNumber"/>
      </w:pPr>
      <w:r>
        <w:rPr>
          <w:b w:val="0"/>
        </w:rPr>
        <w:t>Fichas 1, 2 y 3 corregidas.</w:t>
      </w:r>
    </w:p>
    <w:p>
      <w:pPr>
        <w:pStyle w:val="ListNumber"/>
      </w:pPr>
      <w:r>
        <w:rPr>
          <w:b w:val="0"/>
        </w:rPr>
        <w:t>Hoja del simulacro.</w:t>
      </w:r>
    </w:p>
    <w:p>
      <w:pPr>
        <w:pStyle w:val="ListNumber"/>
      </w:pPr>
      <w:r>
        <w:rPr>
          <w:b w:val="0"/>
        </w:rPr>
        <w:t>Hoja de corrección del examen, semáforo final y plan de mejora.</w:t>
      </w:r>
    </w:p>
    <w:p>
      <w:r>
        <w:rPr>
          <w:b/>
        </w:rPr>
        <w:t>Organización del grupo:</w:t>
      </w:r>
      <w:r>
        <w:rPr>
          <w:b w:val="0"/>
        </w:rPr>
        <w:t xml:space="preserve"> 8 equipos fijos de 4, con niveles mezclados.</w:t>
      </w:r>
    </w:p>
    <w:p>
      <w:pPr>
        <w:pStyle w:val="ListBullet"/>
      </w:pPr>
      <w:r>
        <w:rPr>
          <w:b w:val="0"/>
        </w:rPr>
        <w:t>Roles que rotan cada día: lector, secretario, guardián del tiempo y revisor.</w:t>
      </w:r>
    </w:p>
    <w:p>
      <w:pPr>
        <w:pStyle w:val="ListBullet"/>
      </w:pPr>
      <w:r>
        <w:rPr>
          <w:b w:val="0"/>
        </w:rPr>
        <w:t>El alumno con dislexia va con un compañero lector paciente.</w:t>
      </w:r>
    </w:p>
    <w:p>
      <w:pPr>
        <w:pStyle w:val="ListBullet"/>
      </w:pPr>
      <w:r>
        <w:rPr>
          <w:b w:val="0"/>
        </w:rPr>
        <w:t>Cada alumno con rezago en multiplicación va en un equipo distinto, con un tutor que domine las tablas.</w:t>
      </w:r>
    </w:p>
    <w:p>
      <w:pPr>
        <w:pStyle w:val="Heading1"/>
      </w:pPr>
      <w:r>
        <w:t>Organización de la jornada (día tipo)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Hora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Momento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Qué pasa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8:00 a 8:20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Arranque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10 min de lectura en voz alta y 10 min de cálculo mental (tablas, dobles, complementos a 1,000 y a 10,000).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8:20 a 9:20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Sesión de repaso (60 min)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Inicio común (10), estaciones o juego (40), cierre (10).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9:20 a 10:00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Bloque de cuaderno (40 min)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Fichas y correcciones. Los primeros 15 min atiendes a un grupo pequeño.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10:00 a 10:30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Recreo</w:t>
            </w:r>
          </w:p>
        </w:tc>
        <w:tc>
          <w:tcPr>
            <w:tcW w:type="dxa" w:w="3324"/>
          </w:tcPr>
          <w:p>
            <w:r/>
          </w:p>
          <w:p/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10:30 a 12:00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Horario regular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Educación Física, Artes, Inglés y proyecto en curso, según tu escuela.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12:00 a 12:30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Cierre del día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Juego corto de repaso o lectura libre. Anotas el pendiente de mañana.</w:t>
            </w:r>
          </w:p>
        </w:tc>
      </w:tr>
    </w:tbl>
    <w:p/>
    <w:p>
      <w:r>
        <w:rPr>
          <w:b w:val="0"/>
        </w:rPr>
        <w:t>El jueves 3 de diciembre la sesión dura 90 min (8:20 a 9:50) por el examen. Ese día no hay bloque de cuaderno.</w:t>
      </w:r>
    </w:p>
    <w:p>
      <w:pPr>
        <w:pStyle w:val="Heading1"/>
      </w:pPr>
      <w:r>
        <w:t>Secuencia de sesiones</w:t>
      </w:r>
    </w:p>
    <w:p>
      <w:r>
        <w:rPr>
          <w:b/>
        </w:rPr>
        <w:t>Cómo funcionan las estaciones:</w:t>
      </w:r>
    </w:p>
    <w:p>
      <w:pPr>
        <w:pStyle w:val="ListBullet"/>
      </w:pPr>
      <w:r>
        <w:rPr>
          <w:b w:val="0"/>
        </w:rPr>
        <w:t>Montas 4 estaciones duplicadas en 8 mesas (1A y 1B, 2A y 2B, 3A y 3B, 4A y 4B).</w:t>
      </w:r>
    </w:p>
    <w:p>
      <w:pPr>
        <w:pStyle w:val="ListBullet"/>
      </w:pPr>
      <w:r>
        <w:rPr>
          <w:b w:val="0"/>
        </w:rPr>
        <w:t>Cada equipo pasa 9 min por estación y tiene 1 min para rotar.</w:t>
      </w:r>
    </w:p>
    <w:p>
      <w:pPr>
        <w:pStyle w:val="ListBullet"/>
      </w:pPr>
      <w:r>
        <w:rPr>
          <w:b w:val="0"/>
        </w:rPr>
        <w:t>La señal para rotar es fija: tres palmadas. Mide el tiempo con el cronómetro del teléfono, que funciona sin datos.</w:t>
      </w:r>
    </w:p>
    <w:p>
      <w:pPr>
        <w:pStyle w:val="ListBullet"/>
      </w:pPr>
      <w:r>
        <w:rPr>
          <w:b w:val="0"/>
        </w:rPr>
        <w:t>Cada alumno llena su hoja de ruta: media hoja con 4 recuadros y un renglón de «Lo que aprendí hoy».</w:t>
      </w:r>
    </w:p>
    <w:p>
      <w:pPr>
        <w:pStyle w:val="Heading2"/>
      </w:pPr>
      <w:r>
        <w:t>Sesión 1 · Lunes 23 de noviembre · ¿Qué recuerdo del trimestre?</w:t>
      </w:r>
    </w:p>
    <w:p>
      <w:r>
        <w:rPr>
          <w:b/>
        </w:rPr>
        <w:t>Propósito:</w:t>
      </w:r>
      <w:r>
        <w:rPr>
          <w:b w:val="0"/>
        </w:rPr>
        <w:t xml:space="preserve"> detectar qué recuerda el grupo y arrancar el cuaderno de repaso.</w:t>
      </w:r>
    </w:p>
    <w:p>
      <w:r>
        <w:rPr>
          <w:b/>
        </w:rPr>
        <w:t>Inicio (10 min):</w:t>
      </w:r>
    </w:p>
    <w:p>
      <w:pPr>
        <w:pStyle w:val="ListBullet"/>
      </w:pPr>
      <w:r>
        <w:rPr>
          <w:b w:val="0"/>
        </w:rPr>
        <w:t>Dibuja una línea del trimestre con tres columnas: septiembre, octubre y noviembre.</w:t>
      </w:r>
    </w:p>
    <w:p>
      <w:pPr>
        <w:pStyle w:val="ListBullet"/>
      </w:pPr>
      <w:r>
        <w:rPr>
          <w:b w:val="0"/>
        </w:rPr>
        <w:t>El grupo dicta los proyectos, textos y temas de matemáticas que trabajaron, y tú los anotas.</w:t>
      </w:r>
    </w:p>
    <w:p>
      <w:pPr>
        <w:pStyle w:val="ListBullet"/>
      </w:pPr>
      <w:r>
        <w:rPr>
          <w:b w:val="0"/>
        </w:rPr>
        <w:t>Pásala a un pliego que se queda pegado las dos semanas.</w:t>
      </w:r>
    </w:p>
    <w:p>
      <w:r>
        <w:rPr>
          <w:b/>
        </w:rPr>
        <w:t>Desarrollo diferenciado (40 min):</w:t>
      </w:r>
    </w:p>
    <w:p>
      <w:pPr>
        <w:pStyle w:val="ListBullet"/>
      </w:pPr>
      <w:r>
        <w:rPr>
          <w:b/>
        </w:rPr>
        <w:t>Diagnóstico exprés (15 min).</w:t>
      </w:r>
      <w:r>
        <w:rPr>
          <w:b w:val="0"/>
        </w:rPr>
        <w:t xml:space="preserve"> Lees 10 preguntas y contestan en una hoja numerada:</w:t>
      </w:r>
    </w:p>
    <w:p>
      <w:pPr>
        <w:pStyle w:val="ListNumber"/>
      </w:pPr>
      <w:r>
        <w:rPr>
          <w:b w:val="0"/>
        </w:rPr>
        <w:t>¿Cómo se llama el texto que explica los pasos para hacer algo?</w:t>
      </w:r>
    </w:p>
    <w:p>
      <w:pPr>
        <w:pStyle w:val="ListNumber"/>
      </w:pPr>
      <w:r>
        <w:rPr>
          <w:b w:val="0"/>
        </w:rPr>
        <w:t>En un cuento, ¿cómo se llama la parte donde aparece el problema?</w:t>
      </w:r>
    </w:p>
    <w:p>
      <w:pPr>
        <w:pStyle w:val="ListNumber"/>
      </w:pPr>
      <w:r>
        <w:rPr>
          <w:b w:val="0"/>
        </w:rPr>
        <w:t>Escribe: «El lunes fuimos a Puebla.»</w:t>
      </w:r>
    </w:p>
    <w:p>
      <w:pPr>
        <w:pStyle w:val="ListNumber"/>
      </w:pPr>
      <w:r>
        <w:rPr>
          <w:b w:val="0"/>
        </w:rPr>
        <w:t>¿Para qué sirven las comas en «Compré pan, leche y huevos»?</w:t>
      </w:r>
    </w:p>
    <w:p>
      <w:pPr>
        <w:pStyle w:val="ListNumber"/>
      </w:pPr>
      <w:r>
        <w:rPr>
          <w:b w:val="0"/>
        </w:rPr>
        <w:t>¿Cómo se llama el texto que informa sobre un tema real?</w:t>
      </w:r>
    </w:p>
    <w:p>
      <w:pPr>
        <w:pStyle w:val="ListNumber"/>
      </w:pPr>
      <w:r>
        <w:rPr>
          <w:b w:val="0"/>
        </w:rPr>
        <w:t>Escribe con número: treinta mil cuatrocientos cinco.</w:t>
      </w:r>
    </w:p>
    <w:p>
      <w:pPr>
        <w:pStyle w:val="ListNumber"/>
      </w:pPr>
      <w:r>
        <w:rPr>
          <w:b w:val="0"/>
        </w:rPr>
        <w:t>¿Cuál es mayor: 9,999 o 10,001?</w:t>
      </w:r>
    </w:p>
    <w:p>
      <w:pPr>
        <w:pStyle w:val="ListNumber"/>
      </w:pPr>
      <w:r>
        <w:rPr>
          <w:b w:val="0"/>
        </w:rPr>
        <w:t>¿Cuánto es 6 × 8?</w:t>
      </w:r>
    </w:p>
    <w:p>
      <w:pPr>
        <w:pStyle w:val="ListNumber"/>
      </w:pPr>
      <w:r>
        <w:rPr>
          <w:b w:val="0"/>
        </w:rPr>
        <w:t>¿Cuánto es 1,000 − 275?</w:t>
      </w:r>
    </w:p>
    <w:p>
      <w:pPr>
        <w:pStyle w:val="ListNumber"/>
      </w:pPr>
      <w:r>
        <w:rPr>
          <w:b w:val="0"/>
        </w:rPr>
        <w:t>Reparte 36 dulces entre 4 niños. ¿Cuántos le tocan a cada uno?</w:t>
      </w:r>
    </w:p>
    <w:p>
      <w:pPr>
        <w:pStyle w:val="ListBullet"/>
      </w:pPr>
      <w:r>
        <w:rPr>
          <w:b/>
        </w:rPr>
        <w:t>Respuestas:</w:t>
      </w:r>
      <w:r>
        <w:rPr>
          <w:b w:val="0"/>
        </w:rPr>
        <w:t xml:space="preserve"> (1) instructivo; (2) desarrollo o nudo; (3) mayúsculas en El y Puebla, y punto final; (4) separar los elementos de una lista; (5) expositivo; (6) 30,405; (7) 10,001; (8) 48; (9) 725; (10) 9.</w:t>
      </w:r>
    </w:p>
    <w:p>
      <w:pPr>
        <w:pStyle w:val="ListBullet"/>
      </w:pPr>
      <w:r>
        <w:rPr>
          <w:b/>
        </w:rPr>
        <w:t>Equipos (15 min).</w:t>
      </w:r>
      <w:r>
        <w:rPr>
          <w:b w:val="0"/>
        </w:rPr>
        <w:t xml:space="preserve"> Forma los 8 equipos, reparte roles y explica las reglas de estación:</w:t>
      </w:r>
    </w:p>
    <w:p>
      <w:pPr>
        <w:pStyle w:val="ListBullet"/>
      </w:pPr>
      <w:r>
        <w:rPr>
          <w:b w:val="0"/>
        </w:rPr>
        <w:t>se trabaja en voz baja;</w:t>
      </w:r>
    </w:p>
    <w:p>
      <w:pPr>
        <w:pStyle w:val="ListBullet"/>
      </w:pPr>
      <w:r>
        <w:rPr>
          <w:b w:val="0"/>
        </w:rPr>
        <w:t>se rota con la señal;</w:t>
      </w:r>
    </w:p>
    <w:p>
      <w:pPr>
        <w:pStyle w:val="ListBullet"/>
      </w:pPr>
      <w:r>
        <w:rPr>
          <w:b w:val="0"/>
        </w:rPr>
        <w:t>el revisor confirma que todos escribieron antes de rotar.</w:t>
      </w:r>
    </w:p>
    <w:p>
      <w:pPr>
        <w:pStyle w:val="ListBullet"/>
      </w:pPr>
      <w:r>
        <w:rPr>
          <w:b/>
        </w:rPr>
        <w:t>Portada (10 min).</w:t>
      </w:r>
      <w:r>
        <w:rPr>
          <w:b w:val="0"/>
        </w:rPr>
        <w:t xml:space="preserve"> Hacen la portada y el semáforo inicial: una tabla con los temas de la línea y las columnas «Lo sé», «Casi» y «Me cuesta».</w:t>
      </w:r>
    </w:p>
    <w:p>
      <w:pPr>
        <w:pStyle w:val="ListBullet"/>
      </w:pPr>
      <w:r>
        <w:rPr>
          <w:b/>
        </w:rPr>
        <w:t>Apoyo, alumno con dislexia:</w:t>
      </w:r>
      <w:r>
        <w:rPr>
          <w:b w:val="0"/>
        </w:rPr>
        <w:t xml:space="preserve"> le lees cada pregunta dos veces y aceptas respuesta oral. Tú la anotas.</w:t>
      </w:r>
    </w:p>
    <w:p>
      <w:pPr>
        <w:pStyle w:val="ListBullet"/>
      </w:pPr>
      <w:r>
        <w:rPr>
          <w:b/>
        </w:rPr>
        <w:t>Apoyo, tres alumnos con rezago en multiplicación:</w:t>
      </w:r>
      <w:r>
        <w:rPr>
          <w:b w:val="0"/>
        </w:rPr>
        <w:t xml:space="preserve"> en las preguntas 8 y 10 anota qué estrategia usan (dedos, suma repetida o dibujo).</w:t>
      </w:r>
    </w:p>
    <w:p>
      <w:pPr>
        <w:pStyle w:val="ListBullet"/>
      </w:pPr>
      <w:r>
        <w:rPr>
          <w:b/>
        </w:rPr>
        <w:t>Reto:</w:t>
      </w:r>
      <w:r>
        <w:rPr>
          <w:b w:val="0"/>
        </w:rPr>
        <w:t xml:space="preserve"> quien termina antes escribe dos preguntas que pondría en el examen.</w:t>
      </w:r>
    </w:p>
    <w:p>
      <w:r>
        <w:rPr>
          <w:b/>
        </w:rPr>
        <w:t>Cierre (10 min):</w:t>
      </w:r>
    </w:p>
    <w:p>
      <w:pPr>
        <w:pStyle w:val="ListBullet"/>
      </w:pPr>
      <w:r>
        <w:rPr>
          <w:b w:val="0"/>
        </w:rPr>
        <w:t>A mano alzada cuentan cuántos marcaron «Me cuesta» en cada tema.</w:t>
      </w:r>
    </w:p>
    <w:p>
      <w:pPr>
        <w:pStyle w:val="ListBullet"/>
      </w:pPr>
      <w:r>
        <w:rPr>
          <w:b w:val="0"/>
        </w:rPr>
        <w:t>Encierra los tres temas con más votos: son la prioridad de las dos semanas.</w:t>
      </w:r>
    </w:p>
    <w:p>
      <w:r>
        <w:rPr>
          <w:b/>
        </w:rPr>
        <w:t>Bloque de cuaderno (40 min):</w:t>
      </w:r>
      <w:r>
        <w:rPr>
          <w:b w:val="0"/>
        </w:rPr>
        <w:t xml:space="preserve"> dictas las respuestas y cada quien revisa su diagnóstico. Recoges las hojas y anotas los aciertos en tu registro.</w:t>
      </w:r>
    </w:p>
    <w:p>
      <w:r>
        <w:rPr>
          <w:b/>
        </w:rPr>
        <w:t>Evidencia:</w:t>
      </w:r>
      <w:r>
        <w:rPr>
          <w:b w:val="0"/>
        </w:rPr>
        <w:t xml:space="preserve"> diagnóstico exprés y semáforo inicial.</w:t>
      </w:r>
    </w:p>
    <w:p>
      <w:r>
        <w:rPr>
          <w:b/>
        </w:rPr>
        <w:t>Si no sale:</w:t>
      </w:r>
      <w:r>
        <w:rPr>
          <w:b w:val="0"/>
        </w:rPr>
        <w:t xml:space="preserve"> si más de 10 alumnos fallan la misma pregunta, ese tema entra al arranque diario de toda la semana.</w:t>
      </w:r>
    </w:p>
    <w:p>
      <w:pPr>
        <w:pStyle w:val="Heading2"/>
      </w:pPr>
      <w:r>
        <w:t>Sesión 2 · Martes 24 de noviembre · Estaciones de lectura: cuentos y tipos de texto</w:t>
      </w:r>
    </w:p>
    <w:p>
      <w:r>
        <w:rPr>
          <w:b/>
        </w:rPr>
        <w:t>Propósito:</w:t>
      </w:r>
      <w:r>
        <w:rPr>
          <w:b w:val="0"/>
        </w:rPr>
        <w:t xml:space="preserve"> reconocer la estructura del cuento y distinguir los tipos de texto del trimestre.</w:t>
      </w:r>
    </w:p>
    <w:p>
      <w:r>
        <w:rPr>
          <w:b/>
        </w:rPr>
        <w:t>Inicio (10 min):</w:t>
      </w:r>
      <w:r>
        <w:rPr>
          <w:b w:val="0"/>
        </w:rPr>
        <w:t xml:space="preserve"> dibuja un organizador de 4 cajas (personajes, lugar, problema y solución) y llénenlo juntos con un cuento que leyeron en septiembre.</w:t>
      </w:r>
    </w:p>
    <w:p>
      <w:r>
        <w:rPr>
          <w:b/>
        </w:rPr>
        <w:t>Desarrollo diferenciado (40 min):</w:t>
      </w:r>
    </w:p>
    <w:p>
      <w:pPr>
        <w:pStyle w:val="ListBullet"/>
      </w:pPr>
      <w:r>
        <w:rPr>
          <w:b/>
        </w:rPr>
        <w:t>Estación 1, Detectives del cuento.</w:t>
      </w:r>
      <w:r>
        <w:rPr>
          <w:b w:val="0"/>
        </w:rPr>
        <w:t xml:space="preserve"> Leen un cuento breve de la biblioteca de aula o de Múltiples lenguajes 4° y llenan el organizador.</w:t>
      </w:r>
    </w:p>
    <w:p>
      <w:pPr>
        <w:pStyle w:val="ListBullet"/>
      </w:pPr>
      <w:r>
        <w:rPr>
          <w:b/>
        </w:rPr>
        <w:t>Estación 2, Sobre revuelto.</w:t>
      </w:r>
      <w:r>
        <w:rPr>
          <w:b w:val="0"/>
        </w:rPr>
        <w:t xml:space="preserve"> Clasifican 10 tiras con fragmentos de narrativo, instructivo, expositivo, carta formal y poema. Escriben una pista de cada tipo, por ejemplo «tiene pasos» o «tiene rima».</w:t>
      </w:r>
    </w:p>
    <w:p>
      <w:pPr>
        <w:pStyle w:val="ListBullet"/>
      </w:pPr>
      <w:r>
        <w:rPr>
          <w:b/>
        </w:rPr>
        <w:t>Estación 3, Ordena la historia.</w:t>
      </w:r>
      <w:r>
        <w:rPr>
          <w:b w:val="0"/>
        </w:rPr>
        <w:t xml:space="preserve"> Ordenan un cuento cortado en 5 tiras y anotan los conectores que les ayudaron: primero, después, de pronto, al final.</w:t>
      </w:r>
    </w:p>
    <w:p>
      <w:pPr>
        <w:pStyle w:val="ListBullet"/>
      </w:pPr>
      <w:r>
        <w:rPr>
          <w:b/>
        </w:rPr>
        <w:t>Estación 4, Lectura en pareja.</w:t>
      </w:r>
      <w:r>
        <w:rPr>
          <w:b w:val="0"/>
        </w:rPr>
        <w:t xml:space="preserve"> Uno lee un fragmento de 100 palabras y el otro marca si respetó las pausas en puntos y comas. Luego cambian.</w:t>
      </w:r>
    </w:p>
    <w:p>
      <w:pPr>
        <w:pStyle w:val="ListBullet"/>
      </w:pPr>
      <w:r>
        <w:rPr>
          <w:b/>
        </w:rPr>
        <w:t>Apoyo, alumno con dislexia:</w:t>
      </w:r>
    </w:p>
    <w:p>
      <w:pPr>
        <w:pStyle w:val="ListBullet"/>
      </w:pPr>
      <w:r>
        <w:rPr>
          <w:b w:val="0"/>
        </w:rPr>
        <w:t>Escucha la lectura y aporta oralmente.</w:t>
      </w:r>
    </w:p>
    <w:p>
      <w:pPr>
        <w:pStyle w:val="ListBullet"/>
      </w:pPr>
      <w:r>
        <w:rPr>
          <w:b w:val="0"/>
        </w:rPr>
        <w:t>En la Estación 4 lee un fragmento que ya conoce, sin cronómetro y solo con su pareja.</w:t>
      </w:r>
    </w:p>
    <w:p>
      <w:pPr>
        <w:pStyle w:val="ListBullet"/>
      </w:pPr>
      <w:r>
        <w:rPr>
          <w:b w:val="0"/>
        </w:rPr>
        <w:t>Usa regla lectora: una tira de cartulina con ventana del alto de un renglón.</w:t>
      </w:r>
    </w:p>
    <w:p>
      <w:pPr>
        <w:pStyle w:val="ListBullet"/>
      </w:pPr>
      <w:r>
        <w:rPr>
          <w:b/>
        </w:rPr>
        <w:t>Apoyo, tres alumnos con rezago en multiplicación:</w:t>
      </w:r>
      <w:r>
        <w:rPr>
          <w:b w:val="0"/>
        </w:rPr>
        <w:t xml:space="preserve"> trabajan igual que el grupo.</w:t>
      </w:r>
    </w:p>
    <w:p>
      <w:pPr>
        <w:pStyle w:val="ListBullet"/>
      </w:pPr>
      <w:r>
        <w:rPr>
          <w:b/>
        </w:rPr>
        <w:t>Reto:</w:t>
      </w:r>
      <w:r>
        <w:rPr>
          <w:b w:val="0"/>
        </w:rPr>
        <w:t xml:space="preserve"> escriben un fragmento propio para que otro equipo adivine de qué tipo es.</w:t>
      </w:r>
    </w:p>
    <w:p>
      <w:r>
        <w:rPr>
          <w:b/>
        </w:rPr>
        <w:t>Cierre (10 min):</w:t>
      </w:r>
      <w:r>
        <w:rPr>
          <w:b w:val="0"/>
        </w:rPr>
        <w:t xml:space="preserve"> lees tres fragmentos nuevos. Después de cada uno levantan dedos: 1 narrativo, 2 instructivo, 3 expositivo.</w:t>
      </w:r>
    </w:p>
    <w:p>
      <w:r>
        <w:rPr>
          <w:b/>
        </w:rPr>
        <w:t>Bloque de cuaderno (40 min):</w:t>
      </w:r>
    </w:p>
    <w:p>
      <w:pPr>
        <w:pStyle w:val="ListBullet"/>
      </w:pPr>
      <w:r>
        <w:rPr>
          <w:b w:val="0"/>
        </w:rPr>
        <w:t>Pegan la hoja de ruta.</w:t>
      </w:r>
    </w:p>
    <w:p>
      <w:pPr>
        <w:pStyle w:val="ListBullet"/>
      </w:pPr>
      <w:r>
        <w:rPr>
          <w:b w:val="0"/>
        </w:rPr>
        <w:t>Lees 15 min con el alumno con dislexia.</w:t>
      </w:r>
    </w:p>
    <w:p>
      <w:pPr>
        <w:pStyle w:val="ListBullet"/>
      </w:pPr>
      <w:r>
        <w:rPr>
          <w:b w:val="0"/>
        </w:rPr>
        <w:t>El resto lee libremente y anota título y tipo de texto.</w:t>
      </w:r>
    </w:p>
    <w:p>
      <w:r>
        <w:rPr>
          <w:b/>
        </w:rPr>
        <w:t>Evidencia:</w:t>
      </w:r>
      <w:r>
        <w:rPr>
          <w:b w:val="0"/>
        </w:rPr>
        <w:t xml:space="preserve"> hoja de ruta de Lenguajes I.</w:t>
      </w:r>
    </w:p>
    <w:p>
      <w:r>
        <w:rPr>
          <w:b/>
        </w:rPr>
        <w:t>Si no sale:</w:t>
      </w:r>
      <w:r>
        <w:rPr>
          <w:b w:val="0"/>
        </w:rPr>
        <w:t xml:space="preserve"> si confunden narrativo y expositivo, pega en la Estación 2 la pregunta guía «¿Cuenta una historia inventada o explica un tema real?».</w:t>
      </w:r>
    </w:p>
    <w:p>
      <w:pPr>
        <w:pStyle w:val="Heading2"/>
      </w:pPr>
      <w:r>
        <w:t>Sesión 3 · Miércoles 25 de noviembre · Estaciones de escritura</w:t>
      </w:r>
    </w:p>
    <w:p>
      <w:r>
        <w:rPr>
          <w:b/>
        </w:rPr>
        <w:t>Propósito:</w:t>
      </w:r>
      <w:r>
        <w:rPr>
          <w:b w:val="0"/>
        </w:rPr>
        <w:t xml:space="preserve"> identificar causas y consecuencias, completar un instructivo, corregir puntuación y resumir.</w:t>
      </w:r>
    </w:p>
    <w:p>
      <w:r>
        <w:rPr>
          <w:b/>
        </w:rPr>
        <w:t>Inicio (10 min):</w:t>
      </w:r>
      <w:r>
        <w:rPr>
          <w:b w:val="0"/>
        </w:rPr>
        <w:t xml:space="preserve"> juego «¿Qué texto soy?». Das pistas en primera persona, por ejemplo «Tengo materiales y pasos numerados», y el grupo adivina.</w:t>
      </w:r>
    </w:p>
    <w:p>
      <w:r>
        <w:rPr>
          <w:b/>
        </w:rPr>
        <w:t>Desarrollo diferenciado (40 min):</w:t>
      </w:r>
    </w:p>
    <w:p>
      <w:pPr>
        <w:pStyle w:val="ListBullet"/>
      </w:pPr>
      <w:r>
        <w:rPr>
          <w:b/>
        </w:rPr>
        <w:t>Estación 1, Causa y consecuencia.</w:t>
      </w:r>
      <w:r>
        <w:rPr>
          <w:b w:val="0"/>
        </w:rPr>
        <w:t xml:space="preserve"> Forman 6 pares de tarjetas tomadas de un expositivo del trimestre y los copian unidos con «porque» o «por eso».</w:t>
      </w:r>
    </w:p>
    <w:p>
      <w:pPr>
        <w:pStyle w:val="ListBullet"/>
      </w:pPr>
      <w:r>
        <w:rPr>
          <w:b/>
        </w:rPr>
        <w:t>Estación 2, Instructivo incompleto.</w:t>
      </w:r>
      <w:r>
        <w:rPr>
          <w:b w:val="0"/>
        </w:rPr>
        <w:t xml:space="preserve"> Ordenan los pasos de un juego de patio y los completan con verbos: dibuja, lanza, salta, regresa.</w:t>
      </w:r>
    </w:p>
    <w:p>
      <w:pPr>
        <w:pStyle w:val="ListBullet"/>
      </w:pPr>
      <w:r>
        <w:rPr>
          <w:b/>
        </w:rPr>
        <w:t>Estación 3, Taller de puntuación.</w:t>
      </w:r>
      <w:r>
        <w:rPr>
          <w:b w:val="0"/>
        </w:rPr>
        <w:t xml:space="preserve"> Reescriben 5 oraciones con mayúsculas, puntos y comas en las enumeraciones.</w:t>
      </w:r>
    </w:p>
    <w:p>
      <w:pPr>
        <w:pStyle w:val="ListBullet"/>
      </w:pPr>
      <w:r>
        <w:rPr>
          <w:b/>
        </w:rPr>
        <w:t>Estación 4, Resumen en 30 palabras.</w:t>
      </w:r>
      <w:r>
        <w:rPr>
          <w:b w:val="0"/>
        </w:rPr>
        <w:t xml:space="preserve"> Subrayan la idea principal de un párrafo expositivo y lo resumen en máximo 30 palabras.</w:t>
      </w:r>
    </w:p>
    <w:p>
      <w:pPr>
        <w:pStyle w:val="ListBullet"/>
      </w:pPr>
      <w:r>
        <w:rPr>
          <w:b/>
        </w:rPr>
        <w:t>Apoyo, alumno con dislexia:</w:t>
      </w:r>
      <w:r>
        <w:rPr>
          <w:b w:val="0"/>
        </w:rPr>
        <w:t xml:space="preserve"> su pareja le lee los textos y él dicta su resumen. Hoy solo revisas mayúscula inicial y punto final.</w:t>
      </w:r>
    </w:p>
    <w:p>
      <w:pPr>
        <w:pStyle w:val="ListBullet"/>
      </w:pPr>
      <w:r>
        <w:rPr>
          <w:b/>
        </w:rPr>
        <w:t>Apoyo, tres alumnos con rezago en multiplicación:</w:t>
      </w:r>
      <w:r>
        <w:rPr>
          <w:b w:val="0"/>
        </w:rPr>
        <w:t xml:space="preserve"> trabajan igual que el grupo.</w:t>
      </w:r>
    </w:p>
    <w:p>
      <w:pPr>
        <w:pStyle w:val="ListBullet"/>
      </w:pPr>
      <w:r>
        <w:rPr>
          <w:b/>
        </w:rPr>
        <w:t>Reto:</w:t>
      </w:r>
      <w:r>
        <w:rPr>
          <w:b w:val="0"/>
        </w:rPr>
        <w:t xml:space="preserve"> hacen un segundo resumen de 15 palabras.</w:t>
      </w:r>
    </w:p>
    <w:p>
      <w:r>
        <w:rPr>
          <w:b/>
        </w:rPr>
        <w:t>Cierre (10 min):</w:t>
      </w:r>
      <w:r>
        <w:rPr>
          <w:b w:val="0"/>
        </w:rPr>
        <w:t xml:space="preserve"> dos equipos leen su resumen y el grupo vota cuál conserva la idea principal y por qué.</w:t>
      </w:r>
    </w:p>
    <w:p>
      <w:r>
        <w:rPr>
          <w:b/>
        </w:rPr>
        <w:t>Bloque de cuaderno (40 min):</w:t>
      </w:r>
      <w:r>
        <w:rPr>
          <w:b w:val="0"/>
        </w:rPr>
        <w:t xml:space="preserve"> Ficha 1.</w:t>
      </w:r>
    </w:p>
    <w:p>
      <w:r>
        <w:rPr>
          <w:b/>
        </w:rPr>
        <w:t>Evidencia:</w:t>
      </w:r>
      <w:r>
        <w:rPr>
          <w:b w:val="0"/>
        </w:rPr>
        <w:t xml:space="preserve"> hoja de ruta de Lenguajes II y Ficha 1.</w:t>
      </w:r>
    </w:p>
    <w:p>
      <w:r>
        <w:rPr>
          <w:b/>
        </w:rPr>
        <w:t>Si no sale:</w:t>
      </w:r>
      <w:r>
        <w:rPr>
          <w:b w:val="0"/>
        </w:rPr>
        <w:t xml:space="preserve"> si copian oraciones completas, modela «tapo y digo»:</w:t>
      </w:r>
    </w:p>
    <w:p>
      <w:pPr>
        <w:pStyle w:val="ListNumber"/>
      </w:pPr>
      <w:r>
        <w:rPr>
          <w:b w:val="0"/>
        </w:rPr>
        <w:t>Tapan el texto.</w:t>
      </w:r>
    </w:p>
    <w:p>
      <w:pPr>
        <w:pStyle w:val="ListNumber"/>
      </w:pPr>
      <w:r>
        <w:rPr>
          <w:b w:val="0"/>
        </w:rPr>
        <w:t>Dicen en voz alta lo más importante.</w:t>
      </w:r>
    </w:p>
    <w:p>
      <w:pPr>
        <w:pStyle w:val="ListNumber"/>
      </w:pPr>
      <w:r>
        <w:rPr>
          <w:b w:val="0"/>
        </w:rPr>
        <w:t>Después lo escriben.</w:t>
      </w:r>
    </w:p>
    <w:p>
      <w:pPr>
        <w:pStyle w:val="Heading2"/>
      </w:pPr>
      <w:r>
        <w:t>Sesión 4 · Jueves 26 de noviembre · Estaciones de números</w:t>
      </w:r>
    </w:p>
    <w:p>
      <w:r>
        <w:rPr>
          <w:b/>
        </w:rPr>
        <w:t>Propósito:</w:t>
      </w:r>
      <w:r>
        <w:rPr>
          <w:b w:val="0"/>
        </w:rPr>
        <w:t xml:space="preserve"> leer, escribir, descomponer, comparar y ordenar números de hasta cinco cifras.</w:t>
      </w:r>
    </w:p>
    <w:p>
      <w:r>
        <w:rPr>
          <w:b/>
        </w:rPr>
        <w:t>Inicio (10 min):</w:t>
      </w:r>
      <w:r>
        <w:rPr>
          <w:b w:val="0"/>
        </w:rPr>
        <w:t xml:space="preserve"> juego «Número misterioso». Das la pista «4 decenas de millar, 0 unidades de millar, 7 centenas, 3 decenas y 2 unidades» y el grupo responde 40,732. Haz tres más; el último es 60,305.</w:t>
      </w:r>
    </w:p>
    <w:p>
      <w:r>
        <w:rPr>
          <w:b/>
        </w:rPr>
        <w:t>Desarrollo diferenciado (40 min):</w:t>
      </w:r>
    </w:p>
    <w:p>
      <w:pPr>
        <w:pStyle w:val="ListBullet"/>
      </w:pPr>
      <w:r>
        <w:rPr>
          <w:b/>
        </w:rPr>
        <w:t>Estación 1, El banco.</w:t>
      </w:r>
      <w:r>
        <w:rPr>
          <w:b w:val="0"/>
        </w:rPr>
        <w:t xml:space="preserve"> Con billetes de papel pagan 23,416; 50,208; 17,090 y 64,005 con el menor número de billetes. Escriben la descomposición.</w:t>
      </w:r>
    </w:p>
    <w:p>
      <w:pPr>
        <w:pStyle w:val="ListBullet"/>
      </w:pPr>
      <w:r>
        <w:rPr>
          <w:b/>
        </w:rPr>
        <w:t>Estación 2, Tabla posicional.</w:t>
      </w:r>
      <w:r>
        <w:rPr>
          <w:b w:val="0"/>
        </w:rPr>
        <w:t xml:space="preserve"> Sacan 5 tarjetas del 0 al 9, forman un número, lo anotan en la tabla DM, UM, C, D, U y lo escriben con letra.</w:t>
      </w:r>
    </w:p>
    <w:p>
      <w:pPr>
        <w:pStyle w:val="ListBullet"/>
      </w:pPr>
      <w:r>
        <w:rPr>
          <w:b/>
        </w:rPr>
        <w:t>Estación 3, Ordena la fila.</w:t>
      </w:r>
      <w:r>
        <w:rPr>
          <w:b w:val="0"/>
        </w:rPr>
        <w:t xml:space="preserve"> Ordenan 6 números entre 40,000 y 50,000 y los ubican en una recta dibujada en un pliego.</w:t>
      </w:r>
    </w:p>
    <w:p>
      <w:pPr>
        <w:pStyle w:val="ListBullet"/>
      </w:pPr>
      <w:r>
        <w:rPr>
          <w:b/>
        </w:rPr>
        <w:t>Estación 4, Mayor o menor.</w:t>
      </w:r>
      <w:r>
        <w:rPr>
          <w:b w:val="0"/>
        </w:rPr>
        <w:t xml:space="preserve"> En parejas forman números de 5 cifras y los comparan con &gt;, &lt; o =.</w:t>
      </w:r>
    </w:p>
    <w:p>
      <w:pPr>
        <w:pStyle w:val="ListBullet"/>
      </w:pPr>
      <w:r>
        <w:rPr>
          <w:b/>
        </w:rPr>
        <w:t>Apoyo, alumno con dislexia:</w:t>
      </w:r>
      <w:r>
        <w:rPr>
          <w:b w:val="0"/>
        </w:rPr>
        <w:t xml:space="preserve"> cada número dictado también se muestra escrito. Tiene en su mesa una tira con los nombres de las posiciones.</w:t>
      </w:r>
    </w:p>
    <w:p>
      <w:pPr>
        <w:pStyle w:val="ListBullet"/>
      </w:pPr>
      <w:r>
        <w:rPr>
          <w:b/>
        </w:rPr>
        <w:t>Apoyo, tres alumnos con rezago en multiplicación:</w:t>
      </w:r>
      <w:r>
        <w:rPr>
          <w:b w:val="0"/>
        </w:rPr>
        <w:t xml:space="preserve"> son cajeros en la Estación 1. La descomposición prepara la multiplicación por 10 y por 100.</w:t>
      </w:r>
    </w:p>
    <w:p>
      <w:pPr>
        <w:pStyle w:val="ListBullet"/>
      </w:pPr>
      <w:r>
        <w:rPr>
          <w:b/>
        </w:rPr>
        <w:t>Reto:</w:t>
      </w:r>
      <w:r>
        <w:rPr>
          <w:b w:val="0"/>
        </w:rPr>
        <w:t xml:space="preserve"> con 5 cifras distintas forman el mayor y el menor número posible y calculan la diferencia.</w:t>
      </w:r>
    </w:p>
    <w:p>
      <w:r>
        <w:rPr>
          <w:b/>
        </w:rPr>
        <w:t>Cierre (10 min):</w:t>
      </w:r>
      <w:r>
        <w:rPr>
          <w:b w:val="0"/>
        </w:rPr>
        <w:t xml:space="preserve"> dictado de 5 números, entre ellos 20,090 y 70,045. Revisan en pareja.</w:t>
      </w:r>
    </w:p>
    <w:p>
      <w:r>
        <w:rPr>
          <w:b/>
        </w:rPr>
        <w:t>Bloque de cuaderno (40 min):</w:t>
      </w:r>
      <w:r>
        <w:rPr>
          <w:b w:val="0"/>
        </w:rPr>
        <w:t xml:space="preserve"> Ficha 2, consignas 1 a 5. Los primeros 15 min trabajas con los tres alumnos de rezago: tablas del 2, 5 y 10 con arreglos de fichas.</w:t>
      </w:r>
    </w:p>
    <w:p>
      <w:r>
        <w:rPr>
          <w:b/>
        </w:rPr>
        <w:t>Evidencia:</w:t>
      </w:r>
      <w:r>
        <w:rPr>
          <w:b w:val="0"/>
        </w:rPr>
        <w:t xml:space="preserve"> hoja de ruta de Saberes I y dictado.</w:t>
      </w:r>
    </w:p>
    <w:p>
      <w:r>
        <w:rPr>
          <w:b/>
        </w:rPr>
        <w:t>Si no sale:</w:t>
      </w:r>
      <w:r>
        <w:rPr>
          <w:b w:val="0"/>
        </w:rPr>
        <w:t xml:space="preserve"> si escriben 20,090 como 2,090, usa la regla «cada casilla lleva un dígito, aunque sea 0» y lean el número por partes.</w:t>
      </w:r>
    </w:p>
    <w:p>
      <w:pPr>
        <w:pStyle w:val="Heading2"/>
      </w:pPr>
      <w:r>
        <w:t>Sesión 5 · Viernes 27 de noviembre · Carrera de relevos: suma, resta y problemas</w:t>
      </w:r>
    </w:p>
    <w:p>
      <w:r>
        <w:rPr>
          <w:b/>
        </w:rPr>
        <w:t>Propósito:</w:t>
      </w:r>
      <w:r>
        <w:rPr>
          <w:b w:val="0"/>
        </w:rPr>
        <w:t xml:space="preserve"> sumar y restar con transformación y elegir la operación en un problema.</w:t>
      </w:r>
    </w:p>
    <w:p>
      <w:r>
        <w:rPr>
          <w:b/>
        </w:rPr>
        <w:t>Inicio (10 min):</w:t>
      </w:r>
      <w:r>
        <w:rPr>
          <w:b w:val="0"/>
        </w:rPr>
        <w:t xml:space="preserve"> complementos a 10,000 en voz alta (6,500 + ___; 7,750 + ___). Después estiman resultados redondeando a millares.</w:t>
      </w:r>
    </w:p>
    <w:p>
      <w:r>
        <w:rPr>
          <w:b/>
        </w:rPr>
        <w:t>Desarrollo diferenciado (40 min):</w:t>
      </w:r>
    </w:p>
    <w:p>
      <w:pPr>
        <w:pStyle w:val="ListBullet"/>
      </w:pPr>
      <w:r>
        <w:rPr>
          <w:b/>
        </w:rPr>
        <w:t>Carrera de relevos (25 min).</w:t>
      </w:r>
      <w:r>
        <w:rPr>
          <w:b w:val="0"/>
        </w:rPr>
        <w:t xml:space="preserve"> Hay 8 sobres en tu escritorio: 4 problemas de suma, 3 de resta y 1 de dos pasos.</w:t>
      </w:r>
    </w:p>
    <w:p>
      <w:pPr>
        <w:pStyle w:val="ListBullet"/>
      </w:pPr>
      <w:r>
        <w:rPr>
          <w:b w:val="0"/>
        </w:rPr>
        <w:t>Un integrante corre por el sobre, el equipo lo resuelve y te lo muestra.</w:t>
      </w:r>
    </w:p>
    <w:p>
      <w:pPr>
        <w:pStyle w:val="ListBullet"/>
      </w:pPr>
      <w:r>
        <w:rPr>
          <w:b w:val="0"/>
        </w:rPr>
        <w:t>Si está bien, otro integrante va por el siguiente.</w:t>
      </w:r>
    </w:p>
    <w:p>
      <w:pPr>
        <w:pStyle w:val="ListBullet"/>
      </w:pPr>
      <w:r>
        <w:rPr>
          <w:b w:val="0"/>
        </w:rPr>
        <w:t>Puntos: 2 si sale a la primera, 1 si lo corrigen.</w:t>
      </w:r>
    </w:p>
    <w:p>
      <w:pPr>
        <w:pStyle w:val="ListBullet"/>
      </w:pPr>
      <w:r>
        <w:rPr>
          <w:b/>
        </w:rPr>
        <w:t>Detecta el error (15 min).</w:t>
      </w:r>
      <w:r>
        <w:rPr>
          <w:b w:val="0"/>
        </w:rPr>
        <w:t xml:space="preserve"> En el pizarrón hay tres operaciones mal resueltas, entre ellas 40,000 − 12,685 = 32,685. Cada equipo encuentra el error, lo corrige y lo explica.</w:t>
      </w:r>
    </w:p>
    <w:p>
      <w:pPr>
        <w:pStyle w:val="ListBullet"/>
      </w:pPr>
      <w:r>
        <w:rPr>
          <w:b/>
        </w:rPr>
        <w:t>Apoyo, alumno con dislexia:</w:t>
      </w:r>
      <w:r>
        <w:rPr>
          <w:b w:val="0"/>
        </w:rPr>
        <w:t xml:space="preserve"> un compañero le lee el problema. Él calcula y explica de forma oral.</w:t>
      </w:r>
    </w:p>
    <w:p>
      <w:pPr>
        <w:pStyle w:val="ListBullet"/>
      </w:pPr>
      <w:r>
        <w:rPr>
          <w:b/>
        </w:rPr>
        <w:t>Apoyo, tres alumnos con rezago en multiplicación:</w:t>
      </w:r>
      <w:r>
        <w:rPr>
          <w:b w:val="0"/>
        </w:rPr>
        <w:t xml:space="preserve"> pueden usar suma repetida en el problema de dos pasos.</w:t>
      </w:r>
    </w:p>
    <w:p>
      <w:pPr>
        <w:pStyle w:val="ListBullet"/>
      </w:pPr>
      <w:r>
        <w:rPr>
          <w:b/>
        </w:rPr>
        <w:t>Reto:</w:t>
      </w:r>
      <w:r>
        <w:rPr>
          <w:b w:val="0"/>
        </w:rPr>
        <w:t xml:space="preserve"> escriben un problema de dos pasos para otro equipo.</w:t>
      </w:r>
    </w:p>
    <w:p>
      <w:r>
        <w:rPr>
          <w:b/>
        </w:rPr>
        <w:t>Cierre (10 min):</w:t>
      </w:r>
      <w:r>
        <w:rPr>
          <w:b w:val="0"/>
        </w:rPr>
        <w:t xml:space="preserve"> comprueban una resta con una suma y se preguntan «¿El resultado se parece a mi estimación?».</w:t>
      </w:r>
    </w:p>
    <w:p>
      <w:r>
        <w:rPr>
          <w:b/>
        </w:rPr>
        <w:t>Bloque de cuaderno (40 min):</w:t>
      </w:r>
      <w:r>
        <w:rPr>
          <w:b w:val="0"/>
        </w:rPr>
        <w:t xml:space="preserve"> Ficha 2, consignas 6 a 10. Los primeros 15 min sigues con los tres alumnos de rezago: tablas del 4 y del 8 como dobles.</w:t>
      </w:r>
    </w:p>
    <w:p>
      <w:r>
        <w:rPr>
          <w:b/>
        </w:rPr>
        <w:t>Evidencia:</w:t>
      </w:r>
      <w:r>
        <w:rPr>
          <w:b w:val="0"/>
        </w:rPr>
        <w:t xml:space="preserve"> hoja de relevos y Ficha 2.</w:t>
      </w:r>
    </w:p>
    <w:p>
      <w:r>
        <w:rPr>
          <w:b/>
        </w:rPr>
        <w:t>Si no sale:</w:t>
      </w:r>
      <w:r>
        <w:rPr>
          <w:b w:val="0"/>
        </w:rPr>
        <w:t xml:space="preserve"> si fallan las restas con ceros, da una mini lección con los billetes del banco. Cambia un billete de 10,000 por diez de 1,000, y así sucesivamente hasta poder quitar.</w:t>
      </w:r>
    </w:p>
    <w:p>
      <w:pPr>
        <w:pStyle w:val="Heading2"/>
      </w:pPr>
      <w:r>
        <w:t>Sesión 6 · Lunes 30 de noviembre · Bingo y estaciones de multiplicación y división</w:t>
      </w:r>
    </w:p>
    <w:p>
      <w:r>
        <w:rPr>
          <w:b/>
        </w:rPr>
        <w:t>Propósito:</w:t>
      </w:r>
      <w:r>
        <w:rPr>
          <w:b w:val="0"/>
        </w:rPr>
        <w:t xml:space="preserve"> multiplicar y dividir con estrategias y con algoritmo, y usar su relación inversa.</w:t>
      </w:r>
    </w:p>
    <w:p>
      <w:r>
        <w:rPr>
          <w:b/>
        </w:rPr>
        <w:t>Inicio (10 min):</w:t>
      </w:r>
      <w:r>
        <w:rPr>
          <w:b w:val="0"/>
        </w:rPr>
        <w:t xml:space="preserve"> bingo de multiplicaciones.</w:t>
      </w:r>
    </w:p>
    <w:p>
      <w:pPr>
        <w:pStyle w:val="ListBullet"/>
      </w:pPr>
      <w:r>
        <w:rPr>
          <w:b w:val="0"/>
        </w:rPr>
        <w:t>Cada alumno escribe en una cuadrícula de 3 por 3 nueve productos de la lista del pizarrón: 12, 16, 18, 21, 24, 27, 28, 32, 35, 36, 42, 45, 48, 54, 56, 63, 64, 72.</w:t>
      </w:r>
    </w:p>
    <w:p>
      <w:pPr>
        <w:pStyle w:val="ListBullet"/>
      </w:pPr>
      <w:r>
        <w:rPr>
          <w:b w:val="0"/>
        </w:rPr>
        <w:t>Tú dices multiplicaciones y gana quien llena una línea.</w:t>
      </w:r>
    </w:p>
    <w:p>
      <w:r>
        <w:rPr>
          <w:b/>
        </w:rPr>
        <w:t>Desarrollo diferenciado (40 min):</w:t>
      </w:r>
    </w:p>
    <w:p>
      <w:pPr>
        <w:pStyle w:val="ListBullet"/>
      </w:pPr>
      <w:r>
        <w:rPr>
          <w:b/>
        </w:rPr>
        <w:t>Estación 1, Arreglos.</w:t>
      </w:r>
      <w:r>
        <w:rPr>
          <w:b w:val="0"/>
        </w:rPr>
        <w:t xml:space="preserve"> En hoja cuadriculada dibujan 6 × 14 partido en 6 × 10 y 6 × 4; luego 7 × 23. Tú te quedas en esta estación toda la rotación.</w:t>
      </w:r>
    </w:p>
    <w:p>
      <w:pPr>
        <w:pStyle w:val="ListBullet"/>
      </w:pPr>
      <w:r>
        <w:rPr>
          <w:b/>
        </w:rPr>
        <w:t>Estación 2, Guerra de productos.</w:t>
      </w:r>
      <w:r>
        <w:rPr>
          <w:b w:val="0"/>
        </w:rPr>
        <w:t xml:space="preserve"> En parejas voltean dos tarjetas del 2 al 9 y dicen el producto. El compañero comprueba con la tabla pitagórica.</w:t>
      </w:r>
    </w:p>
    <w:p>
      <w:pPr>
        <w:pStyle w:val="ListBullet"/>
      </w:pPr>
      <w:r>
        <w:rPr>
          <w:b/>
        </w:rPr>
        <w:t>Estación 3, Reparte y comprueba.</w:t>
      </w:r>
      <w:r>
        <w:rPr>
          <w:b w:val="0"/>
        </w:rPr>
        <w:t xml:space="preserve"> Con semillas reparten 84 entre 4, 96 entre 8 y 75 entre 6, y comprueban con una multiplicación.</w:t>
      </w:r>
    </w:p>
    <w:p>
      <w:pPr>
        <w:pStyle w:val="ListBullet"/>
      </w:pPr>
      <w:r>
        <w:rPr>
          <w:b/>
        </w:rPr>
        <w:t>Estación 4, Problemas de la tienda.</w:t>
      </w:r>
      <w:r>
        <w:rPr>
          <w:b w:val="0"/>
        </w:rPr>
        <w:t xml:space="preserve"> Resuelven 4 problemas en tarjeta.</w:t>
      </w:r>
    </w:p>
    <w:p>
      <w:pPr>
        <w:pStyle w:val="ListBullet"/>
      </w:pPr>
      <w:r>
        <w:rPr>
          <w:b/>
        </w:rPr>
        <w:t>Apoyo, tres alumnos con rezago en multiplicación:</w:t>
      </w:r>
      <w:r>
        <w:rPr>
          <w:b w:val="0"/>
        </w:rPr>
        <w:t xml:space="preserve"> usan la tabla pitagórica en las Estaciones 2 y 4 y material concreto en la 3.</w:t>
      </w:r>
    </w:p>
    <w:p>
      <w:pPr>
        <w:pStyle w:val="ListBullet"/>
      </w:pPr>
      <w:r>
        <w:rPr>
          <w:b/>
        </w:rPr>
        <w:t>Apoyo, alumno con dislexia:</w:t>
      </w:r>
      <w:r>
        <w:rPr>
          <w:b w:val="0"/>
        </w:rPr>
        <w:t xml:space="preserve"> su pareja le lee los problemas.</w:t>
      </w:r>
    </w:p>
    <w:p>
      <w:pPr>
        <w:pStyle w:val="ListBullet"/>
      </w:pPr>
      <w:r>
        <w:rPr>
          <w:b/>
        </w:rPr>
        <w:t>Reto:</w:t>
      </w:r>
      <w:r>
        <w:rPr>
          <w:b w:val="0"/>
        </w:rPr>
        <w:t xml:space="preserve"> resuelven 46 × 12 por descomposición y por algoritmo, y comparan.</w:t>
      </w:r>
    </w:p>
    <w:p>
      <w:r>
        <w:rPr>
          <w:b/>
        </w:rPr>
        <w:t>Cierre (10 min):</w:t>
      </w:r>
      <w:r>
        <w:rPr>
          <w:b w:val="0"/>
        </w:rPr>
        <w:t xml:space="preserve"> anota en un pliego las estrategias del grupo:</w:t>
      </w:r>
    </w:p>
    <w:p>
      <w:pPr>
        <w:pStyle w:val="ListBullet"/>
      </w:pPr>
      <w:r>
        <w:rPr>
          <w:b w:val="0"/>
        </w:rPr>
        <w:t>× 4 es el doble del doble;</w:t>
      </w:r>
    </w:p>
    <w:p>
      <w:pPr>
        <w:pStyle w:val="ListBullet"/>
      </w:pPr>
      <w:r>
        <w:rPr>
          <w:b w:val="0"/>
        </w:rPr>
        <w:t>× 5 es la mitad de × 10;</w:t>
      </w:r>
    </w:p>
    <w:p>
      <w:pPr>
        <w:pStyle w:val="ListBullet"/>
      </w:pPr>
      <w:r>
        <w:rPr>
          <w:b w:val="0"/>
        </w:rPr>
        <w:t>× 9 es × 10 menos una vez el número.</w:t>
      </w:r>
    </w:p>
    <w:p>
      <w:r>
        <w:rPr>
          <w:b/>
        </w:rPr>
        <w:t>Bloque de cuaderno (40 min):</w:t>
      </w:r>
      <w:r>
        <w:rPr>
          <w:b w:val="0"/>
        </w:rPr>
        <w:t xml:space="preserve"> Ficha 3. Los primeros 15 min trabajas con los tres alumnos de rezago las Partes A y B.</w:t>
      </w:r>
    </w:p>
    <w:p>
      <w:r>
        <w:rPr>
          <w:b/>
        </w:rPr>
        <w:t>Evidencia:</w:t>
      </w:r>
      <w:r>
        <w:rPr>
          <w:b w:val="0"/>
        </w:rPr>
        <w:t xml:space="preserve"> hoja de ruta de Saberes II y Ficha 3.</w:t>
      </w:r>
    </w:p>
    <w:p>
      <w:r>
        <w:rPr>
          <w:b/>
        </w:rPr>
        <w:t>Si no sale:</w:t>
      </w:r>
      <w:r>
        <w:rPr>
          <w:b w:val="0"/>
        </w:rPr>
        <w:t xml:space="preserve"> si no recorren el segundo producto parcial en el algoritmo, regresa al rectángulo partido. Acepta la descomposición como procedimiento válido, también en el examen.</w:t>
      </w:r>
    </w:p>
    <w:p>
      <w:pPr>
        <w:pStyle w:val="Heading2"/>
      </w:pPr>
      <w:r>
        <w:t>Sesión 7 · Martes 1 de diciembre · Rally de la convivencia: Ética y De lo humano</w:t>
      </w:r>
    </w:p>
    <w:p>
      <w:r>
        <w:rPr>
          <w:b/>
        </w:rPr>
        <w:t>Propósito:</w:t>
      </w:r>
      <w:r>
        <w:rPr>
          <w:b w:val="0"/>
        </w:rPr>
        <w:t xml:space="preserve"> repasar derechos, resolución de conflictos, cuidado de la naturaleza, emociones y alimentación.</w:t>
      </w:r>
    </w:p>
    <w:p>
      <w:r>
        <w:rPr>
          <w:b/>
        </w:rPr>
        <w:t>Inicio (10 min):</w:t>
      </w:r>
      <w:r>
        <w:rPr>
          <w:b w:val="0"/>
        </w:rPr>
        <w:t xml:space="preserve"> termómetro de emociones. Cada alumno dice en una palabra cómo se siente. Recuerdan tres estrategias para calmarse y las anotas.</w:t>
      </w:r>
    </w:p>
    <w:p>
      <w:r>
        <w:rPr>
          <w:b/>
        </w:rPr>
        <w:t>Desarrollo diferenciado (40 min):</w:t>
      </w:r>
    </w:p>
    <w:p>
      <w:pPr>
        <w:pStyle w:val="ListBullet"/>
      </w:pPr>
      <w:r>
        <w:rPr>
          <w:b/>
        </w:rPr>
        <w:t>Estación 1, Derechos.</w:t>
      </w:r>
      <w:r>
        <w:rPr>
          <w:b w:val="0"/>
        </w:rPr>
        <w:t xml:space="preserve"> Deciden si en 8 situaciones se respeta o no un derecho, y cuál.</w:t>
      </w:r>
    </w:p>
    <w:p>
      <w:pPr>
        <w:pStyle w:val="ListBullet"/>
      </w:pPr>
      <w:r>
        <w:rPr>
          <w:b/>
        </w:rPr>
        <w:t>Estación 2, Resuelve el conflicto.</w:t>
      </w:r>
      <w:r>
        <w:rPr>
          <w:b w:val="0"/>
        </w:rPr>
        <w:t xml:space="preserve"> Dos alumnos actúan un conflicto del salón en 1 min y el equipo escribe los 4 pasos: parar, escuchar, proponer, acordar.</w:t>
      </w:r>
    </w:p>
    <w:p>
      <w:pPr>
        <w:pStyle w:val="ListBullet"/>
      </w:pPr>
      <w:r>
        <w:rPr>
          <w:b/>
        </w:rPr>
        <w:t>Estación 3, La colonia y la naturaleza.</w:t>
      </w:r>
      <w:r>
        <w:rPr>
          <w:b w:val="0"/>
        </w:rPr>
        <w:t xml:space="preserve"> Clasifican 10 acciones en «cuida» o «daña» y proponen una acción para la escuela.</w:t>
      </w:r>
    </w:p>
    <w:p>
      <w:pPr>
        <w:pStyle w:val="ListBullet"/>
      </w:pPr>
      <w:r>
        <w:rPr>
          <w:b/>
        </w:rPr>
        <w:t>Estación 4, Arma tu refrigerio.</w:t>
      </w:r>
      <w:r>
        <w:rPr>
          <w:b w:val="0"/>
        </w:rPr>
        <w:t xml:space="preserve"> Arman un refrigerio saludable y lo justifican con el Plato del Bien Comer.</w:t>
      </w:r>
    </w:p>
    <w:p>
      <w:pPr>
        <w:pStyle w:val="ListBullet"/>
      </w:pPr>
      <w:r>
        <w:rPr>
          <w:b/>
        </w:rPr>
        <w:t>Apoyo, alumno con dislexia:</w:t>
      </w:r>
      <w:r>
        <w:rPr>
          <w:b w:val="0"/>
        </w:rPr>
        <w:t xml:space="preserve"> un compañero le lee las tarjetas. Él participa oralmente y el secretario anota.</w:t>
      </w:r>
    </w:p>
    <w:p>
      <w:pPr>
        <w:pStyle w:val="ListBullet"/>
      </w:pPr>
      <w:r>
        <w:rPr>
          <w:b/>
        </w:rPr>
        <w:t>Apoyo, tres alumnos con rezago en multiplicación:</w:t>
      </w:r>
      <w:r>
        <w:rPr>
          <w:b w:val="0"/>
        </w:rPr>
        <w:t xml:space="preserve"> trabajan igual que el grupo.</w:t>
      </w:r>
    </w:p>
    <w:p>
      <w:pPr>
        <w:pStyle w:val="ListBullet"/>
      </w:pPr>
      <w:r>
        <w:rPr>
          <w:b/>
        </w:rPr>
        <w:t>Reto:</w:t>
      </w:r>
      <w:r>
        <w:rPr>
          <w:b w:val="0"/>
        </w:rPr>
        <w:t xml:space="preserve"> escriben un conflicto nuevo con su solución.</w:t>
      </w:r>
    </w:p>
    <w:p>
      <w:r>
        <w:rPr>
          <w:b/>
        </w:rPr>
        <w:t>Cierre (10 min):</w:t>
      </w:r>
      <w:r>
        <w:rPr>
          <w:b w:val="0"/>
        </w:rPr>
        <w:t xml:space="preserve"> cada equipo escribe un acuerdo de convivencia en una tira y lo pega en el muro.</w:t>
      </w:r>
    </w:p>
    <w:p>
      <w:r>
        <w:rPr>
          <w:b/>
        </w:rPr>
        <w:t>Bloque de cuaderno (40 min):</w:t>
      </w:r>
      <w:r>
        <w:rPr>
          <w:b w:val="0"/>
        </w:rPr>
        <w:t xml:space="preserve"> completan el «Me evalúo» de las tres fichas y corrigen lo marcado. Los primeros 15 min terminas con los tres alumnos de rezago la Ficha 3. Después revisas cuadernos con la lista de cotejo.</w:t>
      </w:r>
    </w:p>
    <w:p>
      <w:r>
        <w:rPr>
          <w:b/>
        </w:rPr>
        <w:t>Evidencia:</w:t>
      </w:r>
      <w:r>
        <w:rPr>
          <w:b w:val="0"/>
        </w:rPr>
        <w:t xml:space="preserve"> hoja de ruta del rally y acuerdos del muro.</w:t>
      </w:r>
    </w:p>
    <w:p>
      <w:r>
        <w:rPr>
          <w:b/>
        </w:rPr>
        <w:t>Si no sale:</w:t>
      </w:r>
      <w:r>
        <w:rPr>
          <w:b w:val="0"/>
        </w:rPr>
        <w:t xml:space="preserve"> si el juego de roles se vuelve burla, detenlo. Modela la escena con un guion de 4 líneas y repítanla.</w:t>
      </w:r>
    </w:p>
    <w:p>
      <w:pPr>
        <w:pStyle w:val="Heading2"/>
      </w:pPr>
      <w:r>
        <w:t>Sesión 8 · Miércoles 2 de diciembre · Maratón integrador y simulacro</w:t>
      </w:r>
    </w:p>
    <w:p>
      <w:r>
        <w:rPr>
          <w:b/>
        </w:rPr>
        <w:t>Propósito:</w:t>
      </w:r>
      <w:r>
        <w:rPr>
          <w:b w:val="0"/>
        </w:rPr>
        <w:t xml:space="preserve"> integrar los cuatro campos y practicar los formatos del examen.</w:t>
      </w:r>
    </w:p>
    <w:p>
      <w:r>
        <w:rPr>
          <w:b/>
        </w:rPr>
        <w:t>Inicio (10 min):</w:t>
      </w:r>
      <w:r>
        <w:rPr>
          <w:b w:val="0"/>
        </w:rPr>
        <w:t xml:space="preserve"> cada alumno actualiza su semáforo con una segunda marca y dice qué tema pasó de «Me cuesta» a «Lo sé».</w:t>
      </w:r>
    </w:p>
    <w:p>
      <w:r>
        <w:rPr>
          <w:b/>
        </w:rPr>
        <w:t>Desarrollo diferenciado (40 min):</w:t>
      </w:r>
    </w:p>
    <w:p>
      <w:pPr>
        <w:pStyle w:val="ListBullet"/>
      </w:pPr>
      <w:r>
        <w:rPr>
          <w:b/>
        </w:rPr>
        <w:t>Maratón (25 min).</w:t>
      </w:r>
      <w:r>
        <w:rPr>
          <w:b w:val="0"/>
        </w:rPr>
        <w:t xml:space="preserve"> Usas 20 tarjetas distintas a las del examen: 6 de Lenguajes, 8 de Saberes, 3 de Ética y 3 de De lo humano.</w:t>
      </w:r>
    </w:p>
    <w:p>
      <w:pPr>
        <w:pStyle w:val="ListBullet"/>
      </w:pPr>
      <w:r>
        <w:rPr>
          <w:b w:val="0"/>
        </w:rPr>
        <w:t>Lees una tarjeta y los equipos discuten 1 min.</w:t>
      </w:r>
    </w:p>
    <w:p>
      <w:pPr>
        <w:pStyle w:val="ListBullet"/>
      </w:pPr>
      <w:r>
        <w:rPr>
          <w:b w:val="0"/>
        </w:rPr>
        <w:t>Escriben la respuesta y la muestran a la señal.</w:t>
      </w:r>
    </w:p>
    <w:p>
      <w:pPr>
        <w:pStyle w:val="ListBullet"/>
      </w:pPr>
      <w:r>
        <w:rPr>
          <w:b w:val="0"/>
        </w:rPr>
        <w:t>Ganan 1 punto por acierto.</w:t>
      </w:r>
    </w:p>
    <w:p>
      <w:pPr>
        <w:pStyle w:val="ListBullet"/>
      </w:pPr>
      <w:r>
        <w:rPr>
          <w:b/>
        </w:rPr>
        <w:t>Simulacro (15 min).</w:t>
      </w:r>
      <w:r>
        <w:rPr>
          <w:b w:val="0"/>
        </w:rPr>
        <w:t xml:space="preserve"> Resuelven una hoja con 4 reactivos: opción múltiple, ordenar, operación y respuesta abierta. Les enseñas a tachar opciones imposibles y a revisar al final.</w:t>
      </w:r>
    </w:p>
    <w:p>
      <w:pPr>
        <w:pStyle w:val="ListBullet"/>
      </w:pPr>
      <w:r>
        <w:rPr>
          <w:b/>
        </w:rPr>
        <w:t>Apoyo, alumno con dislexia:</w:t>
      </w:r>
      <w:r>
        <w:rPr>
          <w:b w:val="0"/>
        </w:rPr>
        <w:t xml:space="preserve"> ensaya contigo el examen leído y decide si responde los abiertos de forma oral o escrita.</w:t>
      </w:r>
    </w:p>
    <w:p>
      <w:pPr>
        <w:pStyle w:val="ListBullet"/>
      </w:pPr>
      <w:r>
        <w:rPr>
          <w:b/>
        </w:rPr>
        <w:t>Apoyo, tres alumnos con rezago en multiplicación:</w:t>
      </w:r>
      <w:r>
        <w:rPr>
          <w:b w:val="0"/>
        </w:rPr>
        <w:t xml:space="preserve"> escriben las respuestas de Saberes en el maratón, con apoyo del equipo.</w:t>
      </w:r>
    </w:p>
    <w:p>
      <w:pPr>
        <w:pStyle w:val="ListBullet"/>
      </w:pPr>
      <w:r>
        <w:rPr>
          <w:b/>
        </w:rPr>
        <w:t>Reto:</w:t>
      </w:r>
      <w:r>
        <w:rPr>
          <w:b w:val="0"/>
        </w:rPr>
        <w:t xml:space="preserve"> escriben un quinto reactivo con su respuesta.</w:t>
      </w:r>
    </w:p>
    <w:p>
      <w:r>
        <w:rPr>
          <w:b/>
        </w:rPr>
        <w:t>Cierre (10 min):</w:t>
      </w:r>
      <w:r>
        <w:rPr>
          <w:b w:val="0"/>
        </w:rPr>
        <w:t xml:space="preserve"> anotan «Lo que voy a repasar en casa» (2 temas). El cuaderno se va a casa y regresa el jueves.</w:t>
      </w:r>
    </w:p>
    <w:p>
      <w:r>
        <w:rPr>
          <w:b/>
        </w:rPr>
        <w:t>Bloque de cuaderno (40 min):</w:t>
      </w:r>
      <w:r>
        <w:rPr>
          <w:b w:val="0"/>
        </w:rPr>
        <w:t xml:space="preserve"> ordenan el cuaderno, hacen el índice y terminan correcciones.</w:t>
      </w:r>
    </w:p>
    <w:p>
      <w:r>
        <w:rPr>
          <w:b/>
        </w:rPr>
        <w:t>Evidencia:</w:t>
      </w:r>
      <w:r>
        <w:rPr>
          <w:b w:val="0"/>
        </w:rPr>
        <w:t xml:space="preserve"> puntaje del maratón y hoja del simulacro.</w:t>
      </w:r>
    </w:p>
    <w:p>
      <w:r>
        <w:rPr>
          <w:b/>
        </w:rPr>
        <w:t>Si no sale:</w:t>
      </w:r>
      <w:r>
        <w:rPr>
          <w:b w:val="0"/>
        </w:rPr>
        <w:t xml:space="preserve"> si menos de la mitad de los equipos acierta un tema, dedícale el arranque del jueves antes del examen.</w:t>
      </w:r>
    </w:p>
    <w:p>
      <w:pPr>
        <w:pStyle w:val="Heading2"/>
      </w:pPr>
      <w:r>
        <w:t>Sesión 9 · Jueves 3 de diciembre · Examen trimestral (90 min)</w:t>
      </w:r>
    </w:p>
    <w:p>
      <w:r>
        <w:rPr>
          <w:b/>
        </w:rPr>
        <w:t>Propósito:</w:t>
      </w:r>
      <w:r>
        <w:rPr>
          <w:b w:val="0"/>
        </w:rPr>
        <w:t xml:space="preserve"> demostrar lo aprendido con el examen de 20 reactivos.</w:t>
      </w:r>
    </w:p>
    <w:p>
      <w:r>
        <w:rPr>
          <w:b/>
        </w:rPr>
        <w:t>Inicio (10 min):</w:t>
      </w:r>
      <w:r>
        <w:rPr>
          <w:b w:val="0"/>
        </w:rPr>
        <w:t xml:space="preserve"> recoge los cuadernos, separa las bancas y lee en voz alta las instrucciones generales.</w:t>
      </w:r>
    </w:p>
    <w:p>
      <w:r>
        <w:rPr>
          <w:b/>
        </w:rPr>
        <w:t>Desarrollo diferenciado (70 min):</w:t>
      </w:r>
    </w:p>
    <w:p>
      <w:pPr>
        <w:pStyle w:val="ListBullet"/>
      </w:pPr>
      <w:r>
        <w:rPr>
          <w:b/>
        </w:rPr>
        <w:t>Parte 1 (30 min):</w:t>
      </w:r>
      <w:r>
        <w:rPr>
          <w:b w:val="0"/>
        </w:rPr>
        <w:t xml:space="preserve"> Lenguajes, reactivos 1 a 7.</w:t>
      </w:r>
    </w:p>
    <w:p>
      <w:pPr>
        <w:pStyle w:val="ListBullet"/>
      </w:pPr>
      <w:r>
        <w:rPr>
          <w:b/>
        </w:rPr>
        <w:t>Pausa activa (5 min):</w:t>
      </w:r>
      <w:r>
        <w:rPr>
          <w:b w:val="0"/>
        </w:rPr>
        <w:t xml:space="preserve"> estiramientos y tres respiraciones profundas.</w:t>
      </w:r>
    </w:p>
    <w:p>
      <w:pPr>
        <w:pStyle w:val="ListBullet"/>
      </w:pPr>
      <w:r>
        <w:rPr>
          <w:b/>
        </w:rPr>
        <w:t>Parte 2 (35 min):</w:t>
      </w:r>
      <w:r>
        <w:rPr>
          <w:b w:val="0"/>
        </w:rPr>
        <w:t xml:space="preserve"> Saberes (8 a 14), Ética (15 a 17) y De lo humano (18 a 20). Lees la instrucción de cada sección.</w:t>
      </w:r>
    </w:p>
    <w:p>
      <w:pPr>
        <w:pStyle w:val="ListBullet"/>
      </w:pPr>
      <w:r>
        <w:rPr>
          <w:b/>
        </w:rPr>
        <w:t>Apoyo, alumno con dislexia:</w:t>
      </w:r>
    </w:p>
    <w:p>
      <w:pPr>
        <w:pStyle w:val="ListBullet"/>
      </w:pPr>
      <w:r>
        <w:rPr>
          <w:b w:val="0"/>
        </w:rPr>
        <w:t>Recibe examen ampliado y se sienta cerca de tu escritorio.</w:t>
      </w:r>
    </w:p>
    <w:p>
      <w:pPr>
        <w:pStyle w:val="ListBullet"/>
      </w:pPr>
      <w:r>
        <w:rPr>
          <w:b w:val="0"/>
        </w:rPr>
        <w:t>Tú le lees el texto y cada reactivo.</w:t>
      </w:r>
    </w:p>
    <w:p>
      <w:pPr>
        <w:pStyle w:val="ListBullet"/>
      </w:pPr>
      <w:r>
        <w:rPr>
          <w:b w:val="0"/>
        </w:rPr>
        <w:t>En los reactivos 5, 7, 17 y 20 puede responder oral. Escribes textualmente y marcas «respuesta oral».</w:t>
      </w:r>
    </w:p>
    <w:p>
      <w:pPr>
        <w:pStyle w:val="ListBullet"/>
      </w:pPr>
      <w:r>
        <w:rPr>
          <w:b w:val="0"/>
        </w:rPr>
        <w:t>Tiene 15 min extra mientras el grupo lee en silencio.</w:t>
      </w:r>
    </w:p>
    <w:p>
      <w:pPr>
        <w:pStyle w:val="ListBullet"/>
      </w:pPr>
      <w:r>
        <w:rPr>
          <w:b/>
        </w:rPr>
        <w:t>Apoyo, tres alumnos con rezago en multiplicación:</w:t>
      </w:r>
      <w:r>
        <w:rPr>
          <w:b w:val="0"/>
        </w:rPr>
        <w:t xml:space="preserve"> mismo examen, sin tabla pitagórica. Pueden dibujar arreglos o descomponer. Anota la estrategia que usan.</w:t>
      </w:r>
    </w:p>
    <w:p>
      <w:pPr>
        <w:pStyle w:val="ListBullet"/>
      </w:pPr>
      <w:r>
        <w:rPr>
          <w:b/>
        </w:rPr>
        <w:t>Reto:</w:t>
      </w:r>
      <w:r>
        <w:rPr>
          <w:b w:val="0"/>
        </w:rPr>
        <w:t xml:space="preserve"> quien termina revisa con la lista del final del examen y lee en silencio.</w:t>
      </w:r>
    </w:p>
    <w:p>
      <w:r>
        <w:rPr>
          <w:b/>
        </w:rPr>
        <w:t>Cierre (10 min):</w:t>
      </w:r>
      <w:r>
        <w:rPr>
          <w:b w:val="0"/>
        </w:rPr>
        <w:t xml:space="preserve"> recoge los exámenes y pregunta qué reactivo fue el más fácil y cuál el más difícil.</w:t>
      </w:r>
    </w:p>
    <w:p>
      <w:r>
        <w:rPr>
          <w:b/>
        </w:rPr>
        <w:t>Evidencia:</w:t>
      </w:r>
      <w:r>
        <w:rPr>
          <w:b w:val="0"/>
        </w:rPr>
        <w:t xml:space="preserve"> examen trimestral.</w:t>
      </w:r>
    </w:p>
    <w:p>
      <w:r>
        <w:rPr>
          <w:b/>
        </w:rPr>
        <w:t>Si no sale:</w:t>
      </w:r>
      <w:r>
        <w:rPr>
          <w:b w:val="0"/>
        </w:rPr>
        <w:t xml:space="preserve"> si a la mitad del grupo no le alcanza la Parte 1, da 5 min más y acorta la pausa. No quites reactivos.</w:t>
      </w:r>
    </w:p>
    <w:p>
      <w:r>
        <w:rPr>
          <w:b w:val="0"/>
        </w:rPr>
        <w:t>Esa tarde califica con la clave y llena la tabla de puntaje por PDA.</w:t>
      </w:r>
    </w:p>
    <w:p>
      <w:pPr>
        <w:pStyle w:val="Heading2"/>
      </w:pPr>
      <w:r>
        <w:t>Sesión 10 · Viernes 4 de diciembre · Corrijo, comparto y me propongo metas</w:t>
      </w:r>
    </w:p>
    <w:p>
      <w:r>
        <w:rPr>
          <w:b/>
        </w:rPr>
        <w:t>Propósito:</w:t>
      </w:r>
      <w:r>
        <w:rPr>
          <w:b w:val="0"/>
        </w:rPr>
        <w:t xml:space="preserve"> corregir los errores del examen, cerrar el cuaderno y fijar un plan de mejora.</w:t>
      </w:r>
    </w:p>
    <w:p>
      <w:r>
        <w:rPr>
          <w:b/>
        </w:rPr>
        <w:t>Inicio (10 min):</w:t>
      </w:r>
      <w:r>
        <w:rPr>
          <w:b w:val="0"/>
        </w:rPr>
        <w:t xml:space="preserve"> entregas exámenes y cuadernos revisados. Cada alumno anota sus puntos por campo: L __/7, S __/7, E __/3, H __/3.</w:t>
      </w:r>
    </w:p>
    <w:p>
      <w:r>
        <w:rPr>
          <w:b/>
        </w:rPr>
        <w:t>Desarrollo diferenciado (40 min):</w:t>
      </w:r>
    </w:p>
    <w:p>
      <w:pPr>
        <w:pStyle w:val="ListBullet"/>
      </w:pPr>
      <w:r>
        <w:rPr>
          <w:b/>
        </w:rPr>
        <w:t>Corrijo y explico (20 min).</w:t>
      </w:r>
      <w:r>
        <w:rPr>
          <w:b w:val="0"/>
        </w:rPr>
        <w:t xml:space="preserve"> En pareja con un tutor, cada alumno rehace 3 reactivos con error. Escribe qué hizo mal, por ejemplo «olvidé el cero».</w:t>
      </w:r>
    </w:p>
    <w:p>
      <w:pPr>
        <w:pStyle w:val="ListBullet"/>
      </w:pPr>
      <w:r>
        <w:rPr>
          <w:b/>
        </w:rPr>
        <w:t>En el pizarrón (10 min):</w:t>
      </w:r>
      <w:r>
        <w:rPr>
          <w:b w:val="0"/>
        </w:rPr>
        <w:t xml:space="preserve"> los 2 reactivos con más errores, explicados por alumnos que los tuvieron bien.</w:t>
      </w:r>
    </w:p>
    <w:p>
      <w:pPr>
        <w:pStyle w:val="ListBullet"/>
      </w:pPr>
      <w:r>
        <w:rPr>
          <w:b/>
        </w:rPr>
        <w:t>Feria del cuaderno (10 min).</w:t>
      </w:r>
      <w:r>
        <w:rPr>
          <w:b w:val="0"/>
        </w:rPr>
        <w:t xml:space="preserve"> Cada equipo revisa los cuadernos de otro con 3 criterios: completo, fichas corregidas y semáforo actualizado. Deja una nota positiva.</w:t>
      </w:r>
    </w:p>
    <w:p>
      <w:pPr>
        <w:pStyle w:val="ListBullet"/>
      </w:pPr>
      <w:r>
        <w:rPr>
          <w:b/>
        </w:rPr>
        <w:t>Apoyo, alumno con dislexia:</w:t>
      </w:r>
      <w:r>
        <w:rPr>
          <w:b w:val="0"/>
        </w:rPr>
        <w:t xml:space="preserve"> corrige contigo 2 reactivos de forma oral.</w:t>
      </w:r>
    </w:p>
    <w:p>
      <w:pPr>
        <w:pStyle w:val="ListBullet"/>
      </w:pPr>
      <w:r>
        <w:rPr>
          <w:b/>
        </w:rPr>
        <w:t>Apoyo, tres alumnos con rezago en multiplicación:</w:t>
      </w:r>
      <w:r>
        <w:rPr>
          <w:b w:val="0"/>
        </w:rPr>
        <w:t xml:space="preserve"> corrigen contigo los reactivos 13 y 14 con material concreto.</w:t>
      </w:r>
    </w:p>
    <w:p>
      <w:pPr>
        <w:pStyle w:val="ListBullet"/>
      </w:pPr>
      <w:r>
        <w:rPr>
          <w:b/>
        </w:rPr>
        <w:t>Reto:</w:t>
      </w:r>
      <w:r>
        <w:rPr>
          <w:b w:val="0"/>
        </w:rPr>
        <w:t xml:space="preserve"> escriben para un compañero una explicación del reactivo 14.</w:t>
      </w:r>
    </w:p>
    <w:p>
      <w:r>
        <w:rPr>
          <w:b/>
        </w:rPr>
        <w:t>Cierre (10 min):</w:t>
      </w:r>
      <w:r>
        <w:rPr>
          <w:b w:val="0"/>
        </w:rPr>
        <w:t xml:space="preserve"> llenan el semáforo final y el plan de mejora: «En el segundo trimestre voy a mejorar en… y lo voy a lograr haciendo…». El cuaderno va a casa para firma.</w:t>
      </w:r>
    </w:p>
    <w:p>
      <w:r>
        <w:rPr>
          <w:b/>
        </w:rPr>
        <w:t>Bloque de cuaderno (40 min):</w:t>
      </w:r>
      <w:r>
        <w:rPr>
          <w:b w:val="0"/>
        </w:rPr>
        <w:t xml:space="preserve"> entrevistas de 2 min con cada alumno que quedó en NL en algún PDA.</w:t>
      </w:r>
    </w:p>
    <w:p>
      <w:r>
        <w:rPr>
          <w:b/>
        </w:rPr>
        <w:t>Evidencia:</w:t>
      </w:r>
      <w:r>
        <w:rPr>
          <w:b w:val="0"/>
        </w:rPr>
        <w:t xml:space="preserve"> hoja de corrección, plan de mejora y cuaderno de repaso resuelto.</w:t>
      </w:r>
    </w:p>
    <w:p>
      <w:r>
        <w:rPr>
          <w:b/>
        </w:rPr>
        <w:t>Si no sale:</w:t>
      </w:r>
      <w:r>
        <w:rPr>
          <w:b w:val="0"/>
        </w:rPr>
        <w:t xml:space="preserve"> con la tabla por PDA arma los grupos de apoyo de enero: 15 min, tres veces por semana.</w:t>
      </w:r>
    </w:p>
    <w:p>
      <w:pPr>
        <w:pStyle w:val="Heading1"/>
      </w:pPr>
      <w:r>
        <w:t>Actividades diferenciadas: qué hace cada grado</w:t>
      </w:r>
    </w:p>
    <w:p>
      <w:r>
        <w:rPr>
          <w:b w:val="0"/>
        </w:rPr>
        <w:t>El grupo es de un solo grado (4°), así que la diferenciación es por necesidad.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Sesión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4° todo el grupo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Alumno con dislexia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Tres alumnos con rezago en multiplicación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Reto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1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Diagnóstico, equipos y semáforo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Preguntas leídas dos veces, respuesta oral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Observas su estrategia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Dos preguntas de examen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2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Estaciones de lectura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Escucha, regla lectora, fragmento conocido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Igual que el grupo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Fragmento para adivinar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3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Estaciones de escritura, Ficha 1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Le leen, dicta el resumen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Igual que el grupo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Resumen de 15 palabras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4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Estaciones de números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Números dictados y escritos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Cajeros y 15 min de tablas contigo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Mayor y menor número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5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Relevos y detecta el error, Ficha 2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Le leen, explica oral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Suma repetida y 15 min de dobles contigo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Problema de dos pasos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6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Bingo y estaciones de multiplicación, Ficha 3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Le leen los problemas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Tabla pitagórica, fichas y 15 min contigo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Descomposición y algoritmo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7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Rally de la convivencia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Le leen, participa oral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Igual que el grupo y 15 min contigo en la Ficha 3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Conflicto nuevo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8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Maratón y simulacro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Ensaya el examen leído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Escriben en Saberes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Quinto reactivo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9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Examen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Ampliado, leído, oral en abiertos, 15 min extra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Arreglos o descomposición, sin tabla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Revisión con lista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10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Corrección y plan de mejora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Corrige oral contigo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Corrigen 13 y 14 con material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Explica el 14</w:t>
            </w:r>
          </w:p>
        </w:tc>
      </w:tr>
    </w:tbl>
    <w:p/>
    <w:p>
      <w:pPr>
        <w:pStyle w:val="Heading1"/>
      </w:pPr>
      <w:r>
        <w:t>Evaluación</w:t>
      </w:r>
    </w:p>
    <w:p>
      <w:pPr>
        <w:pStyle w:val="ListBullet"/>
      </w:pPr>
      <w:r>
        <w:rPr>
          <w:b/>
        </w:rPr>
        <w:t>Diagnóstica (S1):</w:t>
      </w:r>
      <w:r>
        <w:rPr>
          <w:b w:val="0"/>
        </w:rPr>
        <w:t xml:space="preserve"> diagnóstico exprés y semáforo inicial. No se califica.</w:t>
      </w:r>
    </w:p>
    <w:p>
      <w:pPr>
        <w:pStyle w:val="ListBullet"/>
      </w:pPr>
      <w:r>
        <w:rPr>
          <w:b/>
        </w:rPr>
        <w:t>Formativa (S2 a S8):</w:t>
      </w:r>
      <w:r>
        <w:rPr>
          <w:b w:val="0"/>
        </w:rPr>
        <w:t xml:space="preserve"> hojas de ruta, fichas con lista de cotejo, observación en estaciones, maratón y semáforo. Revisa 8 cuadernos por día para no acumular.</w:t>
      </w:r>
    </w:p>
    <w:p>
      <w:pPr>
        <w:pStyle w:val="ListBullet"/>
      </w:pPr>
      <w:r>
        <w:rPr>
          <w:b/>
        </w:rPr>
        <w:t>Sumativa (S9 y S10):</w:t>
      </w:r>
      <w:r>
        <w:rPr>
          <w:b w:val="0"/>
        </w:rPr>
        <w:t xml:space="preserve"> examen de 20 reactivos con tabla de puntaje por PDA y cuaderno de repaso resuelto.</w:t>
      </w:r>
    </w:p>
    <w:p>
      <w:r>
        <w:rPr>
          <w:b/>
        </w:rPr>
        <w:t>Lista de cotejo del cuaderno de repaso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Criterio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L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EP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NL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Portada, diagnóstico y semáforos inicial y final</w:t>
            </w:r>
          </w:p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6 hojas de ruta resueltas</w:t>
            </w:r>
          </w:p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3 fichas resueltas y corregidas</w:t>
            </w:r>
          </w:p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3 reactivos del examen rehechos y explicados</w:t>
            </w:r>
          </w:p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Plan de mejora concreto</w:t>
            </w:r>
          </w:p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</w:tr>
    </w:tbl>
    <w:p/>
    <w:p>
      <w:r>
        <w:rPr>
          <w:b/>
        </w:rPr>
        <w:t>Calificación para la boleta</w:t>
      </w:r>
    </w:p>
    <w:p>
      <w:pPr>
        <w:pStyle w:val="ListBullet"/>
      </w:pPr>
      <w:r>
        <w:rPr>
          <w:b w:val="0"/>
        </w:rPr>
        <w:t>Lenguajes y Saberes: 40 % examen, 30 % fichas y hojas de ruta, 20 % desempeño en estaciones y 10 % autoevaluación.</w:t>
      </w:r>
    </w:p>
    <w:p>
      <w:pPr>
        <w:pStyle w:val="ListBullet"/>
      </w:pPr>
      <w:r>
        <w:rPr>
          <w:b w:val="0"/>
        </w:rPr>
        <w:t>Ética y De lo humano: 30 % examen y 70 % rally, acuerdos y trabajo en equipo.</w:t>
      </w:r>
    </w:p>
    <w:p>
      <w:pPr>
        <w:pStyle w:val="ListBullet"/>
      </w:pPr>
      <w:r>
        <w:rPr>
          <w:b w:val="0"/>
        </w:rPr>
        <w:t>Convierte el resultado a la escala de 5 a 10.</w:t>
      </w:r>
    </w:p>
    <w:p>
      <w:pPr>
        <w:pStyle w:val="Heading1"/>
      </w:pPr>
      <w:r>
        <w:t>Materiales</w:t>
      </w:r>
    </w:p>
    <w:p>
      <w:pPr>
        <w:pStyle w:val="ListBullet"/>
      </w:pPr>
      <w:r>
        <w:rPr>
          <w:b/>
        </w:rPr>
        <w:t>Copias en blanco y negro por alumno:</w:t>
      </w:r>
      <w:r>
        <w:rPr>
          <w:b w:val="0"/>
        </w:rPr>
        <w:t xml:space="preserve"> 6 hojas de ruta, 3 fichas, simulacro, examen y hoja de corrección. Son unas 12 hojas por alumno, cerca de 384 copias.</w:t>
      </w:r>
    </w:p>
    <w:p>
      <w:pPr>
        <w:pStyle w:val="ListBullet"/>
      </w:pPr>
      <w:r>
        <w:rPr>
          <w:b/>
        </w:rPr>
        <w:t>Para el alumno con dislexia:</w:t>
      </w:r>
      <w:r>
        <w:rPr>
          <w:b w:val="0"/>
        </w:rPr>
        <w:t xml:space="preserve"> copia ampliada de fichas y examen (letra de 14 a 16 puntos).</w:t>
      </w:r>
    </w:p>
    <w:p>
      <w:pPr>
        <w:pStyle w:val="ListBullet"/>
      </w:pPr>
      <w:r>
        <w:rPr>
          <w:b/>
        </w:rPr>
        <w:t>Lenguajes:</w:t>
      </w:r>
      <w:r>
        <w:rPr>
          <w:b w:val="0"/>
        </w:rPr>
        <w:t xml:space="preserve"> cuento breve, sobres con 10 tiras de tipos de texto, cuento cortado en 5 tiras, fragmento de 100 palabras, 12 tarjetas de causa y consecuencia, instructivo desordenado, 5 oraciones sin puntuación y párrafo expositivo. Prepara dos juegos de cada uno.</w:t>
      </w:r>
    </w:p>
    <w:p>
      <w:pPr>
        <w:pStyle w:val="ListBullet"/>
      </w:pPr>
      <w:r>
        <w:rPr>
          <w:b/>
        </w:rPr>
        <w:t>Saberes:</w:t>
      </w:r>
      <w:r>
        <w:rPr>
          <w:b w:val="0"/>
        </w:rPr>
        <w:t xml:space="preserve"> billetes de papel (10,000, 1,000, 100 y 10) y monedas de 1, 4 juegos de tarjetas del 0 al 9, recta en pliego, 4 juegos de tarjetas del 2 al 9, 11 tablas pitagóricas, semillas, hojas cuadriculadas, 8 sobres de relevos y tarjetas de la tienda.</w:t>
      </w:r>
    </w:p>
    <w:p>
      <w:pPr>
        <w:pStyle w:val="ListBullet"/>
      </w:pPr>
      <w:r>
        <w:rPr>
          <w:b/>
        </w:rPr>
        <w:t>Rally y maratón:</w:t>
      </w:r>
      <w:r>
        <w:rPr>
          <w:b w:val="0"/>
        </w:rPr>
        <w:t xml:space="preserve"> tarjetas de derechos, conflictos, acciones y alimentos (dos juegos), tiras para acuerdos y 20 tarjetas de maratón.</w:t>
      </w:r>
    </w:p>
    <w:p>
      <w:pPr>
        <w:pStyle w:val="ListBullet"/>
      </w:pPr>
      <w:r>
        <w:rPr>
          <w:b/>
        </w:rPr>
        <w:t>Otros:</w:t>
      </w:r>
      <w:r>
        <w:rPr>
          <w:b w:val="0"/>
        </w:rPr>
        <w:t xml:space="preserve"> fólder o grapas, cronómetro del teléfono y regla lectora.</w:t>
      </w:r>
    </w:p>
    <w:p>
      <w:pPr>
        <w:pStyle w:val="ListBullet"/>
      </w:pPr>
      <w:r>
        <w:rPr>
          <w:b/>
        </w:rPr>
        <w:t>Libros de 4°:</w:t>
      </w:r>
      <w:r>
        <w:rPr>
          <w:b w:val="0"/>
        </w:rPr>
        <w:t xml:space="preserve"> Proyectos de Aula, Escolares y Comunitarios, Nuestros saberes y Múltiples lenguajes, para tomar los fragmentos que ya trabajaron en el trimestre.</w:t>
      </w:r>
    </w:p>
    <w:p>
      <w:pPr>
        <w:pStyle w:val="Heading1"/>
      </w:pPr>
      <w:r>
        <w:t>Adecuaciones</w:t>
      </w:r>
    </w:p>
    <w:p>
      <w:r>
        <w:rPr>
          <w:b/>
        </w:rPr>
        <w:t>Alumno con dislexia</w:t>
      </w:r>
    </w:p>
    <w:p>
      <w:pPr>
        <w:pStyle w:val="ListBullet"/>
      </w:pPr>
      <w:r>
        <w:rPr>
          <w:b w:val="0"/>
        </w:rPr>
        <w:t>Copias ampliadas, letra sin adornos, interlineado amplio y pocas consignas por página.</w:t>
      </w:r>
    </w:p>
    <w:p>
      <w:pPr>
        <w:pStyle w:val="ListBullet"/>
      </w:pPr>
      <w:r>
        <w:rPr>
          <w:b w:val="0"/>
        </w:rPr>
        <w:t>Regla lectora en toda lectura.</w:t>
      </w:r>
    </w:p>
    <w:p>
      <w:pPr>
        <w:pStyle w:val="ListBullet"/>
      </w:pPr>
      <w:r>
        <w:rPr>
          <w:b w:val="0"/>
        </w:rPr>
        <w:t>En el examen siempre lees tú.</w:t>
      </w:r>
    </w:p>
    <w:p>
      <w:pPr>
        <w:pStyle w:val="ListBullet"/>
      </w:pPr>
      <w:r>
        <w:rPr>
          <w:b w:val="0"/>
        </w:rPr>
        <w:t>Respuestas orales en reactivos abiertos, registradas textualmente.</w:t>
      </w:r>
    </w:p>
    <w:p>
      <w:pPr>
        <w:pStyle w:val="ListBullet"/>
      </w:pPr>
      <w:r>
        <w:rPr>
          <w:b w:val="0"/>
        </w:rPr>
        <w:t>15 min extra en fichas y examen.</w:t>
      </w:r>
    </w:p>
    <w:p>
      <w:pPr>
        <w:pStyle w:val="ListBullet"/>
      </w:pPr>
      <w:r>
        <w:rPr>
          <w:b w:val="0"/>
        </w:rPr>
        <w:t>No penalices ortografía fuera de los reactivos que la evalúan: consigna 8 de la Ficha 1 y reactivo 6 del examen.</w:t>
      </w:r>
    </w:p>
    <w:p>
      <w:pPr>
        <w:pStyle w:val="ListBullet"/>
      </w:pPr>
      <w:r>
        <w:rPr>
          <w:b w:val="0"/>
        </w:rPr>
        <w:t>No lo pongas a leer frente al grupo sin ensayo previo.</w:t>
      </w:r>
    </w:p>
    <w:p>
      <w:r>
        <w:rPr>
          <w:b/>
        </w:rPr>
        <w:t>Tres alumnos con rezago en multiplicación</w:t>
      </w:r>
    </w:p>
    <w:p>
      <w:pPr>
        <w:pStyle w:val="ListBullet"/>
      </w:pPr>
      <w:r>
        <w:rPr>
          <w:b w:val="0"/>
        </w:rPr>
        <w:t>15 min diarios contigo de la S4 a la S7: arreglos con fichas, tablas del 2, 5 y 10, dobles para obtener el 4 y el 8, y el 9 como × 10 menos el número.</w:t>
      </w:r>
    </w:p>
    <w:p>
      <w:pPr>
        <w:pStyle w:val="ListBullet"/>
      </w:pPr>
      <w:r>
        <w:rPr>
          <w:b w:val="0"/>
        </w:rPr>
        <w:t>Tabla pitagórica en estaciones y fichas, pero no en el examen.</w:t>
      </w:r>
    </w:p>
    <w:p>
      <w:pPr>
        <w:pStyle w:val="ListBullet"/>
      </w:pPr>
      <w:r>
        <w:rPr>
          <w:b w:val="0"/>
        </w:rPr>
        <w:t>Un tutor en su equipo.</w:t>
      </w:r>
    </w:p>
    <w:p>
      <w:pPr>
        <w:pStyle w:val="ListBullet"/>
      </w:pPr>
      <w:r>
        <w:rPr>
          <w:b w:val="0"/>
        </w:rPr>
        <w:t>Registro de la estrategia que usan.</w:t>
      </w:r>
    </w:p>
    <w:p>
      <w:r>
        <w:rPr>
          <w:b/>
        </w:rPr>
        <w:t>Todo el grupo</w:t>
      </w:r>
    </w:p>
    <w:p>
      <w:pPr>
        <w:pStyle w:val="ListBullet"/>
      </w:pPr>
      <w:r>
        <w:rPr>
          <w:b w:val="0"/>
        </w:rPr>
        <w:t>Equipos fijos con roles que rotan.</w:t>
      </w:r>
    </w:p>
    <w:p>
      <w:pPr>
        <w:pStyle w:val="ListBullet"/>
      </w:pPr>
      <w:r>
        <w:rPr>
          <w:b w:val="0"/>
        </w:rPr>
        <w:t>Tutoría entre pares.</w:t>
      </w:r>
    </w:p>
    <w:p>
      <w:pPr>
        <w:pStyle w:val="ListBullet"/>
      </w:pPr>
      <w:r>
        <w:rPr>
          <w:b w:val="0"/>
        </w:rPr>
        <w:t>Siempre hay un reto para quien termina antes.</w:t>
      </w:r>
    </w:p>
    <w:p>
      <w:r>
        <w:rPr>
          <w:b/>
        </w:rPr>
        <w:t>Internet intermitente</w:t>
      </w:r>
    </w:p>
    <w:p>
      <w:r>
        <w:rPr>
          <w:b w:val="0"/>
        </w:rPr>
        <w:t>Nada del paquete requiere conexión: todo es impreso o manipulable.</w:t>
      </w:r>
    </w:p>
    <w:p/>
    <w:p>
      <w:r>
        <w:rPr>
          <w:sz w:val="16"/>
        </w:rPr>
        <w:t>Material gratuito de Didaula · https://didaula.com/planeaciones/4-grado/4-grado-repaso-primer-trimestre/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