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 sistema solar a escala: movimientos de la Tierra, texto expositivo y escalas (5°)</w:t>
      </w:r>
    </w:p>
    <w:p>
      <w:r>
        <w:t>Planeación · 5°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comprensión y producción de textos expositivos (causa-consecuencia, comparación) y exposición oral. Saberes y pensamiento científico: Sistema Solar, componentes y características; movimientos de rotación y traslación de la Tierra y sus efectos (día y noche, estaciones); números decimales y fracciones; proporcionalidad y escalas. Ética, naturaleza y sociedades: aportes de los pueblos originarios al conocimiento del cielo y saberes de la comunidad. De lo humano y lo comunitario: trabajo colaborativo con roles y acuerdos; ciclo día-noche y hábitos de descanso.</w:t>
      </w:r>
    </w:p>
    <w:p>
      <w:r>
        <w:rPr>
          <w:b/>
        </w:rPr>
        <w:t>PDA:</w:t>
      </w:r>
      <w:r>
        <w:rPr>
          <w:b w:val="0"/>
        </w:rPr>
        <w:t xml:space="preserve"> Saberes y pensamiento científico: describe y compara las características del Sol y los planetas rocosos y gigantes a partir de datos; explica que la rotación de la Tierra causa el día y la noche y que la traslación con el eje inclinado causa las estaciones. Lee, compara y ordena decimales hasta centésimos y los relaciona con fracciones comunes; resuelve problemas de escala multiplicando decimales por naturales y dividiendo entre potencias de 10. Lenguajes: comprende y produce textos expositivos con introducción, desarrollo y conclusión, usando causa-consecuencia y comparación; expone oralmente con apoyos visuales. Ética, naturaleza y sociedades: valora los conocimientos astronómicos de los mayas y los saberes sobre el cielo de su comunidad. De lo humano y lo comunitario: organiza el trabajo en equipo con roles y acuerdos, y relaciona el ciclo día-noche con sus horas de sueño.</w:t>
      </w:r>
    </w:p>
    <w:p>
      <w:r>
        <w:t>Proyecto de 2 semanas (10 sesiones, del 11 al 22 de enero de 2027) para un grupo de 5° con 31 alumnos. Investigan el Sol y los planetas, explican con modelos el día y la noche y las estaciones, comparan datos con decimales y fracciones, y calculan distancias y tamaños a escala. Construyen una maqueta lineal del sistema solar de unos 6 m y la presentan con un texto expositivo por equipo. Incluye 3 fichas con tablas de datos y problemas de escala, examen de cierre, dosificación y adecuaciones para dos alumnos con rezago lector y un alumno con TDAH.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>Del lunes 11 al viernes 22 de enero de 2027 tu grupo de 5° (31 alumnos) investiga el sistema solar y los movimientos de la Tierra, calcula distancias y tamaños a escala con decimales y fracciones, construye una maqueta a escala del sistema solar y la presenta en una exposición con un texto expositivo por equipo.</w:t>
      </w:r>
    </w:p>
    <w:p>
      <w:r>
        <w:rPr>
          <w:b w:val="0"/>
        </w:rPr>
        <w:t>Al terminar, tus alumnos:</w:t>
      </w:r>
    </w:p>
    <w:p>
      <w:pPr>
        <w:pStyle w:val="ListBullet"/>
      </w:pPr>
      <w:r>
        <w:rPr>
          <w:b w:val="0"/>
        </w:rPr>
        <w:t>Explican con un modelo por qué hay día y noche (rotación) y por qué hay estaciones (traslación con el eje inclinado).</w:t>
      </w:r>
    </w:p>
    <w:p>
      <w:pPr>
        <w:pStyle w:val="ListBullet"/>
      </w:pPr>
      <w:r>
        <w:rPr>
          <w:b w:val="0"/>
        </w:rPr>
        <w:t>Leen una tabla de datos de los planetas, comparan y ordenan decimales y los relacionan con fracciones.</w:t>
      </w:r>
    </w:p>
    <w:p>
      <w:pPr>
        <w:pStyle w:val="ListBullet"/>
      </w:pPr>
      <w:r>
        <w:rPr>
          <w:b w:val="0"/>
        </w:rPr>
        <w:t>Calculan con dos escalas: 1 UA = 20 cm para distancias y 1 cm = 10 000 km para tamaños.</w:t>
      </w:r>
    </w:p>
    <w:p>
      <w:pPr>
        <w:pStyle w:val="ListBullet"/>
      </w:pPr>
      <w:r>
        <w:rPr>
          <w:b w:val="0"/>
        </w:rPr>
        <w:t>Escriben un texto expositivo con introducción, desarrollo y conclusión, y lo exponen.</w:t>
      </w:r>
    </w:p>
    <w:p>
      <w:pPr>
        <w:pStyle w:val="ListBullet"/>
      </w:pPr>
      <w:r>
        <w:rPr>
          <w:b w:val="0"/>
        </w:rPr>
        <w:t>Reconocen lo que sabían del cielo los mayas y lo que saben las personas de su comunidad.</w:t>
      </w:r>
    </w:p>
    <w:p>
      <w:pPr>
        <w:pStyle w:val="ListBullet"/>
      </w:pPr>
      <w:r>
        <w:rPr>
          <w:b w:val="0"/>
        </w:rPr>
        <w:t>Trabajan en equipo con roles y acuerdos, y relacionan el ciclo día-noche con sus horas de sueño.</w:t>
      </w:r>
    </w:p>
    <w:p>
      <w:r>
        <w:rPr>
          <w:b/>
        </w:rPr>
        <w:t>Producto final:</w:t>
      </w:r>
      <w:r>
        <w:rPr>
          <w:b w:val="0"/>
        </w:rPr>
        <w:t xml:space="preserve"> maqueta lineal del sistema solar de unos 6 m (pasillo o pared larga) con el Sol y los 8 planetas a escala, y exposición de los 9 equipos el viernes 22.</w:t>
      </w:r>
    </w:p>
    <w:p>
      <w:r>
        <w:rPr>
          <w:b/>
        </w:rPr>
        <w:t>Equipos:</w:t>
      </w:r>
      <w:r>
        <w:rPr>
          <w:b w:val="0"/>
        </w:rPr>
        <w:t xml:space="preserve"> 9 equipos, uno por cuerpo celeste (Sol, Mercurio, Venus, Tierra, Marte, Júpiter, Saturno, Urano, Neptuno): 4 equipos de 4 y 5 equipos de 3, total 31. Pon a los dos alumnos con rezago lector en equipos distintos, cada uno con un compañero que lea con fluidez como tutor lector. Pon al alumno con TDAH en un equipo de 4 con compañeros tranquilos y organizados.</w:t>
      </w:r>
    </w:p>
    <w:p>
      <w:r>
        <w:rPr>
          <w:b/>
        </w:rPr>
        <w:t>Libro de consulta:</w:t>
      </w:r>
      <w:r>
        <w:rPr>
          <w:b w:val="0"/>
        </w:rPr>
        <w:t xml:space="preserve"> Nuestros saberes: Libro para alumnos, maestros y familia, apartados de Sistema Solar, movimientos de la Tierra, números decimales y proporcionalidad (págs. aprox.). Un ejemplar por equipo, sin copias.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Notas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Entrada, saludo y agenda del día en la pantalla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La agenda con horarios ayuda al alumno con TDAH a anticipar los cambios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8:10 a 9:30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 (80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Jueves 21 y viernes 22 la sesión dura 90 min (8:10 a 9:40)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9:30 a 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Pausa activa de 3 min y lectura en voz alta de un texto breve del tema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Jueves y viernes solo la pausa activa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Cálculo mental con decimales (10 min) y otras asignaturas o clase especial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Usa los datos de la tabla de planetas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11:20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Tutoría lectora con los dos alumnos con rezago lector; el grupo termina pendientes o lee libremente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Usa la Ficha 2 y los textos de los equipos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11:20 a 12:15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Otras asignaturas o clase especial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12:15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día: cada alumno anota en su bitácora una pregunta del muro que hoy pueda responder; salida</w:t>
            </w:r>
          </w:p>
        </w:tc>
        <w:tc>
          <w:tcPr>
            <w:tcW w:type="dxa" w:w="3324"/>
          </w:tcPr>
          <w:p>
            <w:r/>
          </w:p>
          <w:p/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1. Lunes 11 de enero: ¿Qué sabemos del cielo? (80 min)</w:t>
      </w:r>
    </w:p>
    <w:p>
      <w:r>
        <w:rPr>
          <w:b/>
        </w:rPr>
        <w:t>Propósito:</w:t>
      </w:r>
      <w:r>
        <w:rPr>
          <w:b w:val="0"/>
        </w:rPr>
        <w:t xml:space="preserve"> recuperar lo que saben del sistema solar, plantear preguntas y formar los equipos.</w:t>
      </w:r>
    </w:p>
    <w:p>
      <w:r>
        <w:rPr>
          <w:b/>
        </w:rPr>
        <w:t>Inicio (15 min).</w:t>
      </w:r>
      <w:r>
        <w:rPr>
          <w:b w:val="0"/>
        </w:rPr>
        <w:t xml:space="preserve"> Proyecta una fotografía del cielo nocturno y otra del sistema solar. Pregunta: ¿Qué es lo más lejano que has visto en el cielo? ¿Por qué amanece? ¿Por qué en enero hace frío? Anota las respuestas sin corregir; las retomas en la sesión 3.</w:t>
      </w:r>
    </w:p>
    <w:p>
      <w:r>
        <w:rPr>
          <w:b/>
        </w:rPr>
        <w:t>Desarrollo (50 min).</w:t>
      </w:r>
    </w:p>
    <w:p>
      <w:pPr>
        <w:pStyle w:val="ListBullet"/>
      </w:pPr>
      <w:r>
        <w:rPr>
          <w:b w:val="0"/>
        </w:rPr>
        <w:t>Min 0 a 15. Copian en el cuaderno una tabla Sé / Quiero saber / Aprendí; escriben 3 cosas que saben y 2 preguntas.</w:t>
      </w:r>
    </w:p>
    <w:p>
      <w:pPr>
        <w:pStyle w:val="ListBullet"/>
      </w:pPr>
      <w:r>
        <w:rPr>
          <w:b w:val="0"/>
        </w:rPr>
        <w:t>Min 15 a 25. Presenta el producto final y forma los 9 equipos. Roles: coordinador, medidor, redactor y responsable de material (en equipos de 3, el coordinador lleva el material).</w:t>
      </w:r>
    </w:p>
    <w:p>
      <w:pPr>
        <w:pStyle w:val="ListBullet"/>
      </w:pPr>
      <w:r>
        <w:rPr>
          <w:b w:val="0"/>
        </w:rPr>
        <w:t>Min 25 a 50. Cada equipo escribe 5 preguntas sobre su cuerpo celeste y 3 acuerdos de convivencia; todos firman.</w:t>
      </w:r>
    </w:p>
    <w:p>
      <w:pPr>
        <w:pStyle w:val="ListBullet"/>
      </w:pPr>
      <w:r>
        <w:rPr>
          <w:b w:val="0"/>
        </w:rPr>
        <w:t>Rezago lector: usan los iniciadores del pizarrón (¿Qué tamaño tiene…? ¿Cuánto tarda…? ¿De qué está hecho…?) o dictan al redactor.</w:t>
      </w:r>
    </w:p>
    <w:p>
      <w:pPr>
        <w:pStyle w:val="ListBullet"/>
      </w:pPr>
      <w:r>
        <w:rPr>
          <w:b w:val="0"/>
        </w:rPr>
        <w:t>TDAH: es responsable de material; proyecta un cronómetro con el tiempo de cada tramo.</w:t>
      </w:r>
    </w:p>
    <w:p>
      <w:pPr>
        <w:pStyle w:val="ListBullet"/>
      </w:pPr>
      <w:r>
        <w:rPr>
          <w:b w:val="0"/>
        </w:rPr>
        <w:t>Reto: una pregunta que ningún otro equipo haya escrito.</w:t>
      </w:r>
    </w:p>
    <w:p>
      <w:r>
        <w:rPr>
          <w:b/>
        </w:rPr>
        <w:t>Cierre (15 min).</w:t>
      </w:r>
      <w:r>
        <w:rPr>
          <w:b w:val="0"/>
        </w:rPr>
        <w:t xml:space="preserve"> Cada equipo lee su mejor pregunta y la pega en el muro de preguntas. Tarea: observar el cielo 5 minutos al anochecer con un adulto y anotar si se ve la Luna y cuántas estrellas se ven.</w:t>
      </w:r>
    </w:p>
    <w:p>
      <w:r>
        <w:rPr>
          <w:b/>
        </w:rPr>
        <w:t>Evidencia:</w:t>
      </w:r>
      <w:r>
        <w:rPr>
          <w:b w:val="0"/>
        </w:rPr>
        <w:t xml:space="preserve"> tabla Sé / Quiero saber / Aprendí, preguntas y acuerdos firmados.</w:t>
      </w:r>
    </w:p>
    <w:p>
      <w:r>
        <w:rPr>
          <w:b/>
        </w:rPr>
        <w:t>Si no sale:</w:t>
      </w:r>
      <w:r>
        <w:rPr>
          <w:b w:val="0"/>
        </w:rPr>
        <w:t xml:space="preserve"> si no surgen preguntas, proyecta Saturno, Marte y la Tierra de noche desde el espacio y pide que escriban debajo de cada imagen «Me pregunto…».</w:t>
      </w:r>
    </w:p>
    <w:p>
      <w:pPr>
        <w:pStyle w:val="Heading2"/>
      </w:pPr>
      <w:r>
        <w:t>Sesión 2. Martes 12 de enero: Día y noche, la rotación (80 min)</w:t>
      </w:r>
    </w:p>
    <w:p>
      <w:r>
        <w:rPr>
          <w:b/>
        </w:rPr>
        <w:t>Propósito:</w:t>
      </w:r>
      <w:r>
        <w:rPr>
          <w:b w:val="0"/>
        </w:rPr>
        <w:t xml:space="preserve"> explicar con un modelo que la rotación de la Tierra causa el día y la noche.</w:t>
      </w:r>
    </w:p>
    <w:p>
      <w:r>
        <w:rPr>
          <w:b/>
        </w:rPr>
        <w:t>Inicio (15 min).</w:t>
      </w:r>
      <w:r>
        <w:rPr>
          <w:b w:val="0"/>
        </w:rPr>
        <w:t xml:space="preserve"> Escucha a 4 alumnos sobre su observación. Pregunta: ¿El Sol se mueve alrededor de nosotros o nosotros giramos? Votan a mano alzada; anota el resultado.</w:t>
      </w:r>
    </w:p>
    <w:p>
      <w:r>
        <w:rPr>
          <w:b/>
        </w:rPr>
        <w:t>Desarrollo (50 min).</w:t>
      </w:r>
    </w:p>
    <w:p>
      <w:pPr>
        <w:pStyle w:val="ListBullet"/>
      </w:pPr>
      <w:r>
        <w:rPr>
          <w:b w:val="0"/>
        </w:rPr>
        <w:t>Min 0 a 15. Modelo frente al grupo: lámpara (Sol), pelota de unicel con un palillo como eje y un punto que marca México. Oscurece el salón y gira la pelota de oeste a este. Detente y pregunta si en el punto es amanecer, mediodía, atardecer o medianoche.</w:t>
      </w:r>
    </w:p>
    <w:p>
      <w:pPr>
        <w:pStyle w:val="ListBullet"/>
      </w:pPr>
      <w:r>
        <w:rPr>
          <w:b w:val="0"/>
        </w:rPr>
        <w:t>Min 15 a 35. Por equipos repiten el modelo con una naranja, un palillo y una linterna. En el cuaderno dibujan el lado iluminado, el oscuro y la flecha de giro, y escriben dos oraciones: «Como la Tierra gira sobre sí misma, entonces…».</w:t>
      </w:r>
    </w:p>
    <w:p>
      <w:pPr>
        <w:pStyle w:val="ListBullet"/>
      </w:pPr>
      <w:r>
        <w:rPr>
          <w:b w:val="0"/>
        </w:rPr>
        <w:t>Min 35 a 50. Proyecta un reloj mundial: si en Ciudad de México son las 8:00, en Madrid son las 15:00 y en Tokio las 23:00. Luego cada alumno calcula sus horas de sueño (de 21:30 a 6:30 son 9 horas). Comenta que a su edad se necesitan de 9 a 12 horas.</w:t>
      </w:r>
    </w:p>
    <w:p>
      <w:pPr>
        <w:pStyle w:val="ListBullet"/>
      </w:pPr>
      <w:r>
        <w:rPr>
          <w:b w:val="0"/>
        </w:rPr>
        <w:t>Rezago lector: completan las oraciones con un banco de palabras (gira, luz, sombra, día, noche).</w:t>
      </w:r>
    </w:p>
    <w:p>
      <w:pPr>
        <w:pStyle w:val="ListBullet"/>
      </w:pPr>
      <w:r>
        <w:rPr>
          <w:b w:val="0"/>
        </w:rPr>
        <w:t>TDAH: gira la Tierra en el modelo de su equipo y dice qué momento del día es.</w:t>
      </w:r>
    </w:p>
    <w:p>
      <w:pPr>
        <w:pStyle w:val="ListBullet"/>
      </w:pPr>
      <w:r>
        <w:rPr>
          <w:b w:val="0"/>
        </w:rPr>
        <w:t>Reto: escribir por qué en Tokio ya es de noche si aquí apenas amanece.</w:t>
      </w:r>
    </w:p>
    <w:p>
      <w:r>
        <w:rPr>
          <w:b/>
        </w:rPr>
        <w:t>Cierre (15 min).</w:t>
      </w:r>
      <w:r>
        <w:rPr>
          <w:b w:val="0"/>
        </w:rPr>
        <w:t xml:space="preserve"> Seis alumnos explican en una frase por qué hay día y noche. Revisa la votación: ¿alguien cambió de idea?</w:t>
      </w:r>
    </w:p>
    <w:p>
      <w:r>
        <w:rPr>
          <w:b/>
        </w:rPr>
        <w:t>Evidencia:</w:t>
      </w:r>
      <w:r>
        <w:rPr>
          <w:b w:val="0"/>
        </w:rPr>
        <w:t xml:space="preserve"> diagrama con dos oraciones de causa-consecuencia y cálculo de horas de sueño.</w:t>
      </w:r>
    </w:p>
    <w:p>
      <w:r>
        <w:rPr>
          <w:b/>
        </w:rPr>
        <w:t>Si no sale:</w:t>
      </w:r>
      <w:r>
        <w:rPr>
          <w:b w:val="0"/>
        </w:rPr>
        <w:t xml:space="preserve"> haz el modelo humano: un alumno es el Sol con la lámpara y otro gira sobre sí mismo diciendo cuándo ve la luz y cuándo no.</w:t>
      </w:r>
    </w:p>
    <w:p>
      <w:pPr>
        <w:pStyle w:val="Heading2"/>
      </w:pPr>
      <w:r>
        <w:t>Sesión 3. Miércoles 13 de enero: Las estaciones (80 min)</w:t>
      </w:r>
    </w:p>
    <w:p>
      <w:r>
        <w:rPr>
          <w:b/>
        </w:rPr>
        <w:t>Propósito:</w:t>
      </w:r>
      <w:r>
        <w:rPr>
          <w:b w:val="0"/>
        </w:rPr>
        <w:t xml:space="preserve"> explicar que las estaciones se deben a la traslación con el eje inclinado y no a la distancia al Sol.</w:t>
      </w:r>
    </w:p>
    <w:p>
      <w:r>
        <w:rPr>
          <w:b/>
        </w:rPr>
        <w:t>Inicio (15 min).</w:t>
      </w:r>
      <w:r>
        <w:rPr>
          <w:b w:val="0"/>
        </w:rPr>
        <w:t xml:space="preserve"> Proyecta: «A principios de enero la Tierra está en el punto de su órbita más cercano al Sol, a unos 147 millones de km». Pregunta: ¿entonces por qué hace frío? Cada alumno escribe su hipótesis.</w:t>
      </w:r>
    </w:p>
    <w:p>
      <w:r>
        <w:rPr>
          <w:b/>
        </w:rPr>
        <w:t>Desarrollo (50 min).</w:t>
      </w:r>
    </w:p>
    <w:p>
      <w:pPr>
        <w:pStyle w:val="ListBullet"/>
      </w:pPr>
      <w:r>
        <w:rPr>
          <w:b w:val="0"/>
        </w:rPr>
        <w:t>Min 0 a 20. Marca con masking 4 posiciones alrededor de la lámpara: diciembre, marzo, junio, septiembre. Lleva la pelota con el eje inclinado apuntando siempre a la misma pared. En cada posición pregunta qué mitad recibe la luz más directa.</w:t>
      </w:r>
    </w:p>
    <w:p>
      <w:pPr>
        <w:pStyle w:val="ListBullet"/>
      </w:pPr>
      <w:r>
        <w:rPr>
          <w:b w:val="0"/>
        </w:rPr>
        <w:t>Min 20 a 35. En parejas iluminan una hoja cuadriculada con la linterna derecha y luego inclinada, a la misma distancia, y cuentan los cuadritos iluminados. Concluyen: la luz directa se concentra y calienta más.</w:t>
      </w:r>
    </w:p>
    <w:p>
      <w:pPr>
        <w:pStyle w:val="ListBullet"/>
      </w:pPr>
      <w:r>
        <w:rPr>
          <w:b w:val="0"/>
        </w:rPr>
        <w:t>Min 35 a 50. Por equipos dibujan las 4 posiciones con la estación en México y en Argentina y escriben 3 renglones de causa-consecuencia.</w:t>
      </w:r>
    </w:p>
    <w:p>
      <w:pPr>
        <w:pStyle w:val="ListBullet"/>
      </w:pPr>
      <w:r>
        <w:rPr>
          <w:b w:val="0"/>
        </w:rPr>
        <w:t>Rezago lector: copian las etiquetas del pizarrón (invierno, verano, eje inclinado, luz directa).</w:t>
      </w:r>
    </w:p>
    <w:p>
      <w:pPr>
        <w:pStyle w:val="ListBullet"/>
      </w:pPr>
      <w:r>
        <w:rPr>
          <w:b w:val="0"/>
        </w:rPr>
        <w:t>TDAH: lleva la Tierra en el recorrido y cuenta en voz alta los cuadritos.</w:t>
      </w:r>
    </w:p>
    <w:p>
      <w:pPr>
        <w:pStyle w:val="ListBullet"/>
      </w:pPr>
      <w:r>
        <w:rPr>
          <w:b w:val="0"/>
        </w:rPr>
        <w:t>Reto: explicar por qué en Argentina hace calor en Navidad.</w:t>
      </w:r>
    </w:p>
    <w:p>
      <w:r>
        <w:rPr>
          <w:b/>
        </w:rPr>
        <w:t>Cierre (15 min).</w:t>
      </w:r>
      <w:r>
        <w:rPr>
          <w:b w:val="0"/>
        </w:rPr>
        <w:t xml:space="preserve"> Cada alumno escribe «Antes pensaba… Ahora sé…». Leen 5 en voz alta.</w:t>
      </w:r>
    </w:p>
    <w:p>
      <w:r>
        <w:rPr>
          <w:b/>
        </w:rPr>
        <w:t>Evidencia:</w:t>
      </w:r>
      <w:r>
        <w:rPr>
          <w:b w:val="0"/>
        </w:rPr>
        <w:t xml:space="preserve"> esquema de las estaciones y la frase Antes pensaba / Ahora sé.</w:t>
      </w:r>
    </w:p>
    <w:p>
      <w:r>
        <w:rPr>
          <w:b/>
        </w:rPr>
        <w:t>Si no sale:</w:t>
      </w:r>
      <w:r>
        <w:rPr>
          <w:b w:val="0"/>
        </w:rPr>
        <w:t xml:space="preserve"> si persiste la idea de la distancia, compara 147 y 152 millones de km: la diferencia es pequeña, y cuando aquí es invierno en Argentina es verano, con la Tierra a la misma distancia del Sol.</w:t>
      </w:r>
    </w:p>
    <w:p>
      <w:pPr>
        <w:pStyle w:val="Heading2"/>
      </w:pPr>
      <w:r>
        <w:t>Sesión 4. Jueves 14 de enero: Los planetas en números (80 min)</w:t>
      </w:r>
    </w:p>
    <w:p>
      <w:r>
        <w:rPr>
          <w:b/>
        </w:rPr>
        <w:t>Propósito:</w:t>
      </w:r>
      <w:r>
        <w:rPr>
          <w:b w:val="0"/>
        </w:rPr>
        <w:t xml:space="preserve"> leer una tabla de datos para comparar los planetas y ordenar decimales.</w:t>
      </w:r>
    </w:p>
    <w:p>
      <w:r>
        <w:rPr>
          <w:b/>
        </w:rPr>
        <w:t>Inicio (15 min).</w:t>
      </w:r>
      <w:r>
        <w:rPr>
          <w:b w:val="0"/>
        </w:rPr>
        <w:t xml:space="preserve"> Proyecta la tabla de la Ficha 1. Juego «¿Quién soy?»: das una pista («Tardo 88 días en dar la vuelta al Sol») y los equipos buscan el planeta. Cinco rondas.</w:t>
      </w:r>
    </w:p>
    <w:p>
      <w:r>
        <w:rPr>
          <w:b/>
        </w:rPr>
        <w:t>Desarrollo (50 min).</w:t>
      </w:r>
    </w:p>
    <w:p>
      <w:pPr>
        <w:pStyle w:val="ListBullet"/>
      </w:pPr>
      <w:r>
        <w:rPr>
          <w:b w:val="0"/>
        </w:rPr>
        <w:t>Min 0 a 10. Mini lección con recta numérica y tabla de valor posicional: 0.39 y 0.4; 9.58 y 9.60. Agregar un cero al final no cambia el valor.</w:t>
      </w:r>
    </w:p>
    <w:p>
      <w:pPr>
        <w:pStyle w:val="ListBullet"/>
      </w:pPr>
      <w:r>
        <w:rPr>
          <w:b w:val="0"/>
        </w:rPr>
        <w:t>Min 10 a 40. Ficha 1 en parejas.</w:t>
      </w:r>
    </w:p>
    <w:p>
      <w:pPr>
        <w:pStyle w:val="ListBullet"/>
      </w:pPr>
      <w:r>
        <w:rPr>
          <w:b w:val="0"/>
        </w:rPr>
        <w:t>Min 40 a 50. Revisión en la pantalla de las consignas 2, 3 y 5.</w:t>
      </w:r>
    </w:p>
    <w:p>
      <w:pPr>
        <w:pStyle w:val="ListBullet"/>
      </w:pPr>
      <w:r>
        <w:rPr>
          <w:b w:val="0"/>
        </w:rPr>
        <w:t>Rezago lector: el tutor lee las consignas; su núcleo es 1, 2, 3 y 7.</w:t>
      </w:r>
    </w:p>
    <w:p>
      <w:pPr>
        <w:pStyle w:val="ListBullet"/>
      </w:pPr>
      <w:r>
        <w:rPr>
          <w:b w:val="0"/>
        </w:rPr>
        <w:t>TDAH: ficha doblada; primero 1 a 4 y luego 5 a 8.</w:t>
      </w:r>
    </w:p>
    <w:p>
      <w:pPr>
        <w:pStyle w:val="ListBullet"/>
      </w:pPr>
      <w:r>
        <w:rPr>
          <w:b w:val="0"/>
        </w:rPr>
        <w:t>Reto: ¿cuántas vueltas al Sol da Mercurio mientras Marte da una? (687 entre 88: 7 vueltas completas y casi una más).</w:t>
      </w:r>
    </w:p>
    <w:p>
      <w:r>
        <w:rPr>
          <w:b/>
        </w:rPr>
        <w:t>Cierre (15 min).</w:t>
      </w:r>
      <w:r>
        <w:rPr>
          <w:b w:val="0"/>
        </w:rPr>
        <w:t xml:space="preserve"> Cada equipo llena en media hoja la tarjeta de identidad de su cuerpo celeste: distancia, diámetro, rotación, traslación, tipo y un dato curioso. El equipo del Sol usa los datos que proyectas: es una estrella, mide 1 392 700 km de diámetro y su luz tarda unos 8 minutos en llegar a la Tierra.</w:t>
      </w:r>
    </w:p>
    <w:p>
      <w:r>
        <w:rPr>
          <w:b/>
        </w:rPr>
        <w:t>Evidencia:</w:t>
      </w:r>
      <w:r>
        <w:rPr>
          <w:b w:val="0"/>
        </w:rPr>
        <w:t xml:space="preserve"> Ficha 1 resuelta y tarjeta de identidad.</w:t>
      </w:r>
    </w:p>
    <w:p>
      <w:r>
        <w:rPr>
          <w:b/>
        </w:rPr>
        <w:t>Si no sale:</w:t>
      </w:r>
      <w:r>
        <w:rPr>
          <w:b w:val="0"/>
        </w:rPr>
        <w:t xml:space="preserve"> si creen que 9.58 es mayor que 9.6, escribe ambos en la tabla de valor posicional, completa con cero y compara columna por columna.</w:t>
      </w:r>
    </w:p>
    <w:p>
      <w:pPr>
        <w:pStyle w:val="Heading2"/>
      </w:pPr>
      <w:r>
        <w:t>Sesión 5. Viernes 15 de enero: Venus y los mayas (80 min)</w:t>
      </w:r>
    </w:p>
    <w:p>
      <w:r>
        <w:rPr>
          <w:b/>
        </w:rPr>
        <w:t>Propósito:</w:t>
      </w:r>
      <w:r>
        <w:rPr>
          <w:b w:val="0"/>
        </w:rPr>
        <w:t xml:space="preserve"> identificar la estructura de un texto expositivo y valorar los conocimientos astronómicos de los pueblos originarios.</w:t>
      </w:r>
    </w:p>
    <w:p>
      <w:r>
        <w:rPr>
          <w:b/>
        </w:rPr>
        <w:t>Inicio (15 min).</w:t>
      </w:r>
      <w:r>
        <w:rPr>
          <w:b w:val="0"/>
        </w:rPr>
        <w:t xml:space="preserve"> Proyecta una foto de El Caracol de Chichén Itzá. Pregunta: ¿Cómo sabían los mayas cuándo sembrar sin calendarios impresos? Escucha 4 respuestas.</w:t>
      </w:r>
    </w:p>
    <w:p>
      <w:r>
        <w:rPr>
          <w:b/>
        </w:rPr>
        <w:t>Desarrollo (50 min).</w:t>
      </w:r>
    </w:p>
    <w:p>
      <w:pPr>
        <w:pStyle w:val="ListBullet"/>
      </w:pPr>
      <w:r>
        <w:rPr>
          <w:b w:val="0"/>
        </w:rPr>
        <w:t>Min 0 a 15. Lees en voz alta el texto de la Ficha 2 proyectado; luego lo releen en parejas, un párrafo cada quien.</w:t>
      </w:r>
    </w:p>
    <w:p>
      <w:pPr>
        <w:pStyle w:val="ListBullet"/>
      </w:pPr>
      <w:r>
        <w:rPr>
          <w:b w:val="0"/>
        </w:rPr>
        <w:t>Min 15 a 35. Ficha 2, consignas 1 a 6, en parejas.</w:t>
      </w:r>
    </w:p>
    <w:p>
      <w:pPr>
        <w:pStyle w:val="ListBullet"/>
      </w:pPr>
      <w:r>
        <w:rPr>
          <w:b w:val="0"/>
        </w:rPr>
        <w:t>Min 35 a 50. Conversación: ¿Quién sabe del cielo en nuestra comunidad? (personas que siembran según la Luna o las lluvias, que se orientan con las estrellas). Distinguen lo que se observa de lo que se cree, con respeto. Cada equipo hace la consigna 7: el plan de su texto.</w:t>
      </w:r>
    </w:p>
    <w:p>
      <w:pPr>
        <w:pStyle w:val="ListBullet"/>
      </w:pPr>
      <w:r>
        <w:rPr>
          <w:b w:val="0"/>
        </w:rPr>
        <w:t>Rezago lector: lectura en eco del primer párrafo contigo; responden en voz alta 1, 3 y 4 y el tutor escribe.</w:t>
      </w:r>
    </w:p>
    <w:p>
      <w:pPr>
        <w:pStyle w:val="ListBullet"/>
      </w:pPr>
      <w:r>
        <w:rPr>
          <w:b w:val="0"/>
        </w:rPr>
        <w:t>TDAH: subraya con tres tipos de línea la introducción, el desarrollo y la conclusión; turnos de 10 min.</w:t>
      </w:r>
    </w:p>
    <w:p>
      <w:pPr>
        <w:pStyle w:val="ListBullet"/>
      </w:pPr>
      <w:r>
        <w:rPr>
          <w:b w:val="0"/>
        </w:rPr>
        <w:t>Reto: ¿cuántos días más dura el ciclo de Venus que el año terrestre? (584 menos 365 = 219).</w:t>
      </w:r>
    </w:p>
    <w:p>
      <w:r>
        <w:rPr>
          <w:b/>
        </w:rPr>
        <w:t>Cierre (15 min).</w:t>
      </w:r>
      <w:r>
        <w:rPr>
          <w:b w:val="0"/>
        </w:rPr>
        <w:t xml:space="preserve"> Tres equipos leen su plan. Tarea: preguntar a un adulto de la familia qué sabe del cielo y anotarlo en 3 renglones.</w:t>
      </w:r>
    </w:p>
    <w:p>
      <w:r>
        <w:rPr>
          <w:b/>
        </w:rPr>
        <w:t>Evidencia:</w:t>
      </w:r>
      <w:r>
        <w:rPr>
          <w:b w:val="0"/>
        </w:rPr>
        <w:t xml:space="preserve"> Ficha 2 resuelta y plan del texto del equipo.</w:t>
      </w:r>
    </w:p>
    <w:p>
      <w:r>
        <w:rPr>
          <w:b/>
        </w:rPr>
        <w:t>Si no sale:</w:t>
      </w:r>
      <w:r>
        <w:rPr>
          <w:b w:val="0"/>
        </w:rPr>
        <w:t xml:space="preserve"> proyecta los párrafos en desorden y pide que los ordenen explicando por qué cada uno va en su lugar.</w:t>
      </w:r>
    </w:p>
    <w:p>
      <w:pPr>
        <w:pStyle w:val="Heading2"/>
      </w:pPr>
      <w:r>
        <w:t>Sesión 6. Lunes 18 de enero: ¿Cómo cabe el sistema solar en el pasillo? (80 min)</w:t>
      </w:r>
    </w:p>
    <w:p>
      <w:r>
        <w:rPr>
          <w:b/>
        </w:rPr>
        <w:t>Propósito:</w:t>
      </w:r>
      <w:r>
        <w:rPr>
          <w:b w:val="0"/>
        </w:rPr>
        <w:t xml:space="preserve"> calcular distancias y tamaños a escala con decimales y fracciones.</w:t>
      </w:r>
    </w:p>
    <w:p>
      <w:r>
        <w:rPr>
          <w:b/>
        </w:rPr>
        <w:t>Inicio (15 min).</w:t>
      </w:r>
      <w:r>
        <w:rPr>
          <w:b w:val="0"/>
        </w:rPr>
        <w:t xml:space="preserve"> Escucha 4 respuestas de la tarea familiar y anótalas en el muro. Pregunta: si la Tierra fuera un chícharo, ¿Neptuno quedaría en el salón, en el patio o en otra colonia? Votan.</w:t>
      </w:r>
    </w:p>
    <w:p>
      <w:r>
        <w:rPr>
          <w:b/>
        </w:rPr>
        <w:t>Desarrollo (50 min).</w:t>
      </w:r>
    </w:p>
    <w:p>
      <w:pPr>
        <w:pStyle w:val="ListBullet"/>
      </w:pPr>
      <w:r>
        <w:rPr>
          <w:b w:val="0"/>
        </w:rPr>
        <w:t>Min 0 a 10. Presenta las escalas: 1 UA = 20 cm y 1 cm = 10 000 km. Ejemplo: 0.39 × 20 = 0.39 × 2 × 10 = 0.78 × 10 = 7.8 cm. Estima antes: 0.4 × 20 = 8, así que no puede ser 78.</w:t>
      </w:r>
    </w:p>
    <w:p>
      <w:pPr>
        <w:pStyle w:val="ListBullet"/>
      </w:pPr>
      <w:r>
        <w:rPr>
          <w:b w:val="0"/>
        </w:rPr>
        <w:t>Min 10 a 40. Ficha 3 en parejas.</w:t>
      </w:r>
    </w:p>
    <w:p>
      <w:pPr>
        <w:pStyle w:val="ListBullet"/>
      </w:pPr>
      <w:r>
        <w:rPr>
          <w:b w:val="0"/>
        </w:rPr>
        <w:t>Min 40 a 50. Revisión en la pantalla; cada equipo copia en su tarjeta la distancia y el diámetro de su planeta en la maqueta.</w:t>
      </w:r>
    </w:p>
    <w:p>
      <w:pPr>
        <w:pStyle w:val="ListBullet"/>
      </w:pPr>
      <w:r>
        <w:rPr>
          <w:b w:val="0"/>
        </w:rPr>
        <w:t>Rezago lector: el tutor lee las consignas; usan calculadora solo para comprobar.</w:t>
      </w:r>
    </w:p>
    <w:p>
      <w:pPr>
        <w:pStyle w:val="ListBullet"/>
      </w:pPr>
      <w:r>
        <w:rPr>
          <w:b w:val="0"/>
        </w:rPr>
        <w:t>TDAH: marca en el piso con masking 7.8, 14.4, 20 y 30.4 cm desde la pared con la cinta métrica.</w:t>
      </w:r>
    </w:p>
    <w:p>
      <w:pPr>
        <w:pStyle w:val="ListBullet"/>
      </w:pPr>
      <w:r>
        <w:rPr>
          <w:b w:val="0"/>
        </w:rPr>
        <w:t>Reto: rehacer la tabla de distancias con 1 UA = 15 cm.</w:t>
      </w:r>
    </w:p>
    <w:p>
      <w:r>
        <w:rPr>
          <w:b/>
        </w:rPr>
        <w:t>Cierre (15 min).</w:t>
      </w:r>
      <w:r>
        <w:rPr>
          <w:b w:val="0"/>
        </w:rPr>
        <w:t xml:space="preserve"> ¿Por qué dos escalas? Con la escala de distancias la Tierra mediría 0.0017 cm y el Sol unos 2 mm. Escriben la conclusión en el cuaderno.</w:t>
      </w:r>
    </w:p>
    <w:p>
      <w:r>
        <w:rPr>
          <w:b/>
        </w:rPr>
        <w:t>Evidencia:</w:t>
      </w:r>
      <w:r>
        <w:rPr>
          <w:b w:val="0"/>
        </w:rPr>
        <w:t xml:space="preserve"> Ficha 3 resuelta y medidas del planeta en la tarjeta.</w:t>
      </w:r>
    </w:p>
    <w:p>
      <w:r>
        <w:rPr>
          <w:b/>
        </w:rPr>
        <w:t>Si no sale:</w:t>
      </w:r>
      <w:r>
        <w:rPr>
          <w:b w:val="0"/>
        </w:rPr>
        <w:t xml:space="preserve"> si colocan mal el punto, multipliquen primero por 2 y luego recorran el punto un lugar a la derecha; siempre comparen con la estimación.</w:t>
      </w:r>
    </w:p>
    <w:p>
      <w:pPr>
        <w:pStyle w:val="Heading2"/>
      </w:pPr>
      <w:r>
        <w:t>Sesión 7. Martes 19 de enero: Construimos la maqueta (80 min)</w:t>
      </w:r>
    </w:p>
    <w:p>
      <w:r>
        <w:rPr>
          <w:b/>
        </w:rPr>
        <w:t>Propósito:</w:t>
      </w:r>
      <w:r>
        <w:rPr>
          <w:b w:val="0"/>
        </w:rPr>
        <w:t xml:space="preserve"> construir la maqueta midiendo con precisión y con roles y acuerdos.</w:t>
      </w:r>
    </w:p>
    <w:p>
      <w:r>
        <w:rPr>
          <w:b/>
        </w:rPr>
        <w:t>Inicio (15 min).</w:t>
      </w:r>
      <w:r>
        <w:rPr>
          <w:b w:val="0"/>
        </w:rPr>
        <w:t xml:space="preserve"> Cada equipo relee sus acuerdos. Proyecta los pasos: modelar (25 min), medir y colgar (25 min). Revisa el material de cada equipo.</w:t>
      </w:r>
    </w:p>
    <w:p>
      <w:r>
        <w:rPr>
          <w:b/>
        </w:rPr>
        <w:t>Desarrollo (50 min).</w:t>
      </w:r>
    </w:p>
    <w:p>
      <w:pPr>
        <w:pStyle w:val="ListBullet"/>
      </w:pPr>
      <w:r>
        <w:rPr>
          <w:b w:val="0"/>
        </w:rPr>
        <w:t>Min 0 a 25. Cada equipo hace su planeta con el diámetro de la Ficha 3: rocosos, Urano y Neptuno con plastilina; Júpiter y Saturno con bola de periódico y masking (Saturno con anillo de cartulina). Miden con regla. El equipo del Sol traza en papel kraft, con un hilo de 70 cm como compás, un arco del Sol a escala de tamaño (completo mediría casi 1.4 m) y un letrero: «Con la escala de distancias el Sol mediría 2 mm».</w:t>
      </w:r>
    </w:p>
    <w:p>
      <w:pPr>
        <w:pStyle w:val="ListBullet"/>
      </w:pPr>
      <w:r>
        <w:rPr>
          <w:b w:val="0"/>
        </w:rPr>
        <w:t>Min 25 a 50. Montaje: fija el arco del Sol al inicio del pasillo y el estambre de 6.5 m a la altura de los hombros. Cada medidor mide desde el Sol, marca con masking y cuelga su planeta con una etiqueta (nombre y distancia en UA).</w:t>
      </w:r>
    </w:p>
    <w:p>
      <w:pPr>
        <w:pStyle w:val="ListBullet"/>
      </w:pPr>
      <w:r>
        <w:rPr>
          <w:b w:val="0"/>
        </w:rPr>
        <w:t>Rezago lector: son medidor o modelador; tienen en su mesa una tira con 3 pasos (mido, marco, cuelgo).</w:t>
      </w:r>
    </w:p>
    <w:p>
      <w:pPr>
        <w:pStyle w:val="ListBullet"/>
      </w:pPr>
      <w:r>
        <w:rPr>
          <w:b w:val="0"/>
        </w:rPr>
        <w:t>TDAH: inspector de medidas; con la segunda cinta revisa 3 planetas de otros equipos y anota errores.</w:t>
      </w:r>
    </w:p>
    <w:p>
      <w:pPr>
        <w:pStyle w:val="ListBullet"/>
      </w:pPr>
      <w:r>
        <w:rPr>
          <w:b w:val="0"/>
        </w:rPr>
        <w:t>Reto: cinturón de asteroides de 44 a 64 cm (2.2 a 3.2 UA) con bolitas de papel, y la Luna de unos 0.35 cm junto a la Tierra.</w:t>
      </w:r>
    </w:p>
    <w:p>
      <w:r>
        <w:rPr>
          <w:b/>
        </w:rPr>
        <w:t>Cierre (15 min).</w:t>
      </w:r>
      <w:r>
        <w:rPr>
          <w:b w:val="0"/>
        </w:rPr>
        <w:t xml:space="preserve"> Recorrido del Sol a Neptuno: cada equipo dice un dato. Coevaluación en el cuaderno: ¿cumplimos los acuerdos? Sí / En parte / No y por qué.</w:t>
      </w:r>
    </w:p>
    <w:p>
      <w:r>
        <w:rPr>
          <w:b/>
        </w:rPr>
        <w:t>Evidencia:</w:t>
      </w:r>
      <w:r>
        <w:rPr>
          <w:b w:val="0"/>
        </w:rPr>
        <w:t xml:space="preserve"> planeta colgado a su distancia y coevaluación de acuerdos.</w:t>
      </w:r>
    </w:p>
    <w:p>
      <w:r>
        <w:rPr>
          <w:b/>
        </w:rPr>
        <w:t>Si no sale:</w:t>
      </w:r>
      <w:r>
        <w:rPr>
          <w:b w:val="0"/>
        </w:rPr>
        <w:t xml:space="preserve"> si no hay pasillo de 6.5 m, usen 1 UA = 10 cm (dividan entre 2; Neptuno queda a 3 m). El primer equipo que termine apoya al más atrasado.</w:t>
      </w:r>
    </w:p>
    <w:p>
      <w:pPr>
        <w:pStyle w:val="Heading2"/>
      </w:pPr>
      <w:r>
        <w:t>Sesión 8. Miércoles 20 de enero: Escribimos el texto expositivo (80 min)</w:t>
      </w:r>
    </w:p>
    <w:p>
      <w:r>
        <w:rPr>
          <w:b/>
        </w:rPr>
        <w:t>Propósito:</w:t>
      </w:r>
      <w:r>
        <w:rPr>
          <w:b w:val="0"/>
        </w:rPr>
        <w:t xml:space="preserve"> redactar y revisar en equipo un texto expositivo sobre su cuerpo celeste.</w:t>
      </w:r>
    </w:p>
    <w:p>
      <w:r>
        <w:rPr>
          <w:b/>
        </w:rPr>
        <w:t>Inicio (15 min).</w:t>
      </w:r>
      <w:r>
        <w:rPr>
          <w:b w:val="0"/>
        </w:rPr>
        <w:t xml:space="preserve"> Proyecta el texto de Venus y señala sus partes. Presenta la lista de verificación: título; introducción (qué es y dónde está); dos subtemas (cómo es y cómo se mueve); al menos 3 datos con unidad; una causa-consecuencia o comparación; conclusión.</w:t>
      </w:r>
    </w:p>
    <w:p>
      <w:r>
        <w:rPr>
          <w:b/>
        </w:rPr>
        <w:t>Desarrollo (50 min).</w:t>
      </w:r>
    </w:p>
    <w:p>
      <w:pPr>
        <w:pStyle w:val="ListBullet"/>
      </w:pPr>
      <w:r>
        <w:rPr>
          <w:b w:val="0"/>
        </w:rPr>
        <w:t>Min 0 a 30. Borrador con el plan de la Ficha 2 y la tarjeta de identidad. Cada integrante escribe la parte que va a exponer.</w:t>
      </w:r>
    </w:p>
    <w:p>
      <w:pPr>
        <w:pStyle w:val="ListBullet"/>
      </w:pPr>
      <w:r>
        <w:rPr>
          <w:b w:val="0"/>
        </w:rPr>
        <w:t>Min 30 a 45. Revisión cruzada con otro equipo usando la lista de verificación.</w:t>
      </w:r>
    </w:p>
    <w:p>
      <w:pPr>
        <w:pStyle w:val="ListBullet"/>
      </w:pPr>
      <w:r>
        <w:rPr>
          <w:b w:val="0"/>
        </w:rPr>
        <w:t>Min 45 a 50. Corrigen.</w:t>
      </w:r>
    </w:p>
    <w:p>
      <w:pPr>
        <w:pStyle w:val="ListBullet"/>
      </w:pPr>
      <w:r>
        <w:rPr>
          <w:b w:val="0"/>
        </w:rPr>
        <w:t>Rezago lector: escriben la parte de datos con oraciones modelo («___ está a ___ UA del Sol», «Mide ___ km de diámetro»).</w:t>
      </w:r>
    </w:p>
    <w:p>
      <w:pPr>
        <w:pStyle w:val="ListBullet"/>
      </w:pPr>
      <w:r>
        <w:rPr>
          <w:b w:val="0"/>
        </w:rPr>
        <w:t>TDAH: escribe una idea por tira de papel y luego las ordena con su equipo.</w:t>
      </w:r>
    </w:p>
    <w:p>
      <w:pPr>
        <w:pStyle w:val="ListBullet"/>
      </w:pPr>
      <w:r>
        <w:rPr>
          <w:b w:val="0"/>
        </w:rPr>
        <w:t>Reto: subtema «Cómo lo sabemos» (telescopios, sondas, robots).</w:t>
      </w:r>
    </w:p>
    <w:p>
      <w:r>
        <w:rPr>
          <w:b/>
        </w:rPr>
        <w:t>Cierre (15 min).</w:t>
      </w:r>
      <w:r>
        <w:rPr>
          <w:b w:val="0"/>
        </w:rPr>
        <w:t xml:space="preserve"> Tres equipos leen su introducción; el grupo dice si dan ganas de seguir escuchando. Pasan en limpio en media cartulina para pegarla junto a su planeta.</w:t>
      </w:r>
    </w:p>
    <w:p>
      <w:r>
        <w:rPr>
          <w:b/>
        </w:rPr>
        <w:t>Evidencia:</w:t>
      </w:r>
      <w:r>
        <w:rPr>
          <w:b w:val="0"/>
        </w:rPr>
        <w:t xml:space="preserve"> borrador revisado y versión final.</w:t>
      </w:r>
    </w:p>
    <w:p>
      <w:r>
        <w:rPr>
          <w:b/>
        </w:rPr>
        <w:t>Si no sale:</w:t>
      </w:r>
      <w:r>
        <w:rPr>
          <w:b w:val="0"/>
        </w:rPr>
        <w:t xml:space="preserve"> si copian oraciones del libro sin entenderlas, pide que expliquen cada una; lo que no puedan explicar lo reescriben con sus palabras.</w:t>
      </w:r>
    </w:p>
    <w:p>
      <w:pPr>
        <w:pStyle w:val="Heading2"/>
      </w:pPr>
      <w:r>
        <w:t>Sesión 9. Jueves 21 de enero: Examen y ensayo (90 min)</w:t>
      </w:r>
    </w:p>
    <w:p>
      <w:r>
        <w:rPr>
          <w:b/>
        </w:rPr>
        <w:t>Propósito:</w:t>
      </w:r>
      <w:r>
        <w:rPr>
          <w:b w:val="0"/>
        </w:rPr>
        <w:t xml:space="preserve"> valorar lo aprendido y preparar la exposición con tarjetas de apoyo.</w:t>
      </w:r>
    </w:p>
    <w:p>
      <w:r>
        <w:rPr>
          <w:b/>
        </w:rPr>
        <w:t>Inicio (10 min).</w:t>
      </w:r>
      <w:r>
        <w:rPr>
          <w:b w:val="0"/>
        </w:rPr>
        <w:t xml:space="preserve"> Lee las instrucciones del examen y aclara vocabulario (rotación, traslación, escala, UA).</w:t>
      </w:r>
    </w:p>
    <w:p>
      <w:r>
        <w:rPr>
          <w:b/>
        </w:rPr>
        <w:t>Desarrollo (65 min).</w:t>
      </w:r>
    </w:p>
    <w:p>
      <w:pPr>
        <w:pStyle w:val="ListBullet"/>
      </w:pPr>
      <w:r>
        <w:rPr>
          <w:b w:val="0"/>
        </w:rPr>
        <w:t>Min 0 a 35. Examen de cierre individual.</w:t>
      </w:r>
    </w:p>
    <w:p>
      <w:pPr>
        <w:pStyle w:val="ListBullet"/>
      </w:pPr>
      <w:r>
        <w:rPr>
          <w:b w:val="0"/>
        </w:rPr>
        <w:t>Min 35 a 45. Cada integrante hace 2 o 3 tarjetas con máximo 5 palabras clave cada una.</w:t>
      </w:r>
    </w:p>
    <w:p>
      <w:pPr>
        <w:pStyle w:val="ListBullet"/>
      </w:pPr>
      <w:r>
        <w:rPr>
          <w:b w:val="0"/>
        </w:rPr>
        <w:t>Min 45 a 65. Ensayo en parejas de equipos: uno expone 4 minutos señalando la maqueta y el otro observa con la rúbrica; luego cambian.</w:t>
      </w:r>
    </w:p>
    <w:p>
      <w:pPr>
        <w:pStyle w:val="ListBullet"/>
      </w:pPr>
      <w:r>
        <w:rPr>
          <w:b w:val="0"/>
        </w:rPr>
        <w:t>Rezago lector: examen en mesa aparte; les lees cada reactivo y el texto de Marte, y anotas sus respuestas orales si escribir los frena.</w:t>
      </w:r>
    </w:p>
    <w:p>
      <w:pPr>
        <w:pStyle w:val="ListBullet"/>
      </w:pPr>
      <w:r>
        <w:rPr>
          <w:b w:val="0"/>
        </w:rPr>
        <w:t>TDAH: examen en dos partes (1 a 12 y 13 a 20) con 2 minutos de movimiento en medio, lejos de puerta y ventana.</w:t>
      </w:r>
    </w:p>
    <w:p>
      <w:pPr>
        <w:pStyle w:val="ListBullet"/>
      </w:pPr>
      <w:r>
        <w:rPr>
          <w:b w:val="0"/>
        </w:rPr>
        <w:t>Reto: preparar una pregunta para el público.</w:t>
      </w:r>
    </w:p>
    <w:p>
      <w:r>
        <w:rPr>
          <w:b/>
        </w:rPr>
        <w:t>Cierre (15 min).</w:t>
      </w:r>
      <w:r>
        <w:rPr>
          <w:b w:val="0"/>
        </w:rPr>
        <w:t xml:space="preserve"> Cada equipo recibe dos comentarios: «Me gustó…» y «Te sugiero…». Anotan un cambio para el viernes.</w:t>
      </w:r>
    </w:p>
    <w:p>
      <w:r>
        <w:rPr>
          <w:b/>
        </w:rPr>
        <w:t>Evidencia:</w:t>
      </w:r>
      <w:r>
        <w:rPr>
          <w:b w:val="0"/>
        </w:rPr>
        <w:t xml:space="preserve"> examen, tarjetas y coevaluación del ensayo.</w:t>
      </w:r>
    </w:p>
    <w:p>
      <w:r>
        <w:rPr>
          <w:b/>
        </w:rPr>
        <w:t>Si no sale:</w:t>
      </w:r>
      <w:r>
        <w:rPr>
          <w:b w:val="0"/>
        </w:rPr>
        <w:t xml:space="preserve"> si un equipo lee todo de corrido, retira el texto y que ensaye solo con tarjetas señalando la maqueta.</w:t>
      </w:r>
    </w:p>
    <w:p>
      <w:pPr>
        <w:pStyle w:val="Heading2"/>
      </w:pPr>
      <w:r>
        <w:t>Sesión 10. Viernes 22 de enero: Exponemos el sistema solar (90 min)</w:t>
      </w:r>
    </w:p>
    <w:p>
      <w:r>
        <w:rPr>
          <w:b/>
        </w:rPr>
        <w:t>Propósito:</w:t>
      </w:r>
      <w:r>
        <w:rPr>
          <w:b w:val="0"/>
        </w:rPr>
        <w:t xml:space="preserve"> exponer el texto con la maqueta ante público y reflexionar sobre lo aprendido.</w:t>
      </w:r>
    </w:p>
    <w:p>
      <w:r>
        <w:rPr>
          <w:b/>
        </w:rPr>
        <w:t>Inicio (10 min).</w:t>
      </w:r>
      <w:r>
        <w:rPr>
          <w:b w:val="0"/>
        </w:rPr>
        <w:t xml:space="preserve"> Acomoda al público a lo largo de la maqueta (otro grupo o familias). Roles: cronometrista, moderador de preguntas y observadores que anotan un dato nuevo por equipo.</w:t>
      </w:r>
    </w:p>
    <w:p>
      <w:r>
        <w:rPr>
          <w:b/>
        </w:rPr>
        <w:t>Desarrollo (65 min).</w:t>
      </w:r>
    </w:p>
    <w:p>
      <w:pPr>
        <w:pStyle w:val="ListBullet"/>
      </w:pPr>
      <w:r>
        <w:rPr>
          <w:b w:val="0"/>
        </w:rPr>
        <w:t>Min 0 a 55. Exposiciones del Sol a Neptuno caminando a lo largo del estambre: 4 minutos por equipo más 2 de preguntas y cambio.</w:t>
      </w:r>
    </w:p>
    <w:p>
      <w:pPr>
        <w:pStyle w:val="ListBullet"/>
      </w:pPr>
      <w:r>
        <w:rPr>
          <w:b w:val="0"/>
        </w:rPr>
        <w:t>Min 55 a 65. El público recorre la maqueta y lee los textos.</w:t>
      </w:r>
    </w:p>
    <w:p>
      <w:pPr>
        <w:pStyle w:val="ListBullet"/>
      </w:pPr>
      <w:r>
        <w:rPr>
          <w:b w:val="0"/>
        </w:rPr>
        <w:t>Rezago lector: exponen los datos señalando su planeta, con tarjetas de una palabra por dato.</w:t>
      </w:r>
    </w:p>
    <w:p>
      <w:pPr>
        <w:pStyle w:val="ListBullet"/>
      </w:pPr>
      <w:r>
        <w:rPr>
          <w:b w:val="0"/>
        </w:rPr>
        <w:t>TDAH: cronometrista general (avisa con una tarjeta cuando falta 1 minuto) y expone su parte.</w:t>
      </w:r>
    </w:p>
    <w:p>
      <w:pPr>
        <w:pStyle w:val="ListBullet"/>
      </w:pPr>
      <w:r>
        <w:rPr>
          <w:b w:val="0"/>
        </w:rPr>
        <w:t>Reto: moderar preguntas y responder las que nadie pudo.</w:t>
      </w:r>
    </w:p>
    <w:p>
      <w:r>
        <w:rPr>
          <w:b/>
        </w:rPr>
        <w:t>Cierre (15 min).</w:t>
      </w:r>
      <w:r>
        <w:rPr>
          <w:b w:val="0"/>
        </w:rPr>
        <w:t xml:space="preserve"> Completan la columna Aprendí de la tabla del día 1 y revisan el muro de preguntas. Autoevaluación escrita: ¿qué hice bien en mi equipo y qué haría distinto?</w:t>
      </w:r>
    </w:p>
    <w:p>
      <w:r>
        <w:rPr>
          <w:b/>
        </w:rPr>
        <w:t>Evidencia:</w:t>
      </w:r>
      <w:r>
        <w:rPr>
          <w:b w:val="0"/>
        </w:rPr>
        <w:t xml:space="preserve"> exposición con rúbrica, maqueta, tabla completa y autoevaluación.</w:t>
      </w:r>
    </w:p>
    <w:p>
      <w:r>
        <w:rPr>
          <w:b/>
        </w:rPr>
        <w:t>Si no sale:</w:t>
      </w:r>
      <w:r>
        <w:rPr>
          <w:b w:val="0"/>
        </w:rPr>
        <w:t xml:space="preserve"> si no alcanza el tiempo, exponen 5 equipos hoy y 4 el lunes 25 en los primeros 25 minutos.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Tu grupo es de un solo grado (5°, fase 5): todo el grupo hace la actividad central y ajustas el apoyo para los dos alumnos con rezago lector, el alumno con TDAH y los que terminan antes.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Todo el grupo (5°)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Rezago lector (2)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TDAH (1)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Reto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Tabla SQA, equipos, preguntas y acuerdos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Iniciadores; dictan al redactor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Responsable de material; cronómetro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Pregunta única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Modelo de rotación, husos horarios, horas de sueño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Banco de palabras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Gira la Tierra del modelo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Tokio de noche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Modelo de traslación, linterna, esquema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Copian etiquetas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Lleva la Tierra; cuenta cuadritos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Navidad en Argentina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1 y tarjeta de identidad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Consignas leídas; núcleo 1, 2, 3, 7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en dos partes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Vueltas de Mercurio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2, saberes de la comunidad, plan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Lectura en eco; respuesta oral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Subraya partes; turnos de 10 min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Ciclo de Venus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3: escalas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Consignas leídas; calculadora para comprobar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Marca distancias en el piso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Escala 1 UA = 15 cm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7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Construcción y montaje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Medidor o modelador con 3 pasos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Inspector de medidas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Asteroides y Luna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8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Borrador, revisión y versión final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Oraciones modelo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Una idea por tira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Cómo lo sabemos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9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Examen, tarjetas y ensayo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leído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en dos partes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Pregunta al público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Exposición y cierre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Exponen datos con tarjetas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Cronometrista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Moderar preguntas</w:t>
            </w:r>
          </w:p>
        </w:tc>
      </w:tr>
    </w:tbl>
    <w:p/>
    <w:p>
      <w:pPr>
        <w:pStyle w:val="Heading1"/>
      </w:pPr>
      <w:r>
        <w:t>Evaluación</w:t>
      </w:r>
    </w:p>
    <w:p>
      <w:pPr>
        <w:pStyle w:val="ListBullet"/>
      </w:pPr>
      <w:r>
        <w:rPr>
          <w:b/>
        </w:rPr>
        <w:t>Formativa diaria:</w:t>
      </w:r>
      <w:r>
        <w:rPr>
          <w:b w:val="0"/>
        </w:rPr>
        <w:t xml:space="preserve"> cada sesión deja una evidencia en el cuaderno. Revisa de 8 a 10 cuadernos por día en rotación para ver a los 31 en la semana, con una observación concreta por alumno.</w:t>
      </w:r>
    </w:p>
    <w:p>
      <w:pPr>
        <w:pStyle w:val="ListBullet"/>
      </w:pPr>
      <w:r>
        <w:rPr>
          <w:b/>
        </w:rPr>
        <w:t>Instrumentos:</w:t>
      </w:r>
      <w:r>
        <w:rPr>
          <w:b w:val="0"/>
        </w:rPr>
        <w:t xml:space="preserve"> listas de cotejo de las 3 fichas, rúbricas de maqueta y de texto y exposición, examen, autoevaluación y coevaluación.</w:t>
      </w:r>
    </w:p>
    <w:p>
      <w:r>
        <w:rPr>
          <w:b/>
        </w:rPr>
        <w:t>Rúbrica del texto y la exposición (por alumno)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Requiere apoyo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Estructura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Introducción, 2 subtemas y conclusión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 una parte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Ideas sueltas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Datos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 datos correctos con unidad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 o 2 datos o unidad equivocada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Sin datos o incorrectos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Exposición oral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Habla claro, usa tarjetas y señala la maqueta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 buena parte o habla bajo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 todo o no participa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Equipo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Expone su parte en tiempo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Participa poco o se pasa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expone</w:t>
            </w:r>
          </w:p>
        </w:tc>
      </w:tr>
    </w:tbl>
    <w:p/>
    <w:p>
      <w:r>
        <w:rPr>
          <w:b/>
        </w:rPr>
        <w:t>Rúbrica de la maqueta (por equipo)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Requiere apoyo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Distancia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Error menor a 1 cm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Error de 1 a 5 cm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Sin medir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Tamaño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Error menor a 0.5 cm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Error de 0.5 a 2 cm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Sin medir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Etiqueta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Nombre y distancia en UA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Solo nombre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Sin etiqueta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Acuerdos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Cumplieron los 3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Cumplieron 1 o 2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cumplieron</w:t>
            </w:r>
          </w:p>
        </w:tc>
      </w:tr>
    </w:tbl>
    <w:p/>
    <w:p>
      <w:r>
        <w:rPr>
          <w:b/>
        </w:rPr>
        <w:t>Ponderación sugerida:</w:t>
      </w:r>
      <w:r>
        <w:rPr>
          <w:b w:val="0"/>
        </w:rPr>
        <w:t xml:space="preserve"> evidencias y fichas 30 %, maqueta 20 %, texto y exposición 30 %, examen 20 %.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Pantalla: fotos del cielo, del sistema solar y de El Caracol; reloj mundial; cronómetro; tablas de las fichas.</w:t>
      </w:r>
    </w:p>
    <w:p>
      <w:pPr>
        <w:pStyle w:val="ListBullet"/>
      </w:pPr>
      <w:r>
        <w:rPr>
          <w:b w:val="0"/>
        </w:rPr>
        <w:t>Lámpara o linterna, pelota de unicel de 10 cm con palillo de brocheta, plumón, cinta masking.</w:t>
      </w:r>
    </w:p>
    <w:p>
      <w:pPr>
        <w:pStyle w:val="ListBullet"/>
      </w:pPr>
      <w:r>
        <w:rPr>
          <w:b w:val="0"/>
        </w:rPr>
        <w:t>Por equipo: naranja y palillo, linterna o celular con linterna (o 3 linternas por turnos), regla de 30 cm, hoja cuadriculada.</w:t>
      </w:r>
    </w:p>
    <w:p>
      <w:pPr>
        <w:pStyle w:val="ListBullet"/>
      </w:pPr>
      <w:r>
        <w:rPr>
          <w:b w:val="0"/>
        </w:rPr>
        <w:t>Maqueta: 7 m de estambre, 2 cintas métricas, hilo, 9 barras de plastilina, periódico, 2 cartulinas, 1.5 m de papel kraft, tijeras, 9 medias cartulinas.</w:t>
      </w:r>
    </w:p>
    <w:p>
      <w:pPr>
        <w:pStyle w:val="ListBullet"/>
      </w:pPr>
      <w:r>
        <w:rPr>
          <w:b w:val="0"/>
        </w:rPr>
        <w:t>Tiras de papel para tarjetas de apoyo.</w:t>
      </w:r>
    </w:p>
    <w:p>
      <w:pPr>
        <w:pStyle w:val="ListBullet"/>
      </w:pPr>
      <w:r>
        <w:rPr>
          <w:b w:val="0"/>
        </w:rPr>
        <w:t>Copias: Ficha 1, 16; Ficha 2, 16; Ficha 3, 16 (una por pareja); examen, 31. Total 79 juegos.</w:t>
      </w:r>
    </w:p>
    <w:p>
      <w:pPr>
        <w:pStyle w:val="Heading1"/>
      </w:pPr>
      <w:r>
        <w:t>Adecuaciones</w:t>
      </w:r>
    </w:p>
    <w:p>
      <w:r>
        <w:rPr>
          <w:b/>
        </w:rPr>
        <w:t>Dos alumnos con rezago lector</w:t>
      </w:r>
    </w:p>
    <w:p>
      <w:pPr>
        <w:pStyle w:val="ListBullet"/>
      </w:pPr>
      <w:r>
        <w:rPr>
          <w:b w:val="0"/>
        </w:rPr>
        <w:t>Siéntalos junto a su tutor lector y en equipos distintos.</w:t>
      </w:r>
    </w:p>
    <w:p>
      <w:pPr>
        <w:pStyle w:val="ListBullet"/>
      </w:pPr>
      <w:r>
        <w:rPr>
          <w:b w:val="0"/>
        </w:rPr>
        <w:t>Léeles las consignas y valora el núcleo de cada ficha.</w:t>
      </w:r>
    </w:p>
    <w:p>
      <w:pPr>
        <w:pStyle w:val="ListBullet"/>
      </w:pPr>
      <w:r>
        <w:rPr>
          <w:b w:val="0"/>
        </w:rPr>
        <w:t>Lectura en eco y relectura del mismo texto en la tutoría de 11:00 a 11:20.</w:t>
      </w:r>
    </w:p>
    <w:p>
      <w:pPr>
        <w:pStyle w:val="ListBullet"/>
      </w:pPr>
      <w:r>
        <w:rPr>
          <w:b w:val="0"/>
        </w:rPr>
        <w:t>Bancos de palabras, oraciones modelo y respuestas orales que el tutor o tú escriben.</w:t>
      </w:r>
    </w:p>
    <w:p>
      <w:pPr>
        <w:pStyle w:val="ListBullet"/>
      </w:pPr>
      <w:r>
        <w:rPr>
          <w:b w:val="0"/>
        </w:rPr>
        <w:t>Examen leído en voz alta; en la exposición dicen los datos con tarjetas de una palabra.</w:t>
      </w:r>
    </w:p>
    <w:p>
      <w:r>
        <w:rPr>
          <w:b/>
        </w:rPr>
        <w:t>Alumno con TDAH</w:t>
      </w:r>
    </w:p>
    <w:p>
      <w:pPr>
        <w:pStyle w:val="ListBullet"/>
      </w:pPr>
      <w:r>
        <w:rPr>
          <w:b w:val="0"/>
        </w:rPr>
        <w:t>Siéntalo cerca de ti, lejos de puerta y ventana.</w:t>
      </w:r>
    </w:p>
    <w:p>
      <w:pPr>
        <w:pStyle w:val="ListBullet"/>
      </w:pPr>
      <w:r>
        <w:rPr>
          <w:b w:val="0"/>
        </w:rPr>
        <w:t>Tramos de 10 minutos con cronómetro visible; avisa 2 minutos antes de cada cambio.</w:t>
      </w:r>
    </w:p>
    <w:p>
      <w:pPr>
        <w:pStyle w:val="ListBullet"/>
      </w:pPr>
      <w:r>
        <w:rPr>
          <w:b w:val="0"/>
        </w:rPr>
        <w:t>Roles con movimiento útil: material, modelo, inspector, cronometrista.</w:t>
      </w:r>
    </w:p>
    <w:p>
      <w:pPr>
        <w:pStyle w:val="ListBullet"/>
      </w:pPr>
      <w:r>
        <w:rPr>
          <w:b w:val="0"/>
        </w:rPr>
        <w:t>Fichas en dos partes y una tira con los pasos de la sesión en su mesa.</w:t>
      </w:r>
    </w:p>
    <w:p>
      <w:pPr>
        <w:pStyle w:val="ListBullet"/>
      </w:pPr>
      <w:r>
        <w:rPr>
          <w:b w:val="0"/>
        </w:rPr>
        <w:t>Reconoce en el momento lo que hace bien. Si hay USAER, comparte estas adecuaciones.</w:t>
      </w:r>
    </w:p>
    <w:p>
      <w:r>
        <w:rPr>
          <w:b/>
        </w:rPr>
        <w:t>Copias limitadas</w:t>
      </w:r>
    </w:p>
    <w:p>
      <w:pPr>
        <w:pStyle w:val="ListBullet"/>
      </w:pPr>
      <w:r>
        <w:rPr>
          <w:b w:val="0"/>
        </w:rPr>
        <w:t>Proyecta tablas y textos; las fichas van una por pareja y la evidencia individual va en el cuaderno. El examen es la única copia individual.</w:t>
      </w:r>
    </w:p>
    <w:p/>
    <w:p>
      <w:r>
        <w:rPr>
          <w:sz w:val="16"/>
        </w:rPr>
        <w:t>Material gratuito de Didaula · https://didaula.com/planeaciones/5-grado/5-grado-el-sistema-solar-y-el-texto-expositivo/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