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Repaso y examen del primer trimestre en 6°: estaciones, juegos y cuaderno de repaso</w:t>
      </w:r>
    </w:p>
    <w:p>
      <w:r>
        <w:t>Planeación ·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comprensión y producción de textos narrativos, expositivos, argumentativos e instructivos; búsqueda de información en textos; convenciones de la escritura (mayúsculas, acentos, puntuación y conectores). Saberes y pensamiento científico: números naturales hasta millones y valor posicional; fracciones y decimales (equivalencia, comparación y orden); suma y resta de fracciones con distinto denominador; multiplicación y división con decimales; proporcionalidad y porcentajes. Ética, naturaleza y sociedades: el agua como derecho humano y la participación para resolver problemas comunes. De lo humano y lo comunitario: regulación de emociones, juego cooperativo y proyecto de vida.</w:t>
      </w:r>
    </w:p>
    <w:p>
      <w:r>
        <w:rPr>
          <w:b/>
        </w:rPr>
        <w:t>PDA:</w:t>
      </w:r>
      <w:r>
        <w:rPr>
          <w:b w:val="0"/>
        </w:rPr>
        <w:t xml:space="preserve"> Lenguajes</w:t>
        <w:br/>
        <w:t>L1. Identifica el tipo de texto (narrativo, expositivo, argumentativo, instructivo) por su propósito, estructura y recursos, y reconoce la función de los conectores.</w:t>
        <w:br/>
        <w:t>L2. Comprende textos expositivos: distingue la idea principal de las secundarias, localiza información explícita y deduce el significado de palabras por el contexto.</w:t>
        <w:br/>
        <w:t>L3. Escribe textos breves con mayúsculas, acentos y puntuación convencionales, y argumenta una opinión con razones.</w:t>
        <w:br/>
        <w:t>Saberes y pensamiento científico</w:t>
        <w:br/>
        <w:t>S1. Lee, escribe y compara números naturales hasta millones e identifica el valor posicional de sus cifras.</w:t>
        <w:br/>
        <w:t>S2. Compara, ordena y encuentra equivalencias entre fracciones, decimales y porcentajes.</w:t>
        <w:br/>
        <w:t>S3. Resuelve problemas de suma y resta de fracciones con distinto denominador y de multiplicación y división con decimales.</w:t>
        <w:br/>
        <w:t>S4. Resuelve problemas de proporcionalidad y calcula porcentajes sencillos (10 %, 25 %, 50 %).</w:t>
        <w:br/>
        <w:t>Ética, naturaleza y sociedades</w:t>
        <w:br/>
        <w:t>E1. Reconoce el acceso al agua como derecho humano y las responsabilidades de familias y autoridades.</w:t>
        <w:br/>
        <w:t>E2. Propone formas de participación y acuerdos justos para resolver problemas comunes.</w:t>
        <w:br/>
        <w:t>De lo humano y lo comunitario</w:t>
        <w:br/>
        <w:t>H1. Reconoce sus emociones ante situaciones de presión y usa estrategias para regularlas.</w:t>
        <w:br/>
        <w:t>H2. Participa en juegos cooperativos y valora la colaboración para lograr metas comunes.</w:t>
        <w:br/>
        <w:t>H3. Plantea metas personales y pasos concretos como parte de su proyecto de vida.</w:t>
      </w:r>
    </w:p>
    <w:p>
      <w:r>
        <w:t>Dos semanas, del 23 de noviembre al 4 de diciembre de 2026, para que los 29 alumnos de 6° repasen lo esencial del trimestre por estaciones y juegos. En Lenguajes repasan tipos de texto, comprensión y escritura. En Saberes y pensamiento científico repasan números hasta millones, fracciones, decimales, operaciones y problemas. Ética, naturaleza y sociedades y De lo humano y lo comunitario se integran en lecturas, problemas, debate y juegos cooperativos. Productos: cuaderno de repaso resuelto y examen trimestral de 20 reactivos por campo formativo, con clave y tabla de puntaje por PDA.</w:t>
      </w:r>
    </w:p>
    <w:p>
      <w:pPr>
        <w:pStyle w:val="Heading1"/>
      </w:pPr>
      <w:r>
        <w:t>Qué vas a lograr en estas dos semanas (23 de noviembre al 4 de diciembre de 2026)</w:t>
      </w:r>
    </w:p>
    <w:p>
      <w:r>
        <w:rPr>
          <w:b w:val="0"/>
        </w:rPr>
        <w:t>La meta es que tus 29 alumnos de 6° cierren el primer trimestre sabiendo qué dominan y qué les falta en Lenguajes y en Saberes y pensamiento científico. Ética y De lo humano entran en las lecturas, los problemas y los juegos. Al terminar tendrás:</w:t>
      </w:r>
    </w:p>
    <w:p>
      <w:pPr>
        <w:pStyle w:val="ListBullet"/>
      </w:pPr>
      <w:r>
        <w:rPr>
          <w:b/>
        </w:rPr>
        <w:t>Cuaderno de repaso resuelto</w:t>
      </w:r>
      <w:r>
        <w:rPr>
          <w:b w:val="0"/>
        </w:rPr>
        <w:t xml:space="preserve"> de cada alumno. Incluye:</w:t>
      </w:r>
    </w:p>
    <w:p>
      <w:pPr>
        <w:pStyle w:val="ListBullet"/>
      </w:pPr>
      <w:r>
        <w:rPr>
          <w:b w:val="0"/>
        </w:rPr>
        <w:t>portada e índice;</w:t>
      </w:r>
    </w:p>
    <w:p>
      <w:pPr>
        <w:pStyle w:val="ListBullet"/>
      </w:pPr>
      <w:r>
        <w:rPr>
          <w:b w:val="0"/>
        </w:rPr>
        <w:t>una página por sesión;</w:t>
      </w:r>
    </w:p>
    <w:p>
      <w:pPr>
        <w:pStyle w:val="ListBullet"/>
      </w:pPr>
      <w:r>
        <w:rPr>
          <w:b w:val="0"/>
        </w:rPr>
        <w:t>las tres fichas pegadas y corregidas;</w:t>
      </w:r>
    </w:p>
    <w:p>
      <w:pPr>
        <w:pStyle w:val="ListBullet"/>
      </w:pPr>
      <w:r>
        <w:rPr>
          <w:b w:val="0"/>
        </w:rPr>
        <w:t>dos resúmenes de una página (Lenguajes y Saberes);</w:t>
      </w:r>
    </w:p>
    <w:p>
      <w:pPr>
        <w:pStyle w:val="ListBullet"/>
      </w:pPr>
      <w:r>
        <w:rPr>
          <w:b w:val="0"/>
        </w:rPr>
        <w:t>las correcciones del examen y un plan de mejora.</w:t>
      </w:r>
    </w:p>
    <w:p>
      <w:pPr>
        <w:pStyle w:val="ListBullet"/>
      </w:pPr>
      <w:r>
        <w:rPr>
          <w:b/>
        </w:rPr>
        <w:t>Examen trimestral de 20 reactivos</w:t>
      </w:r>
      <w:r>
        <w:rPr>
          <w:b w:val="0"/>
        </w:rPr>
        <w:t>: Lenguajes 7, Saberes 7, Ética 3 y De lo humano 3, con clave y tabla de puntaje por PDA.</w:t>
      </w:r>
    </w:p>
    <w:p>
      <w:pPr>
        <w:pStyle w:val="ListBullet"/>
      </w:pPr>
      <w:r>
        <w:rPr>
          <w:b/>
        </w:rPr>
        <w:t>Concentrado por PDA del grupo</w:t>
      </w:r>
      <w:r>
        <w:rPr>
          <w:b w:val="0"/>
        </w:rPr>
        <w:t xml:space="preserve"> para registrar el trimestre y decidir qué retomar en enero.</w:t>
      </w:r>
    </w:p>
    <w:p>
      <w:r>
        <w:rPr>
          <w:b/>
        </w:rPr>
        <w:t>Equipos.</w:t>
      </w:r>
      <w:r>
        <w:rPr>
          <w:b w:val="0"/>
        </w:rPr>
        <w:t xml:space="preserve"> Trabaja con 6 equipos fijos las dos semanas: cinco de 5 alumnos y uno de 4.</w:t>
      </w:r>
    </w:p>
    <w:p>
      <w:pPr>
        <w:pStyle w:val="ListBullet"/>
      </w:pPr>
      <w:r>
        <w:rPr>
          <w:b w:val="0"/>
        </w:rPr>
        <w:t>Cada equipo tiene un monitor: un alumno que lee con fluidez y calcula con seguridad.</w:t>
      </w:r>
    </w:p>
    <w:p>
      <w:pPr>
        <w:pStyle w:val="ListBullet"/>
      </w:pPr>
      <w:r>
        <w:rPr>
          <w:b w:val="0"/>
        </w:rPr>
        <w:t>Reparte a los tres alumnos con rezago lector en tres equipos distintos, cada uno con un monitor paciente.</w:t>
      </w:r>
    </w:p>
    <w:p>
      <w:pPr>
        <w:pStyle w:val="ListBullet"/>
      </w:pPr>
      <w:r>
        <w:rPr>
          <w:b w:val="0"/>
        </w:rPr>
        <w:t>La alumna con baja visión va en el equipo de la mesa más cercana al pizarrón, con la luz de la ventana a un lado y no de frente.</w:t>
      </w:r>
    </w:p>
    <w:p>
      <w:pPr>
        <w:pStyle w:val="ListBullet"/>
      </w:pPr>
      <w:r>
        <w:rPr>
          <w:b w:val="0"/>
        </w:rPr>
        <w:t>Roles: monitor, lector, secretario, guardián del tiempo y vocero. En el equipo de 4, el monitor también cuida el tiempo.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Horario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Cálculo mental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Cinco operaciones en el pizarrón con letra grande; las resuelven en el cuaderno y se revisan en voz alta.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a 9:45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paquete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común, desarrollo por estaciones o juego, cierre.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Ficha o asignatura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Ficha 1 el miércoles 25 y Ficha 2 el viernes 27; los demás días, lo que marque tu horario.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a 11:20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diaria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 min lees en voz alta para todos. Otros 10 min lees con los tres alumnos con rezago el texto de la sesión siguiente, mientras el resto lee en silencio.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11:20 a 12:15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Ética, De lo humano y cuaderno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Actividad que marque tu horario y armado del cuaderno de repaso.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12:15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Pendientes y acuerdos para mañana.</w:t>
            </w:r>
          </w:p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1. Lunes 23 de noviembre: ¿Qué sé del trimestre?</w:t>
      </w:r>
    </w:p>
    <w:p>
      <w:r>
        <w:rPr>
          <w:b/>
        </w:rPr>
        <w:t>Propósito:</w:t>
      </w:r>
      <w:r>
        <w:rPr>
          <w:b w:val="0"/>
        </w:rPr>
        <w:t xml:space="preserve"> que cada alumno identifique qué domina y qué debe repasar, y que el grupo arme equipos y cuadernos.</w:t>
      </w:r>
    </w:p>
    <w:p>
      <w:r>
        <w:rPr>
          <w:b/>
        </w:rPr>
        <w:t>Inicio (15 min).</w:t>
      </w:r>
    </w:p>
    <w:p>
      <w:pPr>
        <w:pStyle w:val="ListNumber"/>
      </w:pPr>
      <w:r>
        <w:rPr>
          <w:b w:val="0"/>
        </w:rPr>
        <w:t>Divide el pizarrón en cuatro columnas: Lenguajes, Saberes, Ética, De lo humano.</w:t>
      </w:r>
    </w:p>
    <w:p>
      <w:pPr>
        <w:pStyle w:val="ListNumber"/>
      </w:pPr>
      <w:r>
        <w:rPr>
          <w:b w:val="0"/>
        </w:rPr>
        <w:t>Por equipos, pasan a escribir un tema que recuerden del trimestre, sin repetir.</w:t>
      </w:r>
    </w:p>
    <w:p>
      <w:pPr>
        <w:pStyle w:val="ListNumber"/>
      </w:pPr>
      <w:r>
        <w:rPr>
          <w:b w:val="0"/>
        </w:rPr>
        <w:t>Lee todo en voz alta y encierra los temas que repasarán.</w:t>
      </w:r>
    </w:p>
    <w:p>
      <w:r>
        <w:rPr>
          <w:b/>
        </w:rPr>
        <w:t>Desarrollo (60 min).</w:t>
      </w:r>
    </w:p>
    <w:p>
      <w:r>
        <w:rPr>
          <w:b w:val="0"/>
        </w:rPr>
        <w:t>*Diagnóstico relámpago (20 min).* Dicta 8 preguntas; dan 1 minuto por respuesta en una hoja.</w:t>
      </w:r>
    </w:p>
    <w:p>
      <w:pPr>
        <w:pStyle w:val="ListNumber"/>
      </w:pPr>
      <w:r>
        <w:rPr>
          <w:b w:val="0"/>
        </w:rPr>
        <w:t>¿Qué tipo de texto da pasos para hacer algo?</w:t>
      </w:r>
    </w:p>
    <w:p>
      <w:pPr>
        <w:pStyle w:val="ListNumber"/>
      </w:pPr>
      <w:r>
        <w:rPr>
          <w:b w:val="0"/>
        </w:rPr>
        <w:t>Escribe un conector que sirva para dar una razón.</w:t>
      </w:r>
    </w:p>
    <w:p>
      <w:pPr>
        <w:pStyle w:val="ListNumber"/>
      </w:pPr>
      <w:r>
        <w:rPr>
          <w:b w:val="0"/>
        </w:rPr>
        <w:t>¿Qué es la idea principal de un párrafo?</w:t>
      </w:r>
    </w:p>
    <w:p>
      <w:pPr>
        <w:pStyle w:val="ListNumber"/>
      </w:pPr>
      <w:r>
        <w:rPr>
          <w:b w:val="0"/>
        </w:rPr>
        <w:t>Escribe con cifras dos millones cien mil.</w:t>
      </w:r>
    </w:p>
    <w:p>
      <w:pPr>
        <w:pStyle w:val="ListNumber"/>
      </w:pPr>
      <w:r>
        <w:rPr>
          <w:b w:val="0"/>
        </w:rPr>
        <w:t>¿Qué es mayor, 0.7 o 3/4?</w:t>
      </w:r>
    </w:p>
    <w:p>
      <w:pPr>
        <w:pStyle w:val="ListNumber"/>
      </w:pPr>
      <w:r>
        <w:rPr>
          <w:b w:val="0"/>
        </w:rPr>
        <w:t>¿Cuánto es 1/2 + 1/4?</w:t>
      </w:r>
    </w:p>
    <w:p>
      <w:pPr>
        <w:pStyle w:val="ListNumber"/>
      </w:pPr>
      <w:r>
        <w:rPr>
          <w:b w:val="0"/>
        </w:rPr>
        <w:t>¿Cuánto es 3.5 × 2?</w:t>
      </w:r>
    </w:p>
    <w:p>
      <w:pPr>
        <w:pStyle w:val="ListNumber"/>
      </w:pPr>
      <w:r>
        <w:rPr>
          <w:b w:val="0"/>
        </w:rPr>
        <w:t>¿Cuánto es el 10 % de 200?</w:t>
      </w:r>
    </w:p>
    <w:p>
      <w:r>
        <w:rPr>
          <w:b w:val="0"/>
        </w:rPr>
        <w:t>Respuestas: instructivo; porque; la idea más importante, de la que dependen las demás; 2 100 000; 3/4; 3/4; 7; 20. Lees las respuestas y cada quien marca su hoja.</w:t>
      </w:r>
    </w:p>
    <w:p>
      <w:r>
        <w:rPr>
          <w:b w:val="0"/>
        </w:rPr>
        <w:t>*Semáforo (10 min).* Copian una tabla con los 8 temas y tres columnas: Lo domino, Más o menos, Necesito repasar. Marcan con X.</w:t>
      </w:r>
    </w:p>
    <w:p>
      <w:r>
        <w:rPr>
          <w:b w:val="0"/>
        </w:rPr>
        <w:t>*Equipos y cuaderno (30 min).*</w:t>
      </w:r>
    </w:p>
    <w:p>
      <w:pPr>
        <w:pStyle w:val="ListBullet"/>
      </w:pPr>
      <w:r>
        <w:rPr>
          <w:b w:val="0"/>
        </w:rPr>
        <w:t>Anuncia equipos y roles.</w:t>
      </w:r>
    </w:p>
    <w:p>
      <w:pPr>
        <w:pStyle w:val="ListBullet"/>
      </w:pPr>
      <w:r>
        <w:rPr>
          <w:b w:val="0"/>
        </w:rPr>
        <w:t>Cada alumno arma su cuaderno: 10 hojas blancas dobladas a la mitad y engrapadas.</w:t>
      </w:r>
    </w:p>
    <w:p>
      <w:pPr>
        <w:pStyle w:val="ListBullet"/>
      </w:pPr>
      <w:r>
        <w:rPr>
          <w:b w:val="0"/>
        </w:rPr>
        <w:t>Escriben portada, índice de las 10 sesiones y pegan el diagnóstico como página 1.</w:t>
      </w:r>
    </w:p>
    <w:p>
      <w:r>
        <w:rPr>
          <w:b w:val="0"/>
        </w:rPr>
        <w:t>*Apoyos:*</w:t>
      </w:r>
    </w:p>
    <w:p>
      <w:pPr>
        <w:pStyle w:val="ListBullet"/>
      </w:pPr>
      <w:r>
        <w:rPr>
          <w:b/>
        </w:rPr>
        <w:t>Monitores:</w:t>
      </w:r>
      <w:r>
        <w:rPr>
          <w:b w:val="0"/>
        </w:rPr>
        <w:t xml:space="preserve"> ayudan a engrapar y llevan una lista de portadas terminadas.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lees cada pregunta dos veces; las preguntas 2 y 3 pueden dictarlas al monitor. En la lectura diaria registra cuántas palabras leen bien en 1 minuto y lee con ellos «Las abejas».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semáforo impreso en letra grande para no copiarlo del pizarrón.</w:t>
      </w:r>
    </w:p>
    <w:p>
      <w:r>
        <w:rPr>
          <w:b/>
        </w:rPr>
        <w:t>Cierre (15 min).</w:t>
      </w:r>
      <w:r>
        <w:rPr>
          <w:b w:val="0"/>
        </w:rPr>
        <w:t xml:space="preserve"> Proponen y votan 4 acuerdos para trabajar por estaciones; los copian en la contraportada.</w:t>
      </w:r>
    </w:p>
    <w:p>
      <w:r>
        <w:rPr>
          <w:b/>
        </w:rPr>
        <w:t>Evidencia:</w:t>
      </w:r>
      <w:r>
        <w:rPr>
          <w:b w:val="0"/>
        </w:rPr>
        <w:t xml:space="preserve"> diagnóstico, semáforo y portada.</w:t>
      </w:r>
    </w:p>
    <w:p>
      <w:r>
        <w:rPr>
          <w:b/>
        </w:rPr>
        <w:t>Decisión pedagógica (si no sale):</w:t>
      </w:r>
      <w:r>
        <w:rPr>
          <w:b w:val="0"/>
        </w:rPr>
        <w:t xml:space="preserve"> esa tarde cuenta los aciertos por pregunta. Si más de la mitad falla un tema, abre la sesión que le toca con una mini clase de 10 min y recorta las rotaciones: Lenguajes en sesiones 2 y 3, Saberes en sesiones 4 y 5.</w:t>
      </w:r>
    </w:p>
    <w:p>
      <w:pPr>
        <w:pStyle w:val="Heading2"/>
      </w:pPr>
      <w:r>
        <w:t>Sesión 2. Martes 24 de noviembre: Estaciones de lectura</w:t>
      </w:r>
    </w:p>
    <w:p>
      <w:r>
        <w:rPr>
          <w:b/>
        </w:rPr>
        <w:t>Propósito:</w:t>
      </w:r>
      <w:r>
        <w:rPr>
          <w:b w:val="0"/>
        </w:rPr>
        <w:t xml:space="preserve"> reconocer el tipo de texto por su propósito y estructura, y encontrar la idea principal de un texto expositivo.</w:t>
      </w:r>
    </w:p>
    <w:p>
      <w:r>
        <w:rPr>
          <w:b/>
        </w:rPr>
        <w:t>Inicio (15 min).</w:t>
      </w:r>
      <w:r>
        <w:rPr>
          <w:b w:val="0"/>
        </w:rPr>
        <w:t xml:space="preserve"> Lee las tarjetas 1 y 3 del banco y pregunta: ¿el autor quiere contar, informar, convencer o indicar pasos? Copian este cuadro de pistas:</w:t>
      </w:r>
    </w:p>
    <w:p>
      <w:pPr>
        <w:pStyle w:val="ListBullet"/>
      </w:pPr>
      <w:r>
        <w:rPr>
          <w:b w:val="0"/>
        </w:rPr>
        <w:t>narrativo: contar, personajes, tiempo pasado;</w:t>
      </w:r>
    </w:p>
    <w:p>
      <w:pPr>
        <w:pStyle w:val="ListBullet"/>
      </w:pPr>
      <w:r>
        <w:rPr>
          <w:b w:val="0"/>
        </w:rPr>
        <w:t>expositivo: informar, datos;</w:t>
      </w:r>
    </w:p>
    <w:p>
      <w:pPr>
        <w:pStyle w:val="ListBullet"/>
      </w:pPr>
      <w:r>
        <w:rPr>
          <w:b w:val="0"/>
        </w:rPr>
        <w:t>argumentativo: convencer, «creo que», «porque»;</w:t>
      </w:r>
    </w:p>
    <w:p>
      <w:pPr>
        <w:pStyle w:val="ListBullet"/>
      </w:pPr>
      <w:r>
        <w:rPr>
          <w:b w:val="0"/>
        </w:rPr>
        <w:t>instructivo: pasos y verbos como mezcla o coloca.</w:t>
      </w:r>
    </w:p>
    <w:p>
      <w:r>
        <w:rPr>
          <w:b/>
        </w:rPr>
        <w:t>Desarrollo (60 min).</w:t>
      </w:r>
      <w:r>
        <w:rPr>
          <w:b w:val="0"/>
        </w:rPr>
        <w:t xml:space="preserve"> Tres estaciones con tres rotaciones de 18 min, al oír la campana. Los equipos 1 y 2 empiezan en A, el 3 y el 4 en B, el 5 y el 6 en C.</w:t>
      </w:r>
    </w:p>
    <w:p>
      <w:pPr>
        <w:pStyle w:val="ListBullet"/>
      </w:pPr>
      <w:r>
        <w:rPr>
          <w:b/>
        </w:rPr>
        <w:t>Estación A, Detectives de textos:</w:t>
      </w:r>
      <w:r>
        <w:rPr>
          <w:b w:val="0"/>
        </w:rPr>
        <w:t xml:space="preserve"> el lector lee las 8 tarjetas; el equipo las clasifica y cada quien anota tipo y pista.</w:t>
      </w:r>
    </w:p>
    <w:p>
      <w:pPr>
        <w:pStyle w:val="ListBullet"/>
      </w:pPr>
      <w:r>
        <w:rPr>
          <w:b/>
        </w:rPr>
        <w:t>Estación B, La idea que manda:</w:t>
      </w:r>
      <w:r>
        <w:rPr>
          <w:b w:val="0"/>
        </w:rPr>
        <w:t xml:space="preserve"> leen «Las abejas», subrayan la idea principal, la escriben en una oración y anotan dos ideas secundarias.</w:t>
      </w:r>
    </w:p>
    <w:p>
      <w:pPr>
        <w:pStyle w:val="ListBullet"/>
      </w:pPr>
      <w:r>
        <w:rPr>
          <w:b/>
        </w:rPr>
        <w:t>Estación C, contigo:</w:t>
      </w:r>
      <w:r>
        <w:rPr>
          <w:b w:val="0"/>
        </w:rPr>
        <w:t xml:space="preserve"> lectura en eco de un cuento conocido de la Biblioteca de Aula. Lees una oración y la repiten. Luego preguntas: ¿qué pasó primero?, ¿por qué actuó así el personaje?, ¿qué parte del texto te lo dice?</w:t>
      </w:r>
    </w:p>
    <w:p>
      <w:pPr>
        <w:pStyle w:val="ListBullet"/>
      </w:pPr>
      <w:r>
        <w:rPr>
          <w:b/>
        </w:rPr>
        <w:t>Monitores:</w:t>
      </w:r>
      <w:r>
        <w:rPr>
          <w:b w:val="0"/>
        </w:rPr>
        <w:t xml:space="preserve"> leen tarjetas a quien lo pida y revisan que cada uno anote su pista.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ya conocen «Las abejas». En A leen las tarjetas cortas (4, 6 y 8); en C leen solos una oración ensayada.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tarjetas y texto en letra de 18 puntos en negritas; escribe con plumón negro de punta media.</w:t>
      </w:r>
    </w:p>
    <w:p>
      <w:r>
        <w:rPr>
          <w:b/>
        </w:rPr>
        <w:t>Cierre (15 min).</w:t>
      </w:r>
      <w:r>
        <w:rPr>
          <w:b w:val="0"/>
        </w:rPr>
        <w:t xml:space="preserve"> Boleto de salida: lees la tarjeta 7 y cada alumno escribe en un papelito el tipo de texto y una pista.</w:t>
      </w:r>
    </w:p>
    <w:p>
      <w:r>
        <w:rPr>
          <w:b/>
        </w:rPr>
        <w:t>Evidencia:</w:t>
      </w:r>
      <w:r>
        <w:rPr>
          <w:b w:val="0"/>
        </w:rPr>
        <w:t xml:space="preserve"> clasificación de las tarjetas e idea principal de «Las abejas» en el cuaderno.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confunden expositivo con argumentativo, enseña la pregunta de control: ¿me informa o me quiere convencer? Que busquen marcas de opinión: creo, considero, es mejor, se debe. Repítelo con tres tarjetas al iniciar la sesión 3.</w:t>
      </w:r>
    </w:p>
    <w:p>
      <w:pPr>
        <w:pStyle w:val="Heading2"/>
      </w:pPr>
      <w:r>
        <w:t>Sesión 3. Miércoles 25 de noviembre: Estaciones de escritura</w:t>
      </w:r>
    </w:p>
    <w:p>
      <w:r>
        <w:rPr>
          <w:b/>
        </w:rPr>
        <w:t>Propósito:</w:t>
      </w:r>
      <w:r>
        <w:rPr>
          <w:b w:val="0"/>
        </w:rPr>
        <w:t xml:space="preserve"> corregir mayúsculas, acentos y puntuación, y escribir un párrafo argumentativo con conectores.</w:t>
      </w:r>
    </w:p>
    <w:p>
      <w:r>
        <w:rPr>
          <w:b/>
        </w:rPr>
        <w:t>Inicio (15 min).</w:t>
      </w:r>
      <w:r>
        <w:rPr>
          <w:b w:val="0"/>
        </w:rPr>
        <w:t xml:space="preserve"> Juego Conector relámpago. Cada equipo tiene 6 tarjetas: además, sin embargo, porque, por eso, por ejemplo, en conclusión. Dices dos oraciones y levantan la tarjeta que las une; gana punto el primer equipo correcto.</w:t>
      </w:r>
    </w:p>
    <w:p>
      <w:pPr>
        <w:pStyle w:val="ListBullet"/>
      </w:pPr>
      <w:r>
        <w:rPr>
          <w:b w:val="0"/>
        </w:rPr>
        <w:t>«Llovió toda la noche. ___ se inundó la calle.» (por eso)</w:t>
      </w:r>
    </w:p>
    <w:p>
      <w:pPr>
        <w:pStyle w:val="ListBullet"/>
      </w:pPr>
      <w:r>
        <w:rPr>
          <w:b w:val="0"/>
        </w:rPr>
        <w:t>«Me gusta el futbol, ___ prefiero el basquetbol.» (sin embargo)</w:t>
      </w:r>
    </w:p>
    <w:p>
      <w:pPr>
        <w:pStyle w:val="ListBullet"/>
      </w:pPr>
      <w:r>
        <w:rPr>
          <w:b w:val="0"/>
        </w:rPr>
        <w:t>«Faltó a clase ___ estaba enfermo.» (porque)</w:t>
      </w:r>
    </w:p>
    <w:p>
      <w:pPr>
        <w:pStyle w:val="ListBullet"/>
      </w:pPr>
      <w:r>
        <w:rPr>
          <w:b w:val="0"/>
        </w:rPr>
        <w:t>«Hay frutas de temporada, ___ la mandarina.» (por ejemplo)</w:t>
      </w:r>
    </w:p>
    <w:p>
      <w:r>
        <w:rPr>
          <w:b/>
        </w:rPr>
        <w:t>Desarrollo (60 min).</w:t>
      </w:r>
      <w:r>
        <w:rPr>
          <w:b w:val="0"/>
        </w:rPr>
        <w:t xml:space="preserve"> Tres estaciones con tres rotaciones de 18 min.</w:t>
      </w:r>
    </w:p>
    <w:p>
      <w:pPr>
        <w:pStyle w:val="ListBullet"/>
      </w:pPr>
      <w:r>
        <w:rPr>
          <w:b/>
        </w:rPr>
        <w:t>Estación A, Corrector exprés:</w:t>
      </w:r>
      <w:r>
        <w:rPr>
          <w:b w:val="0"/>
        </w:rPr>
        <w:t xml:space="preserve"> marcan errores en el párrafo del banco con código (M mayúscula, A acento, P puntuación) y lo copian corregido.</w:t>
      </w:r>
    </w:p>
    <w:p>
      <w:pPr>
        <w:pStyle w:val="ListBullet"/>
      </w:pPr>
      <w:r>
        <w:rPr>
          <w:b/>
        </w:rPr>
        <w:t>Estación B, Arma tu argumento:</w:t>
      </w:r>
      <w:r>
        <w:rPr>
          <w:b w:val="0"/>
        </w:rPr>
        <w:t xml:space="preserve"> ordenan las 4 tiras del huerto y las pegan. Luego escriben su propio párrafo con la misma estructura sobre: ¿deberían dejar tarea los fines de semana?</w:t>
      </w:r>
    </w:p>
    <w:p>
      <w:pPr>
        <w:pStyle w:val="ListBullet"/>
      </w:pPr>
      <w:r>
        <w:rPr>
          <w:b/>
        </w:rPr>
        <w:t>Estación C, contigo, revisión entre pares:</w:t>
      </w:r>
      <w:r>
        <w:rPr>
          <w:b w:val="0"/>
        </w:rPr>
        <w:t xml:space="preserve"> cada alumno trae un texto suyo del trimestre. En parejas revisan tres cosas: mayúscula al inicio y punto al final, acentos del muro de palabras, si se entiende la idea. Escriben dos sugerencias para su compañero.</w:t>
      </w:r>
    </w:p>
    <w:p>
      <w:pPr>
        <w:pStyle w:val="ListBullet"/>
      </w:pPr>
      <w:r>
        <w:rPr>
          <w:b/>
        </w:rPr>
        <w:t>Monitores:</w:t>
      </w:r>
      <w:r>
        <w:rPr>
          <w:b w:val="0"/>
        </w:rPr>
        <w:t xml:space="preserve"> en A guardan la versión corregida y la muestran cuando el equipo termina.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en B usan la plantilla «Creo que... porque... Además... Por eso...»; en C trabajan contigo junto con su monitor.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tiras y párrafo ampliados; las tres preguntas de revisión en grande sobre su mesa.</w:t>
      </w:r>
    </w:p>
    <w:p>
      <w:r>
        <w:rPr>
          <w:b/>
        </w:rPr>
        <w:t>Bloque de 9:45:</w:t>
      </w:r>
      <w:r>
        <w:rPr>
          <w:b w:val="0"/>
        </w:rPr>
        <w:t xml:space="preserve"> Ficha 1 individual (40 min).</w:t>
      </w:r>
    </w:p>
    <w:p>
      <w:r>
        <w:rPr>
          <w:b/>
        </w:rPr>
        <w:t>Cierre (15 min).</w:t>
      </w:r>
      <w:r>
        <w:rPr>
          <w:b w:val="0"/>
        </w:rPr>
        <w:t xml:space="preserve"> Tres voluntarios leen su párrafo; el grupo señala opinión, razones y conectores. Anota uno como modelo.</w:t>
      </w:r>
    </w:p>
    <w:p>
      <w:r>
        <w:rPr>
          <w:b/>
        </w:rPr>
        <w:t>Evidencia:</w:t>
      </w:r>
      <w:r>
        <w:rPr>
          <w:b w:val="0"/>
        </w:rPr>
        <w:t xml:space="preserve"> párrafo corregido, párrafo argumentativo y Ficha 1.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fallan en acentos, no expliques todas las reglas. Pega un muro con 10 palabras: más, también, está, después, así, ahí, día, país, número, árbol. Que lo consulten antes de entregar.</w:t>
      </w:r>
    </w:p>
    <w:p>
      <w:pPr>
        <w:pStyle w:val="Heading2"/>
      </w:pPr>
      <w:r>
        <w:t>Sesión 4. Jueves 26 de noviembre: Números grandes, fracciones y decimales</w:t>
      </w:r>
    </w:p>
    <w:p>
      <w:r>
        <w:rPr>
          <w:b/>
        </w:rPr>
        <w:t>Propósito:</w:t>
      </w:r>
      <w:r>
        <w:rPr>
          <w:b w:val="0"/>
        </w:rPr>
        <w:t xml:space="preserve"> leer, escribir y comparar números hasta millones, y ordenar y encontrar equivalencias entre fracciones, decimales y porcentajes.</w:t>
      </w:r>
    </w:p>
    <w:p>
      <w:r>
        <w:rPr>
          <w:b/>
        </w:rPr>
        <w:t>Inicio (15 min).</w:t>
      </w:r>
      <w:r>
        <w:rPr>
          <w:b w:val="0"/>
        </w:rPr>
        <w:t xml:space="preserve"> Dicta 3 040 508; 12 000 450; 7 007 007; 905 060 y 20 300 000. Los escriben en una hoja, la levantan y revisas. Pregunta cuánto vale el 3 en el primero (3 000 000).</w:t>
      </w:r>
    </w:p>
    <w:p>
      <w:r>
        <w:rPr>
          <w:b/>
        </w:rPr>
        <w:t>Desarrollo (60 min).</w:t>
      </w:r>
      <w:r>
        <w:rPr>
          <w:b w:val="0"/>
        </w:rPr>
        <w:t xml:space="preserve"> Tres estaciones con tres rotaciones de 18 min.</w:t>
      </w:r>
    </w:p>
    <w:p>
      <w:pPr>
        <w:pStyle w:val="ListBullet"/>
      </w:pPr>
      <w:r>
        <w:rPr>
          <w:b/>
        </w:rPr>
        <w:t>Estación A, Recta en el piso:</w:t>
      </w:r>
      <w:r>
        <w:rPr>
          <w:b w:val="0"/>
        </w:rPr>
        <w:t xml:space="preserve"> dos rectas de cinta masking de 2 m, con marcas en 0, 1 y 2 y rayitas cada 10 cm. Colocan las tarjetas 1/2, 0.5, 3/4, 0.75, 1/4, 0.25, 2/10, 0.2, 5/4, 1.25, 1 1/2 y 1.5. Anotan las parejas que caen en el mismo punto.</w:t>
      </w:r>
    </w:p>
    <w:p>
      <w:pPr>
        <w:pStyle w:val="ListBullet"/>
      </w:pPr>
      <w:r>
        <w:rPr>
          <w:b/>
        </w:rPr>
        <w:t>Estación B, Lotería de equivalencias:</w:t>
      </w:r>
      <w:r>
        <w:rPr>
          <w:b w:val="0"/>
        </w:rPr>
        <w:t xml:space="preserve"> el monitor canta una fracción y los jugadores tapan con un frijol el decimal o porcentaje equivalente.</w:t>
      </w:r>
    </w:p>
    <w:p>
      <w:pPr>
        <w:pStyle w:val="ListBullet"/>
      </w:pPr>
      <w:r>
        <w:rPr>
          <w:b/>
        </w:rPr>
        <w:t>Estación C, contigo:</w:t>
      </w:r>
      <w:r>
        <w:rPr>
          <w:b w:val="0"/>
        </w:rPr>
        <w:t xml:space="preserve"> tabla de valor posicional hasta decenas de millón. Descomponen 4 060 709 = 4 000 000 + 60 000 + 700 + 9 y otros dos números con ceros intermedios.</w:t>
      </w:r>
    </w:p>
    <w:p>
      <w:pPr>
        <w:pStyle w:val="ListBullet"/>
      </w:pPr>
      <w:r>
        <w:rPr>
          <w:b/>
        </w:rPr>
        <w:t>Monitores:</w:t>
      </w:r>
      <w:r>
        <w:rPr>
          <w:b w:val="0"/>
        </w:rPr>
        <w:t xml:space="preserve"> cantan la lotería y verifican cada «lotería» con la clave.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el monitor les lee las consignas escritas.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recta marcada con plumón grueso; tarjetas y tablas ampliadas.</w:t>
      </w:r>
    </w:p>
    <w:p>
      <w:r>
        <w:rPr>
          <w:b/>
        </w:rPr>
        <w:t>Cierre (15 min).</w:t>
      </w:r>
      <w:r>
        <w:rPr>
          <w:b w:val="0"/>
        </w:rPr>
        <w:t xml:space="preserve"> Responden en el cuaderno: ¿qué es mayor, 0.5 o 0.45? (0.5); ¿qué fracción es 0.25? (1/4); escribe quince millones sesenta mil (15 060 000).</w:t>
      </w:r>
    </w:p>
    <w:p>
      <w:r>
        <w:rPr>
          <w:b/>
        </w:rPr>
        <w:t>Evidencia:</w:t>
      </w:r>
      <w:r>
        <w:rPr>
          <w:b w:val="0"/>
        </w:rPr>
        <w:t xml:space="preserve"> tabla de valor posicional y parejas de la recta.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dicen que 0.45 es mayor que 0.5 porque 45 es mayor que 5, usa dinero: 45 centavos contra 50 centavos. Que agreguen ceros para comparar con las mismas cifras decimales.</w:t>
      </w:r>
    </w:p>
    <w:p>
      <w:pPr>
        <w:pStyle w:val="Heading2"/>
      </w:pPr>
      <w:r>
        <w:t>Sesión 5. Viernes 27 de noviembre: Operaciones y problemas</w:t>
      </w:r>
    </w:p>
    <w:p>
      <w:r>
        <w:rPr>
          <w:b/>
        </w:rPr>
        <w:t>Propósito:</w:t>
      </w:r>
      <w:r>
        <w:rPr>
          <w:b w:val="0"/>
        </w:rPr>
        <w:t xml:space="preserve"> sumar y restar fracciones con distinto denominador, operar con decimales y resolver problemas.</w:t>
      </w:r>
    </w:p>
    <w:p>
      <w:r>
        <w:rPr>
          <w:b/>
        </w:rPr>
        <w:t>Inicio (15 min).</w:t>
      </w:r>
      <w:r>
        <w:rPr>
          <w:b w:val="0"/>
        </w:rPr>
        <w:t xml:space="preserve"> Carrera de relevos por equipo en el pizarrón. Pasa un alumno por paso y el siguiente usa el resultado anterior:</w:t>
      </w:r>
    </w:p>
    <w:p>
      <w:pPr>
        <w:pStyle w:val="ListNumber"/>
      </w:pPr>
      <w:r>
        <w:rPr>
          <w:b w:val="0"/>
        </w:rPr>
        <w:t>125.5 + 34.5 (160)</w:t>
      </w:r>
    </w:p>
    <w:p>
      <w:pPr>
        <w:pStyle w:val="ListNumber"/>
      </w:pPr>
      <w:r>
        <w:rPr>
          <w:b w:val="0"/>
        </w:rPr>
        <w:t>el resultado entre 4 (40)</w:t>
      </w:r>
    </w:p>
    <w:p>
      <w:pPr>
        <w:pStyle w:val="ListNumber"/>
      </w:pPr>
      <w:r>
        <w:rPr>
          <w:b w:val="0"/>
        </w:rPr>
        <w:t>por 0.5 (20)</w:t>
      </w:r>
    </w:p>
    <w:p>
      <w:pPr>
        <w:pStyle w:val="ListNumber"/>
      </w:pPr>
      <w:r>
        <w:rPr>
          <w:b w:val="0"/>
        </w:rPr>
        <w:t>menos 3.75 (16.25)</w:t>
      </w:r>
    </w:p>
    <w:p>
      <w:pPr>
        <w:pStyle w:val="ListNumber"/>
      </w:pPr>
      <w:r>
        <w:rPr>
          <w:b w:val="0"/>
        </w:rPr>
        <w:t>por 2 (32.5)</w:t>
      </w:r>
    </w:p>
    <w:p>
      <w:r>
        <w:rPr>
          <w:b w:val="0"/>
        </w:rPr>
        <w:t>Gana el primero que llegue a 32.5 sin errores.</w:t>
      </w:r>
    </w:p>
    <w:p>
      <w:r>
        <w:rPr>
          <w:b/>
        </w:rPr>
        <w:t>Desarrollo (60 min).</w:t>
      </w:r>
      <w:r>
        <w:rPr>
          <w:b w:val="0"/>
        </w:rPr>
        <w:t xml:space="preserve"> Tres estaciones con tres rotaciones de 18 min.</w:t>
      </w:r>
    </w:p>
    <w:p>
      <w:pPr>
        <w:pStyle w:val="ListBullet"/>
      </w:pPr>
      <w:r>
        <w:rPr>
          <w:b/>
        </w:rPr>
        <w:t>Estación A, Tiras de fracciones:</w:t>
      </w:r>
      <w:r>
        <w:rPr>
          <w:b w:val="0"/>
        </w:rPr>
        <w:t xml:space="preserve"> recortan tiras de 1/2, 1/3, 1/4, 1/6, 1/8 y 1/12. Resuelven con tiras y luego con equivalentes:</w:t>
      </w:r>
    </w:p>
    <w:p>
      <w:pPr>
        <w:pStyle w:val="ListBullet"/>
      </w:pPr>
      <w:r>
        <w:rPr>
          <w:b w:val="0"/>
        </w:rPr>
        <w:t>1/2 + 1/4 = 3/4</w:t>
      </w:r>
    </w:p>
    <w:p>
      <w:pPr>
        <w:pStyle w:val="ListBullet"/>
      </w:pPr>
      <w:r>
        <w:rPr>
          <w:b w:val="0"/>
        </w:rPr>
        <w:t>1/3 + 1/6 = 1/2</w:t>
      </w:r>
    </w:p>
    <w:p>
      <w:pPr>
        <w:pStyle w:val="ListBullet"/>
      </w:pPr>
      <w:r>
        <w:rPr>
          <w:b w:val="0"/>
        </w:rPr>
        <w:t>3/4 − 1/8 = 5/8</w:t>
      </w:r>
    </w:p>
    <w:p>
      <w:pPr>
        <w:pStyle w:val="ListBullet"/>
      </w:pPr>
      <w:r>
        <w:rPr>
          <w:b w:val="0"/>
        </w:rPr>
        <w:t>1/2 − 1/3 = 1/6</w:t>
      </w:r>
    </w:p>
    <w:p>
      <w:pPr>
        <w:pStyle w:val="ListBullet"/>
      </w:pPr>
      <w:r>
        <w:rPr>
          <w:b/>
        </w:rPr>
        <w:t>Estación B, Mercado de decimales:</w:t>
      </w:r>
      <w:r>
        <w:rPr>
          <w:b w:val="0"/>
        </w:rPr>
        <w:t xml:space="preserve"> con el catálogo del banco, cada alumno arma un ticket de 3 productos, calcula total y cambio de $200, y divide la compra entre 2 personas.</w:t>
      </w:r>
    </w:p>
    <w:p>
      <w:pPr>
        <w:pStyle w:val="ListBullet"/>
      </w:pPr>
      <w:r>
        <w:rPr>
          <w:b/>
        </w:rPr>
        <w:t>Estación C, contigo, problemas en cuatro pasos:</w:t>
      </w:r>
      <w:r>
        <w:rPr>
          <w:b w:val="0"/>
        </w:rPr>
        <w:t xml:space="preserve"> entiendo, planeo, resuelvo, compruebo.</w:t>
      </w:r>
    </w:p>
    <w:p>
      <w:pPr>
        <w:pStyle w:val="ListBullet"/>
      </w:pPr>
      <w:r>
        <w:rPr>
          <w:b w:val="0"/>
        </w:rPr>
        <w:t>«Una costurera tiene 4.5 m de tela y usa 1.75 m. ¿Cuánto le queda?» (2.75 m)</w:t>
      </w:r>
    </w:p>
    <w:p>
      <w:pPr>
        <w:pStyle w:val="ListBullet"/>
      </w:pPr>
      <w:r>
        <w:rPr>
          <w:b w:val="0"/>
        </w:rPr>
        <w:t>«Un garrafón tiene 20 L. ¿Cuántos vasos de 0.25 L se llenan?» (80)</w:t>
      </w:r>
    </w:p>
    <w:p>
      <w:pPr>
        <w:pStyle w:val="ListBullet"/>
      </w:pPr>
      <w:r>
        <w:rPr>
          <w:b/>
        </w:rPr>
        <w:t>Monitores:</w:t>
      </w:r>
      <w:r>
        <w:rPr>
          <w:b w:val="0"/>
        </w:rPr>
        <w:t xml:space="preserve"> revisan tickets con el ejemplo del catálogo.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el monitor lee catálogo y problemas; ellos calculan y explican en voz alta.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tiras en cartulina con líneas remarcadas; catálogo en letra grande.</w:t>
      </w:r>
    </w:p>
    <w:p>
      <w:r>
        <w:rPr>
          <w:b/>
        </w:rPr>
        <w:t>Bloque de 9:45:</w:t>
      </w:r>
      <w:r>
        <w:rPr>
          <w:b w:val="0"/>
        </w:rPr>
        <w:t xml:space="preserve"> Ficha 2 individual (40 min).</w:t>
      </w:r>
    </w:p>
    <w:p>
      <w:r>
        <w:rPr>
          <w:b/>
        </w:rPr>
        <w:t>Cierre (15 min).</w:t>
      </w:r>
      <w:r>
        <w:rPr>
          <w:b w:val="0"/>
        </w:rPr>
        <w:t xml:space="preserve"> Dos equipos muestran procedimientos distintos para un mismo ejercicio. Anotan el error más común y cómo evitarlo.</w:t>
      </w:r>
    </w:p>
    <w:p>
      <w:r>
        <w:rPr>
          <w:b/>
        </w:rPr>
        <w:t>Evidencia:</w:t>
      </w:r>
      <w:r>
        <w:rPr>
          <w:b w:val="0"/>
        </w:rPr>
        <w:t xml:space="preserve"> ticket, operaciones con tiras y Ficha 2.</w:t>
      </w:r>
    </w:p>
    <w:p>
      <w:r>
        <w:rPr>
          <w:b/>
        </w:rPr>
        <w:t>Decisión pedagógica (si no sale):</w:t>
      </w:r>
    </w:p>
    <w:p>
      <w:pPr>
        <w:pStyle w:val="ListBullet"/>
      </w:pPr>
      <w:r>
        <w:rPr>
          <w:b w:val="0"/>
        </w:rPr>
        <w:t>Si suman denominadores (1/2 + 1/4 = 2/6), regresa a las tiras: ¿2/6 es más o menos que 1/2? Entonces no puede ser el resultado.</w:t>
      </w:r>
    </w:p>
    <w:p>
      <w:pPr>
        <w:pStyle w:val="ListBullet"/>
      </w:pPr>
      <w:r>
        <w:rPr>
          <w:b w:val="0"/>
        </w:rPr>
        <w:t>Si hay Consejo Técnico este viernes, pasa esta sesión al lunes 30 y junta las sesiones 6 y 7 el martes 1.</w:t>
      </w:r>
    </w:p>
    <w:p>
      <w:pPr>
        <w:pStyle w:val="Heading2"/>
      </w:pPr>
      <w:r>
        <w:t>Sesión 6. Lunes 30 de noviembre: Lectura, el agua de la casa</w:t>
      </w:r>
    </w:p>
    <w:p>
      <w:r>
        <w:rPr>
          <w:b/>
        </w:rPr>
        <w:t>Propósito:</w:t>
      </w:r>
      <w:r>
        <w:rPr>
          <w:b w:val="0"/>
        </w:rPr>
        <w:t xml:space="preserve"> comprender un texto expositivo con datos, inferir y relacionar el cuidado del agua con un derecho humano.</w:t>
      </w:r>
    </w:p>
    <w:p>
      <w:r>
        <w:rPr>
          <w:b/>
        </w:rPr>
        <w:t>Inicio (15 min).</w:t>
      </w:r>
      <w:r>
        <w:rPr>
          <w:b w:val="0"/>
        </w:rPr>
        <w:t xml:space="preserve"> Pregunta cuántos litros usa una persona al bañarse y anota 5 predicciones. Presenta las palabras tinaco, fuga, red y derecho humano; que digan qué saben de cada una.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Lectura compartida (15 min):</w:t>
      </w:r>
      <w:r>
        <w:rPr>
          <w:b w:val="0"/>
        </w:rPr>
        <w:t xml:space="preserve"> tú lees el párrafo 1; los párrafos 2 a 4 los lee el lector de cada equipo en voz baja.</w:t>
      </w:r>
    </w:p>
    <w:p>
      <w:pPr>
        <w:pStyle w:val="ListBullet"/>
      </w:pPr>
      <w:r>
        <w:rPr>
          <w:b/>
        </w:rPr>
        <w:t>Ficha 3 en parejas (30 min).</w:t>
      </w:r>
    </w:p>
    <w:p>
      <w:pPr>
        <w:pStyle w:val="ListBullet"/>
      </w:pPr>
      <w:r>
        <w:rPr>
          <w:b/>
        </w:rPr>
        <w:t>Debate de las cuatro esquinas (15 min):</w:t>
      </w:r>
      <w:r>
        <w:rPr>
          <w:b w:val="0"/>
        </w:rPr>
        <w:t xml:space="preserve"> ¿de quién es la responsabilidad de cuidar el agua: de las familias, de las autoridades o de ambas? Se colocan en la esquina de su postura. Cada esquina da dos argumentos con «porque» y un dato del texto. Quien cambie de opinión puede moverse.</w:t>
      </w:r>
    </w:p>
    <w:p>
      <w:pPr>
        <w:pStyle w:val="ListBullet"/>
      </w:pPr>
      <w:r>
        <w:rPr>
          <w:b/>
        </w:rPr>
        <w:t>Monitores:</w:t>
      </w:r>
      <w:r>
        <w:rPr>
          <w:b w:val="0"/>
        </w:rPr>
        <w:t xml:space="preserve"> hacen pareja con los alumnos con rezago.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leyeron el texto contigo el viernes; la consigna 7 pueden decirla y el monitor la escribe.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ficha ampliada; su pareja le dicta las cifras.</w:t>
      </w:r>
    </w:p>
    <w:p>
      <w:r>
        <w:rPr>
          <w:b/>
        </w:rPr>
        <w:t>Cierre (15 min).</w:t>
      </w:r>
      <w:r>
        <w:rPr>
          <w:b w:val="0"/>
        </w:rPr>
        <w:t xml:space="preserve"> Comparan sus predicciones con el dato del texto (100 litros en 10 minutos). Cada uno escribe un compromiso personal para cuidar el agua.</w:t>
      </w:r>
    </w:p>
    <w:p>
      <w:r>
        <w:rPr>
          <w:b/>
        </w:rPr>
        <w:t>Evidencia:</w:t>
      </w:r>
      <w:r>
        <w:rPr>
          <w:b w:val="0"/>
        </w:rPr>
        <w:t xml:space="preserve"> Ficha 3, compromiso y un argumento del debate.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no logran la inferencia de la consigna 7, piensa en voz alta frente al grupo: «El texto dice que mucha agua se pierde en la red de la calle. Entonces, aunque yo cierre bien la llave...». Que completen la idea.</w:t>
      </w:r>
    </w:p>
    <w:p>
      <w:pPr>
        <w:pStyle w:val="Heading2"/>
      </w:pPr>
      <w:r>
        <w:t>Sesión 7. Martes 1 de diciembre: Rally de problemas del agua</w:t>
      </w:r>
    </w:p>
    <w:p>
      <w:r>
        <w:rPr>
          <w:b/>
        </w:rPr>
        <w:t>Propósito:</w:t>
      </w:r>
      <w:r>
        <w:rPr>
          <w:b w:val="0"/>
        </w:rPr>
        <w:t xml:space="preserve"> resolver problemas de proporcionalidad y porcentajes sobre el uso del agua en la comunidad.</w:t>
      </w:r>
    </w:p>
    <w:p>
      <w:r>
        <w:rPr>
          <w:b/>
        </w:rPr>
        <w:t>Inicio (15 min).</w:t>
      </w:r>
      <w:r>
        <w:rPr>
          <w:b w:val="0"/>
        </w:rPr>
        <w:t xml:space="preserve"> Recuerda: 50 % es la mitad, 25 % es la cuarta parte, 10 % es dividir entre 10. Cálculo mental de esos porcentajes de $200, $80 y $360 (20, 50, 100; 8, 20, 40; 36, 90, 180).</w:t>
      </w:r>
    </w:p>
    <w:p>
      <w:r>
        <w:rPr>
          <w:b/>
        </w:rPr>
        <w:t>Desarrollo (60 min).</w:t>
      </w:r>
      <w:r>
        <w:rPr>
          <w:b w:val="0"/>
        </w:rPr>
        <w:t xml:space="preserve"> Seis postas en el salón, cada una con su problema en un sobre (banco de materiales).</w:t>
      </w:r>
    </w:p>
    <w:p>
      <w:pPr>
        <w:pStyle w:val="ListBullet"/>
      </w:pPr>
      <w:r>
        <w:rPr>
          <w:b w:val="0"/>
        </w:rPr>
        <w:t>Cada equipo empieza en una posta y tiene 8 min para resolver con procedimiento en su hoja de registro.</w:t>
      </w:r>
    </w:p>
    <w:p>
      <w:pPr>
        <w:pStyle w:val="ListBullet"/>
      </w:pPr>
      <w:r>
        <w:rPr>
          <w:b w:val="0"/>
        </w:rPr>
        <w:t>Te muestra la hoja; si es correcto, recibe la palabra de la posta. Rotan cada 9 min.</w:t>
      </w:r>
    </w:p>
    <w:p>
      <w:pPr>
        <w:pStyle w:val="ListBullet"/>
      </w:pPr>
      <w:r>
        <w:rPr>
          <w:b/>
        </w:rPr>
        <w:t>Monitores:</w:t>
      </w:r>
      <w:r>
        <w:rPr>
          <w:b w:val="0"/>
        </w:rPr>
        <w:t xml:space="preserve"> verifican que haya procedimiento antes de ir contigo.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el lector lee el problema dos veces; ellos subrayan los datos y hacen una operación.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problemas en letra grande; hoja sobre carpeta inclinada.</w:t>
      </w:r>
    </w:p>
    <w:p>
      <w:r>
        <w:rPr>
          <w:b/>
        </w:rPr>
        <w:t>Cierre (15 min).</w:t>
      </w:r>
      <w:r>
        <w:rPr>
          <w:b w:val="0"/>
        </w:rPr>
        <w:t xml:space="preserve"> Ordenan las palabras: EL AGUA ES DERECHO DE TODOS. Pregunta qué significa y qué pasa con las familias que no reciben agua diario. Cada equipo escribe una propuesta para ahorrar agua en la escuela, usando el dato de la posta 5.</w:t>
      </w:r>
    </w:p>
    <w:p>
      <w:r>
        <w:rPr>
          <w:b/>
        </w:rPr>
        <w:t>Evidencia:</w:t>
      </w:r>
      <w:r>
        <w:rPr>
          <w:b w:val="0"/>
        </w:rPr>
        <w:t xml:space="preserve"> hoja de registro y propuesta del equipo.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un equipo se atora más de 5 min, dale la pista escrita de esa posta y que avance; resuelvan la pendiente al final.</w:t>
      </w:r>
    </w:p>
    <w:p>
      <w:pPr>
        <w:pStyle w:val="Heading2"/>
      </w:pPr>
      <w:r>
        <w:t>Sesión 8. Miércoles 2 de diciembre: Rally del trimestre y mis estrategias</w:t>
      </w:r>
    </w:p>
    <w:p>
      <w:r>
        <w:rPr>
          <w:b/>
        </w:rPr>
        <w:t>Propósito:</w:t>
      </w:r>
      <w:r>
        <w:rPr>
          <w:b w:val="0"/>
        </w:rPr>
        <w:t xml:space="preserve"> repasar los cuatro campos en un juego cooperativo y preparar resúmenes y estrategias para el examen.</w:t>
      </w:r>
    </w:p>
    <w:p>
      <w:r>
        <w:rPr>
          <w:b/>
        </w:rPr>
        <w:t>Inicio (15 min).</w:t>
      </w:r>
    </w:p>
    <w:p>
      <w:pPr>
        <w:pStyle w:val="ListNumber"/>
      </w:pPr>
      <w:r>
        <w:rPr>
          <w:b w:val="0"/>
        </w:rPr>
        <w:t>Termómetro de nervios: cada alumno escribe del 1 al 5 qué tan nervioso está por el examen.</w:t>
      </w:r>
    </w:p>
    <w:p>
      <w:pPr>
        <w:pStyle w:val="ListNumber"/>
      </w:pPr>
      <w:r>
        <w:rPr>
          <w:b w:val="0"/>
        </w:rPr>
        <w:t>Practican respiración 4-4-4 tres veces: inhalan contando 4, sostienen 4, exhalan 4.</w:t>
      </w:r>
    </w:p>
    <w:p>
      <w:pPr>
        <w:pStyle w:val="ListNumber"/>
      </w:pPr>
      <w:r>
        <w:rPr>
          <w:b w:val="0"/>
        </w:rPr>
        <w:t>Anota tres pensamientos que ayudan antes de un examen.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Tablero gigante (35 min):</w:t>
      </w:r>
    </w:p>
    <w:p>
      <w:pPr>
        <w:pStyle w:val="ListBullet"/>
      </w:pPr>
      <w:r>
        <w:rPr>
          <w:b w:val="0"/>
        </w:rPr>
        <w:t>30 hojas numeradas en el piso, cada casilla con una letra: L, S, E o H.</w:t>
      </w:r>
    </w:p>
    <w:p>
      <w:pPr>
        <w:pStyle w:val="ListBullet"/>
      </w:pPr>
      <w:r>
        <w:rPr>
          <w:b w:val="0"/>
        </w:rPr>
        <w:t>Un equipo tira el dado, avanza y toma una tarjeta de esa letra.</w:t>
      </w:r>
    </w:p>
    <w:p>
      <w:pPr>
        <w:pStyle w:val="ListBullet"/>
      </w:pPr>
      <w:r>
        <w:rPr>
          <w:b w:val="0"/>
        </w:rPr>
        <w:t>Tienen 30 segundos para acordar la respuesta, y contesta alguien que no haya hablado.</w:t>
      </w:r>
    </w:p>
    <w:p>
      <w:pPr>
        <w:pStyle w:val="ListBullet"/>
      </w:pPr>
      <w:r>
        <w:rPr>
          <w:b w:val="0"/>
        </w:rPr>
        <w:t>Si fallan, regresan 2 casillas.</w:t>
      </w:r>
    </w:p>
    <w:p>
      <w:pPr>
        <w:pStyle w:val="ListBullet"/>
      </w:pPr>
      <w:r>
        <w:rPr>
          <w:b w:val="0"/>
        </w:rPr>
        <w:t>El grupo gana si los 6 equipos llegan a la casilla 30 antes del tiempo.</w:t>
      </w:r>
    </w:p>
    <w:p>
      <w:pPr>
        <w:pStyle w:val="ListBullet"/>
      </w:pPr>
      <w:r>
        <w:rPr>
          <w:b/>
        </w:rPr>
        <w:t>Resúmenes (25 min):</w:t>
      </w:r>
      <w:r>
        <w:rPr>
          <w:b w:val="0"/>
        </w:rPr>
        <w:t xml:space="preserve"> una página de Lenguajes (tipos de texto, conectores, muro de palabras) y una de Saberes (valor posicional, comparar decimales, sumar fracciones, porcentajes).</w:t>
      </w:r>
    </w:p>
    <w:p>
      <w:pPr>
        <w:pStyle w:val="ListBullet"/>
      </w:pPr>
      <w:r>
        <w:rPr>
          <w:b/>
        </w:rPr>
        <w:t>Monitores:</w:t>
      </w:r>
      <w:r>
        <w:rPr>
          <w:b w:val="0"/>
        </w:rPr>
        <w:t xml:space="preserve"> revisan los cuadernos de su equipo con la lista de cotejo.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el lector les lee la tarjeta; en el resumen copian el cuadro guía del pizarrón y agregan un ejemplo propio.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casillas y tarjetas en letra grande; un compañero la acompaña en el tablero.</w:t>
      </w:r>
    </w:p>
    <w:p>
      <w:r>
        <w:rPr>
          <w:b/>
        </w:rPr>
        <w:t>Cierre (15 min).</w:t>
      </w:r>
      <w:r>
        <w:rPr>
          <w:b w:val="0"/>
        </w:rPr>
        <w:t xml:space="preserve"> Cada alumno escribe 3 estrategias para el examen y las pega al final del cuaderno.</w:t>
      </w:r>
    </w:p>
    <w:p>
      <w:r>
        <w:rPr>
          <w:b/>
        </w:rPr>
        <w:t>Evidencia:</w:t>
      </w:r>
      <w:r>
        <w:rPr>
          <w:b w:val="0"/>
        </w:rPr>
        <w:t xml:space="preserve"> resúmenes y tarjeta de estrategias.</w:t>
      </w:r>
    </w:p>
    <w:p>
      <w:r>
        <w:rPr>
          <w:b/>
        </w:rPr>
        <w:t>Decisión pedagógica (si no sale):</w:t>
      </w:r>
    </w:p>
    <w:p>
      <w:pPr>
        <w:pStyle w:val="ListBullet"/>
      </w:pPr>
      <w:r>
        <w:rPr>
          <w:b w:val="0"/>
        </w:rPr>
        <w:t>Si el juego se alarga, córtalo a los 30 min y cuenta la meta con los equipos que llegaron.</w:t>
      </w:r>
    </w:p>
    <w:p>
      <w:pPr>
        <w:pStyle w:val="ListBullet"/>
      </w:pPr>
      <w:r>
        <w:rPr>
          <w:b w:val="0"/>
        </w:rPr>
        <w:t>Platica en el recreo con quienes marcaron 4 o 5 en el termómetro.</w:t>
      </w:r>
    </w:p>
    <w:p>
      <w:pPr>
        <w:pStyle w:val="Heading2"/>
      </w:pPr>
      <w:r>
        <w:t>Sesión 9. Jueves 3 de diciembre: Examen trimestral</w:t>
      </w:r>
    </w:p>
    <w:p>
      <w:r>
        <w:rPr>
          <w:b/>
        </w:rPr>
        <w:t>Propósito:</w:t>
      </w:r>
      <w:r>
        <w:rPr>
          <w:b w:val="0"/>
        </w:rPr>
        <w:t xml:space="preserve"> mostrar lo aprendido en los cuatro campos en un examen de 20 reactivos.</w:t>
      </w:r>
    </w:p>
    <w:p>
      <w:r>
        <w:rPr>
          <w:b/>
        </w:rPr>
        <w:t>Inicio (10 min).</w:t>
      </w:r>
      <w:r>
        <w:rPr>
          <w:b w:val="0"/>
        </w:rPr>
        <w:t xml:space="preserve"> Bancas separadas; solo lápiz, goma y sacapuntas. Respiración 4-4-4. Lee el guion de instrucciones.</w:t>
      </w:r>
    </w:p>
    <w:p>
      <w:r>
        <w:rPr>
          <w:b/>
        </w:rPr>
        <w:t>Desarrollo (70 min).</w:t>
      </w:r>
    </w:p>
    <w:p>
      <w:pPr>
        <w:pStyle w:val="ListBullet"/>
      </w:pPr>
      <w:r>
        <w:rPr>
          <w:b/>
        </w:rPr>
        <w:t>Parte 1 (30 min):</w:t>
      </w:r>
      <w:r>
        <w:rPr>
          <w:b w:val="0"/>
        </w:rPr>
        <w:t xml:space="preserve"> reactivos 1 a 7. Lees «La milpa» en voz alta una vez para todos.</w:t>
      </w:r>
    </w:p>
    <w:p>
      <w:pPr>
        <w:pStyle w:val="ListBullet"/>
      </w:pPr>
      <w:r>
        <w:rPr>
          <w:b/>
        </w:rPr>
        <w:t>Pausa activa (5 min):</w:t>
      </w:r>
      <w:r>
        <w:rPr>
          <w:b w:val="0"/>
        </w:rPr>
        <w:t xml:space="preserve"> estiramientos y respiración.</w:t>
      </w:r>
    </w:p>
    <w:p>
      <w:pPr>
        <w:pStyle w:val="ListBullet"/>
      </w:pPr>
      <w:r>
        <w:rPr>
          <w:b/>
        </w:rPr>
        <w:t>Parte 2 (35 min):</w:t>
      </w:r>
      <w:r>
        <w:rPr>
          <w:b w:val="0"/>
        </w:rPr>
        <w:t xml:space="preserve"> reactivos 8 a 20.</w:t>
      </w:r>
    </w:p>
    <w:p>
      <w:pPr>
        <w:pStyle w:val="ListBullet"/>
      </w:pPr>
      <w:r>
        <w:rPr>
          <w:b/>
        </w:rPr>
        <w:t>Monitores:</w:t>
      </w:r>
      <w:r>
        <w:rPr>
          <w:b w:val="0"/>
        </w:rPr>
        <w:t xml:space="preserve"> presentan como todos; si terminan antes, revisan y leen en silencio.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mesa del frente; relees el texto y las preguntas las veces que lo pidan; el reactivo 7 pueden dictártelo y lo anotas como «respuesta dictada».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examen ampliado y hasta 15 min extra.</w:t>
      </w:r>
    </w:p>
    <w:p>
      <w:r>
        <w:rPr>
          <w:b/>
        </w:rPr>
        <w:t>Cierre (10 min).</w:t>
      </w:r>
      <w:r>
        <w:rPr>
          <w:b w:val="0"/>
        </w:rPr>
        <w:t xml:space="preserve"> En un papelito sin nombre escriben el reactivo más fácil y el más difícil.</w:t>
      </w:r>
    </w:p>
    <w:p>
      <w:r>
        <w:rPr>
          <w:b/>
        </w:rPr>
        <w:t>Evidencia:</w:t>
      </w:r>
      <w:r>
        <w:rPr>
          <w:b w:val="0"/>
        </w:rPr>
        <w:t xml:space="preserve"> examen resuelto.</w:t>
      </w:r>
    </w:p>
    <w:p>
      <w:r>
        <w:rPr>
          <w:b/>
        </w:rPr>
        <w:t>Decisión pedagógica (si no sale):</w:t>
      </w:r>
      <w:r>
        <w:rPr>
          <w:b w:val="0"/>
        </w:rPr>
        <w:t xml:space="preserve"> quien no termine concluye la parte 2 en el bloque de 9:45. Califica esa tarde y llena el concentrado por PDA para elegir las estaciones de la sesión 10.</w:t>
      </w:r>
    </w:p>
    <w:p>
      <w:pPr>
        <w:pStyle w:val="Heading2"/>
      </w:pPr>
      <w:r>
        <w:t>Sesión 10. Viernes 4 de diciembre: Clínica de errores y cierre</w:t>
      </w:r>
    </w:p>
    <w:p>
      <w:r>
        <w:rPr>
          <w:b/>
        </w:rPr>
        <w:t>Propósito:</w:t>
      </w:r>
      <w:r>
        <w:rPr>
          <w:b w:val="0"/>
        </w:rPr>
        <w:t xml:space="preserve"> corregir los propios errores y planear la mejora para el segundo trimestre.</w:t>
      </w:r>
    </w:p>
    <w:p>
      <w:r>
        <w:rPr>
          <w:b/>
        </w:rPr>
        <w:t>Inicio (15 min).</w:t>
      </w:r>
      <w:r>
        <w:rPr>
          <w:b w:val="0"/>
        </w:rPr>
        <w:t xml:space="preserve"> Devuelve los exámenes. Muestra sin nombres cuántos lograron cada PDA. Recuerda que el examen es una evidencia entre varias.</w:t>
      </w:r>
    </w:p>
    <w:p>
      <w:r>
        <w:rPr>
          <w:b/>
        </w:rPr>
        <w:t>Desarrollo (60 min).</w:t>
      </w:r>
    </w:p>
    <w:p>
      <w:pPr>
        <w:pStyle w:val="ListBullet"/>
      </w:pPr>
      <w:r>
        <w:rPr>
          <w:b/>
        </w:rPr>
        <w:t>Clínica (35 min):</w:t>
      </w:r>
      <w:r>
        <w:rPr>
          <w:b w:val="0"/>
        </w:rPr>
        <w:t xml:space="preserve"> abre 3 estaciones con los PDA de menor logro. Opciones:</w:t>
      </w:r>
    </w:p>
    <w:p>
      <w:pPr>
        <w:pStyle w:val="ListBullet"/>
      </w:pPr>
      <w:r>
        <w:rPr>
          <w:b w:val="0"/>
        </w:rPr>
        <w:t>Leer para responder (reactivos 2 a 4);</w:t>
      </w:r>
    </w:p>
    <w:p>
      <w:pPr>
        <w:pStyle w:val="ListBullet"/>
      </w:pPr>
      <w:r>
        <w:rPr>
          <w:b w:val="0"/>
        </w:rPr>
        <w:t>Escribir mejor (6 y 7);</w:t>
      </w:r>
    </w:p>
    <w:p>
      <w:pPr>
        <w:pStyle w:val="ListBullet"/>
      </w:pPr>
      <w:r>
        <w:rPr>
          <w:b w:val="0"/>
        </w:rPr>
        <w:t>Fracciones y decimales (9 a 11);</w:t>
      </w:r>
    </w:p>
    <w:p>
      <w:pPr>
        <w:pStyle w:val="ListBullet"/>
      </w:pPr>
      <w:r>
        <w:rPr>
          <w:b w:val="0"/>
        </w:rPr>
        <w:t>Problemas (12 a 14).</w:t>
      </w:r>
    </w:p>
    <w:p>
      <w:r>
        <w:rPr>
          <w:b w:val="0"/>
        </w:rPr>
        <w:t>Cada alumno va a la estación de su error más frecuente. Corrige en el cuaderno, marca C en cada corrección y escribe «Me equivoqué porque...». Tú atiendes la estación más llena; los monitores, las otras con la clave.</w:t>
      </w:r>
    </w:p>
    <w:p>
      <w:pPr>
        <w:pStyle w:val="ListBullet"/>
      </w:pPr>
      <w:r>
        <w:rPr>
          <w:b/>
        </w:rPr>
        <w:t>Plan de mejora (15 min):</w:t>
      </w:r>
      <w:r>
        <w:rPr>
          <w:b w:val="0"/>
        </w:rPr>
        <w:t xml:space="preserve"> Lo que ya domino / Lo que voy a mejorar / Cómo lo haré / Quién me ayuda.</w:t>
      </w:r>
    </w:p>
    <w:p>
      <w:pPr>
        <w:pStyle w:val="ListBullet"/>
      </w:pPr>
      <w:r>
        <w:rPr>
          <w:b/>
        </w:rPr>
        <w:t>Coevaluación (10 min):</w:t>
      </w:r>
      <w:r>
        <w:rPr>
          <w:b w:val="0"/>
        </w:rPr>
        <w:t xml:space="preserve"> intercambian cuadernos y los revisan con la lista de cotejo; tú firmas.</w:t>
      </w:r>
    </w:p>
    <w:p>
      <w:pPr>
        <w:pStyle w:val="ListBullet"/>
      </w:pPr>
      <w:r>
        <w:rPr>
          <w:b/>
        </w:rPr>
        <w:t>Tres alumnos con rezago lector:</w:t>
      </w:r>
      <w:r>
        <w:rPr>
          <w:b w:val="0"/>
        </w:rPr>
        <w:t xml:space="preserve"> segundo registro de 1 minuto de lectura; muéstrales su avance y agrega una meta lectora a su plan.</w:t>
      </w:r>
    </w:p>
    <w:p>
      <w:pPr>
        <w:pStyle w:val="ListBullet"/>
      </w:pPr>
      <w:r>
        <w:rPr>
          <w:b/>
        </w:rPr>
        <w:t>Alumna con baja visión:</w:t>
      </w:r>
      <w:r>
        <w:rPr>
          <w:b w:val="0"/>
        </w:rPr>
        <w:t xml:space="preserve"> plan en letra grande; platica contigo 3 min sobre los apoyos que le sirvieron.</w:t>
      </w:r>
    </w:p>
    <w:p>
      <w:r>
        <w:rPr>
          <w:b/>
        </w:rPr>
        <w:t>Cierre (15 min).</w:t>
      </w:r>
      <w:r>
        <w:rPr>
          <w:b w:val="0"/>
        </w:rPr>
        <w:t xml:space="preserve"> Galería: recorren los cuadernos y dejan un comentario concreto y positivo en dos. Pregunta final: ¿qué sabemos hoy que en septiembre no sabíamos?</w:t>
      </w:r>
    </w:p>
    <w:p>
      <w:r>
        <w:rPr>
          <w:b/>
        </w:rPr>
        <w:t>Evidencia:</w:t>
      </w:r>
      <w:r>
        <w:rPr>
          <w:b w:val="0"/>
        </w:rPr>
        <w:t xml:space="preserve"> correcciones, plan de mejora y cuaderno completo.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más de 10 alumnos no lograron un mismo PDA, prográmalo como repaso en la primera semana del segundo trimestre.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Es un grupo regular de 6°, así que la diferenciación es por necesidades y roles.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Todo el grupo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Monitores (6)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Tres alumnos con rezago lector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Alumna con baja visión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Diagnóstico, semáforo y cuaderno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Ayudan a armar cuadernos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Preguntas leídas dos veces; respuestas dictadas; registro de lectura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Semáforo impreso en grande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2 y 3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Estaciones de lectura y escritura; Ficha 1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Leen tarjetas; muestran la versión corregida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Prelectura del texto; tarjetas cortas; plantilla de argumento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Material en 18 puntos; plumón negro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4 y 5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Recta, lotería, valor posicional, tiras, mercado; Ficha 2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Cantan la lotería; revisan tickets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El monitor lee consignas; explican en voz alta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Recta remarcada; tablas y catálogo ampliados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6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Lectura del agua, Ficha 3 y debate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Hacen pareja con alumnos con rezago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Texto leído antes; consigna 7 oral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ampliada; su pareja le dicta cifras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7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Rally de seis postas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Verifican procedimientos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Subrayan datos y operan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Problemas en letra grande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8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Tablero gigante, resúmenes y estrategias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Revisan cuadernos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Copian el cuadro guía con un ejemplo propio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Casillas grandes; compañero acompañante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9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de 20 reactivos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Presentan como todos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Mesa al frente; relectura; reactivo 7 dictado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ampliado; 15 min extra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Clínica, plan y galería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Atienden estaciones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Segundo registro y meta lectora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Plan ampliado; charla sobre apoyos</w:t>
            </w:r>
          </w:p>
        </w:tc>
      </w:tr>
    </w:tbl>
    <w:p/>
    <w:p>
      <w:pPr>
        <w:pStyle w:val="Heading1"/>
      </w:pPr>
      <w:r>
        <w:t>Evaluación</w:t>
      </w:r>
    </w:p>
    <w:p>
      <w:pPr>
        <w:pStyle w:val="ListBullet"/>
      </w:pPr>
      <w:r>
        <w:rPr>
          <w:b/>
        </w:rPr>
        <w:t>Diagnóstica (sesión 1):</w:t>
      </w:r>
      <w:r>
        <w:rPr>
          <w:b w:val="0"/>
        </w:rPr>
        <w:t xml:space="preserve"> 8 preguntas y semáforo para ajustar las sesiones 2 a 5.</w:t>
      </w:r>
    </w:p>
    <w:p>
      <w:pPr>
        <w:pStyle w:val="ListBullet"/>
      </w:pPr>
      <w:r>
        <w:rPr>
          <w:b/>
        </w:rPr>
        <w:t>Formativa:</w:t>
      </w:r>
    </w:p>
    <w:p>
      <w:pPr>
        <w:pStyle w:val="ListBullet"/>
      </w:pPr>
      <w:r>
        <w:rPr>
          <w:b w:val="0"/>
        </w:rPr>
        <w:t>boletos de salida (sesiones 2 y 4);</w:t>
      </w:r>
    </w:p>
    <w:p>
      <w:pPr>
        <w:pStyle w:val="ListBullet"/>
      </w:pPr>
      <w:r>
        <w:rPr>
          <w:b w:val="0"/>
        </w:rPr>
        <w:t>Fichas 1, 2 y 3 con su lista de cotejo;</w:t>
      </w:r>
    </w:p>
    <w:p>
      <w:pPr>
        <w:pStyle w:val="ListBullet"/>
      </w:pPr>
      <w:r>
        <w:rPr>
          <w:b w:val="0"/>
        </w:rPr>
        <w:t>hoja del rally (sesión 7);</w:t>
      </w:r>
    </w:p>
    <w:p>
      <w:pPr>
        <w:pStyle w:val="ListBullet"/>
      </w:pPr>
      <w:r>
        <w:rPr>
          <w:b w:val="0"/>
        </w:rPr>
        <w:t>termómetro de nervios (sesión 8);</w:t>
      </w:r>
    </w:p>
    <w:p>
      <w:pPr>
        <w:pStyle w:val="ListBullet"/>
      </w:pPr>
      <w:r>
        <w:rPr>
          <w:b w:val="0"/>
        </w:rPr>
        <w:t>registro de lectura de los tres alumnos con rezago (sesiones 1 y 10).</w:t>
      </w:r>
    </w:p>
    <w:p>
      <w:pPr>
        <w:pStyle w:val="ListBullet"/>
      </w:pPr>
      <w:r>
        <w:rPr>
          <w:b/>
        </w:rPr>
        <w:t>Sumativa:</w:t>
      </w:r>
      <w:r>
        <w:rPr>
          <w:b w:val="0"/>
        </w:rPr>
        <w:t xml:space="preserve"> examen trimestral con tabla de puntaje por PDA, y cuaderno de repaso.</w:t>
      </w:r>
    </w:p>
    <w:p>
      <w:pPr>
        <w:pStyle w:val="ListBullet"/>
      </w:pPr>
      <w:r>
        <w:rPr>
          <w:b/>
        </w:rPr>
        <w:t>Autoevaluación y coevaluación:</w:t>
      </w:r>
      <w:r>
        <w:rPr>
          <w:b w:val="0"/>
        </w:rPr>
        <w:t xml:space="preserve"> «Me evalúo» de cada ficha, plan de mejora y revisión del cuaderno entre compañeros.</w:t>
      </w:r>
    </w:p>
    <w:p>
      <w:r>
        <w:rPr>
          <w:b/>
        </w:rPr>
        <w:t>Lista de cotejo del cuaderno de repaso</w:t>
      </w:r>
      <w:r>
        <w:rPr>
          <w:b w:val="0"/>
        </w:rPr>
        <w:t xml:space="preserve"> (L logrado, EP en proceso, NL no logrado)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EP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NL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Observaciones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Portada, índice, diagnóstico y semáforo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Páginas de las sesiones 2 a 5 con respuestas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Fichas 1, 2 y 3 resueltas y corregidas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Hoja del rally y propuesta para la escuela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Resúmenes de Lenguajes y Saberes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Correcciones del examen marcadas con C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Plan de mejora con una acción concreta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</w:tbl>
    <w:p/>
    <w:p>
      <w:r>
        <w:rPr>
          <w:b/>
        </w:rPr>
        <w:t>Para la calificación del trimestre en Lenguajes y Saberes</w:t>
      </w:r>
      <w:r>
        <w:rPr>
          <w:b w:val="0"/>
        </w:rPr>
        <w:t>, una proporción posible es:</w:t>
      </w:r>
    </w:p>
    <w:p>
      <w:pPr>
        <w:pStyle w:val="ListBullet"/>
      </w:pPr>
      <w:r>
        <w:rPr>
          <w:b w:val="0"/>
        </w:rPr>
        <w:t>cuaderno y fichas: 40 %;</w:t>
      </w:r>
    </w:p>
    <w:p>
      <w:pPr>
        <w:pStyle w:val="ListBullet"/>
      </w:pPr>
      <w:r>
        <w:rPr>
          <w:b w:val="0"/>
        </w:rPr>
        <w:t>desempeño en estaciones y rally: 30 %;</w:t>
      </w:r>
    </w:p>
    <w:p>
      <w:pPr>
        <w:pStyle w:val="ListBullet"/>
      </w:pPr>
      <w:r>
        <w:rPr>
          <w:b w:val="0"/>
        </w:rPr>
        <w:t>examen: 30 %.</w:t>
      </w:r>
    </w:p>
    <w:p>
      <w:r>
        <w:rPr>
          <w:b w:val="0"/>
        </w:rPr>
        <w:t>Ajústala a lo acordado en tu Consejo Técnico. En Ética y De lo humano da más peso al debate, la propuesta del rally y los juegos que a los 3 reactivos del examen.</w:t>
      </w:r>
    </w:p>
    <w:p>
      <w:pPr>
        <w:pStyle w:val="Heading1"/>
      </w:pPr>
      <w:r>
        <w:t>Materiales</w:t>
      </w:r>
    </w:p>
    <w:p>
      <w:r>
        <w:rPr>
          <w:b/>
        </w:rPr>
        <w:t>Copias en blanco y negro</w:t>
      </w:r>
      <w:r>
        <w:rPr>
          <w:b w:val="0"/>
        </w:rPr>
        <w:t xml:space="preserve"> (para la alumna con baja visión, una copia ampliada al 150 % en doble carta de cada material):</w:t>
      </w:r>
    </w:p>
    <w:p>
      <w:pPr>
        <w:pStyle w:val="ListBullet"/>
      </w:pPr>
      <w:r>
        <w:rPr>
          <w:b w:val="0"/>
        </w:rPr>
        <w:t>Fichas 1, 2 y 3 y examen: 29 de cada uno.</w:t>
      </w:r>
    </w:p>
    <w:p>
      <w:pPr>
        <w:pStyle w:val="ListBullet"/>
      </w:pPr>
      <w:r>
        <w:rPr>
          <w:b w:val="0"/>
        </w:rPr>
        <w:t>«Las abejas» y párrafo para corregir: 29 de cada uno, 4 por hoja.</w:t>
      </w:r>
    </w:p>
    <w:p>
      <w:pPr>
        <w:pStyle w:val="ListBullet"/>
      </w:pPr>
      <w:r>
        <w:rPr>
          <w:b w:val="0"/>
        </w:rPr>
        <w:t>Tiras de fracciones: 29.</w:t>
      </w:r>
    </w:p>
    <w:p>
      <w:pPr>
        <w:pStyle w:val="ListBullet"/>
      </w:pPr>
      <w:r>
        <w:rPr>
          <w:b w:val="0"/>
        </w:rPr>
        <w:t>Para los equipos: 6 juegos de tiras del argumento, 6 catálogos, 6 hojas de registro y 6 juegos de tarjetas de conectores.</w:t>
      </w:r>
    </w:p>
    <w:p>
      <w:pPr>
        <w:pStyle w:val="ListBullet"/>
      </w:pPr>
      <w:r>
        <w:rPr>
          <w:b w:val="0"/>
        </w:rPr>
        <w:t>Lotería: 10 tablas y 2 juegos de cartas.</w:t>
      </w:r>
    </w:p>
    <w:p>
      <w:pPr>
        <w:pStyle w:val="ListBullet"/>
      </w:pPr>
      <w:r>
        <w:rPr>
          <w:b w:val="0"/>
        </w:rPr>
        <w:t>6 problemas de postas en sobres y 16 tarjetas del rally del trimestre.</w:t>
      </w:r>
    </w:p>
    <w:p>
      <w:r>
        <w:rPr>
          <w:b/>
        </w:rPr>
        <w:t>Otros:</w:t>
      </w:r>
    </w:p>
    <w:p>
      <w:pPr>
        <w:pStyle w:val="ListBullet"/>
      </w:pPr>
      <w:r>
        <w:rPr>
          <w:b w:val="0"/>
        </w:rPr>
        <w:t>290 hojas blancas, engrapadora, pegamento y tijeras.</w:t>
      </w:r>
    </w:p>
    <w:p>
      <w:pPr>
        <w:pStyle w:val="ListBullet"/>
      </w:pPr>
      <w:r>
        <w:rPr>
          <w:b w:val="0"/>
        </w:rPr>
        <w:t>2 rollos de cinta masking, plumón negro grueso, gis.</w:t>
      </w:r>
    </w:p>
    <w:p>
      <w:pPr>
        <w:pStyle w:val="ListBullet"/>
      </w:pPr>
      <w:r>
        <w:rPr>
          <w:b w:val="0"/>
        </w:rPr>
        <w:t>Dado grande, 30 hojas numeradas para el tablero, frijoles y campana.</w:t>
      </w:r>
    </w:p>
    <w:p>
      <w:pPr>
        <w:pStyle w:val="ListBullet"/>
      </w:pPr>
      <w:r>
        <w:rPr>
          <w:b w:val="0"/>
        </w:rPr>
        <w:t>Para la alumna con baja visión: plumón de punta media, lápiz 2B, carpeta para inclinar la hoja, y sus lentes o lupa si los usa.</w:t>
      </w:r>
    </w:p>
    <w:p>
      <w:pPr>
        <w:pStyle w:val="Heading2"/>
      </w:pPr>
      <w:r>
        <w:t>Banco de materiales</w:t>
      </w:r>
    </w:p>
    <w:p>
      <w:r>
        <w:rPr>
          <w:b/>
        </w:rPr>
        <w:t>Tarjetas de tipos de texto (sesión 2)</w:t>
      </w:r>
    </w:p>
    <w:p>
      <w:pPr>
        <w:pStyle w:val="ListNumber"/>
      </w:pPr>
      <w:r>
        <w:rPr>
          <w:b w:val="0"/>
        </w:rPr>
        <w:t>«Había una vez un tlacuache que quiso llevar el fuego a las personas. Esperó a que la anciana durmiera.» (narrativo)</w:t>
      </w:r>
    </w:p>
    <w:p>
      <w:pPr>
        <w:pStyle w:val="ListNumber"/>
      </w:pPr>
      <w:r>
        <w:rPr>
          <w:b w:val="0"/>
        </w:rPr>
        <w:t>«El ajolote es un anfibio que vive en los canales de Xochimilco. Puede regenerar partes de su cuerpo.» (expositivo)</w:t>
      </w:r>
    </w:p>
    <w:p>
      <w:pPr>
        <w:pStyle w:val="ListNumber"/>
      </w:pPr>
      <w:r>
        <w:rPr>
          <w:b w:val="0"/>
        </w:rPr>
        <w:t>«Considero que se debe prohibir tirar basura al río, porque contamina el agua de todos.» (argumentativo)</w:t>
      </w:r>
    </w:p>
    <w:p>
      <w:pPr>
        <w:pStyle w:val="ListNumber"/>
      </w:pPr>
      <w:r>
        <w:rPr>
          <w:b w:val="0"/>
        </w:rPr>
        <w:t>«Mezcla dos tazas de harina con una de agua. Amasa cinco minutos.» (instructivo)</w:t>
      </w:r>
    </w:p>
    <w:p>
      <w:pPr>
        <w:pStyle w:val="ListNumber"/>
      </w:pPr>
      <w:r>
        <w:rPr>
          <w:b w:val="0"/>
        </w:rPr>
        <w:t>«Ayer, los bomberos rescataron a un gato atrapado en un árbol del parque.» (narrativo)</w:t>
      </w:r>
    </w:p>
    <w:p>
      <w:pPr>
        <w:pStyle w:val="ListNumber"/>
      </w:pPr>
      <w:r>
        <w:rPr>
          <w:b w:val="0"/>
        </w:rPr>
        <w:t>«Los sismos se producen por el movimiento de las placas de la corteza terrestre.» (expositivo)</w:t>
      </w:r>
    </w:p>
    <w:p>
      <w:pPr>
        <w:pStyle w:val="ListNumber"/>
      </w:pPr>
      <w:r>
        <w:rPr>
          <w:b w:val="0"/>
        </w:rPr>
        <w:t>«Es mejor caminar a la escuela que ir en coche: haces ejercicio y contaminas menos.» (argumentativo)</w:t>
      </w:r>
    </w:p>
    <w:p>
      <w:pPr>
        <w:pStyle w:val="ListNumber"/>
      </w:pPr>
      <w:r>
        <w:rPr>
          <w:b w:val="0"/>
        </w:rPr>
        <w:t>«Antes de cruzar, mira a ambos lados y espera la luz verde.» (instructivo)</w:t>
      </w:r>
    </w:p>
    <w:p>
      <w:r>
        <w:rPr>
          <w:b/>
        </w:rPr>
        <w:t>«Las abejas» (sesión 2)</w:t>
      </w:r>
    </w:p>
    <w:p>
      <w:r>
        <w:rPr>
          <w:b w:val="0"/>
        </w:rPr>
        <w:t>«Las abejas son indispensables para la vida en el planeta. Al pasar de flor en flor, transportan el polen que permite que las plantas den frutos y semillas. Sin ellas, alimentos como la calabaza, el aguacate o la manzana serían escasos. Por eso preocupa que su número haya disminuido por el uso de plaguicidas y la pérdida de flores silvestres.»</w:t>
      </w:r>
    </w:p>
    <w:p>
      <w:r>
        <w:rPr>
          <w:b w:val="0"/>
        </w:rPr>
        <w:t>Idea principal: las abejas son indispensables porque polinizan las plantas que nos dan alimento.</w:t>
      </w:r>
    </w:p>
    <w:p>
      <w:r>
        <w:rPr>
          <w:b/>
        </w:rPr>
        <w:t>Párrafo para corregir (sesión 3)</w:t>
      </w:r>
    </w:p>
    <w:p>
      <w:r>
        <w:rPr>
          <w:b w:val="0"/>
        </w:rPr>
        <w:t>«ayer llovio mucho en mi colonia las calles se inundaron y no paso el camion de la basura mi mama dijo que hay que destapar las coladeras»</w:t>
      </w:r>
    </w:p>
    <w:p>
      <w:r>
        <w:rPr>
          <w:b w:val="0"/>
        </w:rPr>
        <w:t>Clave: «Ayer llovió mucho en mi colonia. Las calles se inundaron y no pasó el camión de la basura. Mi mamá dijo que hay que destapar las coladeras.»</w:t>
      </w:r>
    </w:p>
    <w:p>
      <w:r>
        <w:rPr>
          <w:b/>
        </w:rPr>
        <w:t>Tiras del argumento (sesión 3)</w:t>
      </w:r>
    </w:p>
    <w:p>
      <w:pPr>
        <w:pStyle w:val="ListNumber"/>
      </w:pPr>
      <w:r>
        <w:rPr>
          <w:b w:val="0"/>
        </w:rPr>
        <w:t>«Creo que la escuela debería tener un huerto.»</w:t>
      </w:r>
    </w:p>
    <w:p>
      <w:pPr>
        <w:pStyle w:val="ListNumber"/>
      </w:pPr>
      <w:r>
        <w:rPr>
          <w:b w:val="0"/>
        </w:rPr>
        <w:t>«Primero, porque aprenderíamos de dónde vienen los alimentos.»</w:t>
      </w:r>
    </w:p>
    <w:p>
      <w:pPr>
        <w:pStyle w:val="ListNumber"/>
      </w:pPr>
      <w:r>
        <w:rPr>
          <w:b w:val="0"/>
        </w:rPr>
        <w:t>«Además, comeríamos verduras frescas.»</w:t>
      </w:r>
    </w:p>
    <w:p>
      <w:pPr>
        <w:pStyle w:val="ListNumber"/>
      </w:pPr>
      <w:r>
        <w:rPr>
          <w:b w:val="0"/>
        </w:rPr>
        <w:t>«Por eso, propongo que cada grupo cuide una parte.»</w:t>
      </w:r>
    </w:p>
    <w:p>
      <w:r>
        <w:rPr>
          <w:b/>
        </w:rPr>
        <w:t>Lotería (sesión 4)</w:t>
      </w:r>
    </w:p>
    <w:p>
      <w:pPr>
        <w:pStyle w:val="ListBullet"/>
      </w:pPr>
      <w:r>
        <w:rPr>
          <w:b w:val="0"/>
        </w:rPr>
        <w:t>Cartas: 1/2, 1/4, 3/4, 1/10, 1/5, 2/5, 3/5, 4/5, 3/2, 7/10, 9/10, 1/20.</w:t>
      </w:r>
    </w:p>
    <w:p>
      <w:pPr>
        <w:pStyle w:val="ListBullet"/>
      </w:pPr>
      <w:r>
        <w:rPr>
          <w:b w:val="0"/>
        </w:rPr>
        <w:t>Cada tabla de 3 por 3 lleva 9 de estos equivalentes, mezclando decimales y porcentajes: 0.5, 25 %, 0.75, 10 %, 0.2, 40 %, 0.6, 80 %, 1.5, 70 %, 0.9, 5 %.</w:t>
      </w:r>
    </w:p>
    <w:p>
      <w:r>
        <w:rPr>
          <w:b/>
        </w:rPr>
        <w:t>Catálogo del mercado (sesión 5)</w:t>
      </w:r>
    </w:p>
    <w:p>
      <w:pPr>
        <w:pStyle w:val="ListBullet"/>
      </w:pPr>
      <w:r>
        <w:rPr>
          <w:b w:val="0"/>
        </w:rPr>
        <w:t>tortilla $24 el kg;</w:t>
      </w:r>
    </w:p>
    <w:p>
      <w:pPr>
        <w:pStyle w:val="ListBullet"/>
      </w:pPr>
      <w:r>
        <w:rPr>
          <w:b w:val="0"/>
        </w:rPr>
        <w:t>frijol $38 el kg;</w:t>
      </w:r>
    </w:p>
    <w:p>
      <w:pPr>
        <w:pStyle w:val="ListBullet"/>
      </w:pPr>
      <w:r>
        <w:rPr>
          <w:b w:val="0"/>
        </w:rPr>
        <w:t>jitomate $32.50 el kg;</w:t>
      </w:r>
    </w:p>
    <w:p>
      <w:pPr>
        <w:pStyle w:val="ListBullet"/>
      </w:pPr>
      <w:r>
        <w:rPr>
          <w:b w:val="0"/>
        </w:rPr>
        <w:t>aguacate $65 el kg;</w:t>
      </w:r>
    </w:p>
    <w:p>
      <w:pPr>
        <w:pStyle w:val="ListBullet"/>
      </w:pPr>
      <w:r>
        <w:rPr>
          <w:b w:val="0"/>
        </w:rPr>
        <w:t>leche $28.50 el litro;</w:t>
      </w:r>
    </w:p>
    <w:p>
      <w:pPr>
        <w:pStyle w:val="ListBullet"/>
      </w:pPr>
      <w:r>
        <w:rPr>
          <w:b w:val="0"/>
        </w:rPr>
        <w:t>huevo $45.80 el kg.</w:t>
      </w:r>
    </w:p>
    <w:p>
      <w:r>
        <w:rPr>
          <w:b w:val="0"/>
        </w:rPr>
        <w:t>Ejemplo de ticket: 1.5 kg de tortilla ($36) + 0.5 kg de aguacate ($32.50) + 1 L de leche ($28.50) = $97. Cambio de $200: $103. Entre 2 personas: $48.50 cada una.</w:t>
      </w:r>
    </w:p>
    <w:p>
      <w:r>
        <w:rPr>
          <w:b/>
        </w:rPr>
        <w:t>Postas del rally (sesión 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Posta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Problema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Respuesta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Palabra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Pista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3 cubetas llenan 30 L. ¿Cuántos litros llenan 7 cubetas?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70 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¿Cuánto llena 1 cubeta?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Para 4 L de agua de jamaica se usan 3 tazas de flor. ¿Cuántas tazas para 8 L? ¿Y para 10 L?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6 y 7.5 tazas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AGUA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Si duplico el agua, duplico la flor.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Un tinaco de 1 100 L abastece a una familia que usa 275 L al día. ¿Cuántos días le dura?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4 días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Divide.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El recibo de agua es de $360. Si ahorran 25 %, ¿cuánto pagan?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$270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DERECHO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El 25 % es la cuarta parte.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5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Una llave gotea 30 L al día. ¿Cuánto desperdicia en 30 días? ¿Y 10 llaves así?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900 L y 9 000 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Multiplica por 30.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6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 40 alumnos, 50 % se baña en menos de 10 min, 25 % entre 10 y 15 min y el resto en más de 15. ¿Cuántos hay en cada grupo?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20, 10 y 10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TODOS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Mitad y cuarta parte de 40.</w:t>
            </w:r>
          </w:p>
        </w:tc>
      </w:tr>
    </w:tbl>
    <w:p/>
    <w:p>
      <w:r>
        <w:rPr>
          <w:b/>
        </w:rPr>
        <w:t>Tarjetas del rally del trimestre (sesión 8)</w:t>
      </w:r>
    </w:p>
    <w:p>
      <w:pPr>
        <w:pStyle w:val="ListBullet"/>
      </w:pPr>
      <w:r>
        <w:rPr>
          <w:b/>
        </w:rPr>
        <w:t>L:</w:t>
      </w:r>
      <w:r>
        <w:rPr>
          <w:b w:val="0"/>
        </w:rPr>
        <w:t xml:space="preserve"> ¿Qué texto usa verbos como mezcla o corta? (instructivo). Di un conector para contrastar (sin embargo, pero). ¿Dónde lleva acento «después»? (en la e final). ¿Qué es una idea secundaria? (la que explica o ejemplifica la principal).</w:t>
      </w:r>
    </w:p>
    <w:p>
      <w:pPr>
        <w:pStyle w:val="ListBullet"/>
      </w:pPr>
      <w:r>
        <w:rPr>
          <w:b/>
        </w:rPr>
        <w:t>S:</w:t>
      </w:r>
      <w:r>
        <w:rPr>
          <w:b w:val="0"/>
        </w:rPr>
        <w:t xml:space="preserve"> Lee 30 405 060. ¿Qué es mayor, 2/3 o 0.6? (2/3). ¿Cuánto es 1/3 + 1/2? (5/6). ¿Cuánto es el 25 % de 120? (30).</w:t>
      </w:r>
    </w:p>
    <w:p>
      <w:pPr>
        <w:pStyle w:val="ListBullet"/>
      </w:pPr>
      <w:r>
        <w:rPr>
          <w:b/>
        </w:rPr>
        <w:t>E:</w:t>
      </w:r>
      <w:r>
        <w:rPr>
          <w:b w:val="0"/>
        </w:rPr>
        <w:t xml:space="preserve"> Di un derecho ligado a la naturaleza (agua, medio ambiente sano). ¿Qué es un acuerdo justo? (el que toma en cuenta a todos). ¿Quién repara las fugas de la red? (las autoridades). Di una forma de participar para resolver un problema de la escuela.</w:t>
      </w:r>
    </w:p>
    <w:p>
      <w:pPr>
        <w:pStyle w:val="ListBullet"/>
      </w:pPr>
      <w:r>
        <w:rPr>
          <w:b/>
        </w:rPr>
        <w:t>H:</w:t>
      </w:r>
      <w:r>
        <w:rPr>
          <w:b w:val="0"/>
        </w:rPr>
        <w:t xml:space="preserve"> Di una estrategia para calmarte. ¿Por qué colaborar en un juego? Di una meta y un paso para lograrla. ¿Cómo animas a quien se equivocó?</w:t>
      </w:r>
    </w:p>
    <w:p>
      <w:pPr>
        <w:pStyle w:val="Heading1"/>
      </w:pPr>
      <w:r>
        <w:t>Adecuaciones</w:t>
      </w:r>
    </w:p>
    <w:p>
      <w:r>
        <w:rPr>
          <w:b/>
        </w:rPr>
        <w:t>Tres alumnos con rezago en lectura</w:t>
      </w:r>
    </w:p>
    <w:p>
      <w:pPr>
        <w:pStyle w:val="ListBullet"/>
      </w:pPr>
      <w:r>
        <w:rPr>
          <w:b w:val="0"/>
        </w:rPr>
        <w:t>Prelectura diaria contigo (11:00) del texto del día siguiente: llegan a la sesión con el texto conocido.</w:t>
      </w:r>
    </w:p>
    <w:p>
      <w:pPr>
        <w:pStyle w:val="ListBullet"/>
      </w:pPr>
      <w:r>
        <w:rPr>
          <w:b w:val="0"/>
        </w:rPr>
        <w:t>El monitor de su equipo les lee consignas, nunca resuelve por ellos.</w:t>
      </w:r>
    </w:p>
    <w:p>
      <w:pPr>
        <w:pStyle w:val="ListBullet"/>
      </w:pPr>
      <w:r>
        <w:rPr>
          <w:b w:val="0"/>
        </w:rPr>
        <w:t>Respuestas orales o dictadas cuando la meta es comprender, no escribir.</w:t>
      </w:r>
    </w:p>
    <w:p>
      <w:pPr>
        <w:pStyle w:val="ListBullet"/>
      </w:pPr>
      <w:r>
        <w:rPr>
          <w:b w:val="0"/>
        </w:rPr>
        <w:t>Plantillas con inicio de oración para escribir.</w:t>
      </w:r>
    </w:p>
    <w:p>
      <w:pPr>
        <w:pStyle w:val="ListBullet"/>
      </w:pPr>
      <w:r>
        <w:rPr>
          <w:b w:val="0"/>
        </w:rPr>
        <w:t>Registro de palabras leídas bien en 1 minuto, en las sesiones 1 y 10, para mostrarles su avance.</w:t>
      </w:r>
    </w:p>
    <w:p>
      <w:pPr>
        <w:pStyle w:val="ListBullet"/>
      </w:pPr>
      <w:r>
        <w:rPr>
          <w:b w:val="0"/>
        </w:rPr>
        <w:t>En el examen, el texto y las preguntas se leen en voz alta; la calificación mide comprensión y cálculo, no la velocidad lectora.</w:t>
      </w:r>
    </w:p>
    <w:p>
      <w:r>
        <w:rPr>
          <w:b/>
        </w:rPr>
        <w:t>Alumna con baja visión</w:t>
      </w:r>
    </w:p>
    <w:p>
      <w:pPr>
        <w:pStyle w:val="ListBullet"/>
      </w:pPr>
      <w:r>
        <w:rPr>
          <w:b w:val="0"/>
        </w:rPr>
        <w:t>Todo el material ampliado al 150 % en doble carta, con letra de 18 puntos en negritas.</w:t>
      </w:r>
    </w:p>
    <w:p>
      <w:pPr>
        <w:pStyle w:val="ListBullet"/>
      </w:pPr>
      <w:r>
        <w:rPr>
          <w:b w:val="0"/>
        </w:rPr>
        <w:t>Lugar fijo cerca del pizarrón, con la luz a un lado.</w:t>
      </w:r>
    </w:p>
    <w:p>
      <w:pPr>
        <w:pStyle w:val="ListBullet"/>
      </w:pPr>
      <w:r>
        <w:rPr>
          <w:b w:val="0"/>
        </w:rPr>
        <w:t>Escribe en el pizarrón con letra grande y gis blanco, y lee en voz alta todo lo que escribes.</w:t>
      </w:r>
    </w:p>
    <w:p>
      <w:pPr>
        <w:pStyle w:val="ListBullet"/>
      </w:pPr>
      <w:r>
        <w:rPr>
          <w:b w:val="0"/>
        </w:rPr>
        <w:t>Plumón de punta media, lápiz 2B y carpeta inclinada.</w:t>
      </w:r>
    </w:p>
    <w:p>
      <w:pPr>
        <w:pStyle w:val="ListBullet"/>
      </w:pPr>
      <w:r>
        <w:rPr>
          <w:b w:val="0"/>
        </w:rPr>
        <w:t>En la recta y el tablero, marcas gruesas y un compañero acompañante.</w:t>
      </w:r>
    </w:p>
    <w:p>
      <w:pPr>
        <w:pStyle w:val="ListBullet"/>
      </w:pPr>
      <w:r>
        <w:rPr>
          <w:b w:val="0"/>
        </w:rPr>
        <w:t>En el examen, hasta 15 min extra.</w:t>
      </w:r>
    </w:p>
    <w:p>
      <w:pPr>
        <w:pStyle w:val="ListBullet"/>
      </w:pPr>
      <w:r>
        <w:rPr>
          <w:b w:val="0"/>
        </w:rPr>
        <w:t>Antes del día 23, pregunta a la alumna y a su familia qué tamaño de letra le funciona mejor.</w:t>
      </w:r>
    </w:p>
    <w:p>
      <w:r>
        <w:rPr>
          <w:b/>
        </w:rPr>
        <w:t>Alumnos que terminan antes:</w:t>
      </w:r>
      <w:r>
        <w:rPr>
          <w:b w:val="0"/>
        </w:rPr>
        <w:t xml:space="preserve"> inventan un problema con los datos de la estación para otro equipo, o escriben la clave de una tarjeta del rally.</w:t>
      </w:r>
    </w:p>
    <w:p>
      <w:r>
        <w:rPr>
          <w:b/>
        </w:rPr>
        <w:t>Inasistencias:</w:t>
      </w:r>
      <w:r>
        <w:rPr>
          <w:b w:val="0"/>
        </w:rPr>
        <w:t xml:space="preserve"> el monitor guarda una copia de cada material; el alumno completa la página de esa sesión en el cuaderno al regresar.</w:t>
      </w:r>
    </w:p>
    <w:p/>
    <w:p>
      <w:r>
        <w:rPr>
          <w:sz w:val="16"/>
        </w:rPr>
        <w:t>Material gratuito de Didaula · https://didaula.com/planeaciones/6-grado/6-grado-repaso-primer-trimestre/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