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Verificadores de la comunidad: noticias verdaderas y falsas, argumentos y la encuesta en el periódico escolar</w:t>
      </w:r>
    </w:p>
    <w:p>
      <w:r>
        <w:t>Planeación · 5° y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participación en debates sobre temas de interés común; análisis crítico de la información que circula en medios de comunicación; texto argumentativo. Saberes y pensamiento científico: organización e interpretación de datos; fracciones, porcentajes y proporcionalidad. Ética, naturaleza y sociedades: derecho a la información y uso responsable de los medios en la comunidad. De lo humano y lo comunitario: convivencia basada en el diálogo y la toma de acuerdos; cuidado de sí ante la información en medios digitales.</w:t>
      </w:r>
    </w:p>
    <w:p>
      <w:r>
        <w:rPr>
          <w:b/>
        </w:rPr>
        <w:t>PDA:</w:t>
      </w:r>
      <w:r>
        <w:rPr>
          <w:b w:val="0"/>
        </w:rPr>
        <w:t xml:space="preserve"> Lenguajes 5°: identifica la fuente, la intención y los datos que hacen confiable o no una noticia, y expresa su postura con argumentos en un debate. Lenguajes 6°: contrasta información de distintas fuentes, distingue hechos de opiniones y redacta un texto argumentativo con tesis, argumentos, contraargumento y conclusión. Saberes 5°: recolecta y organiza datos en tablas de frecuencia, relaciona fracciones con porcentajes sencillos (50%, 25%, 10%) y los representa en gráficas de barras. Saberes 6°: calcula porcentajes de una cantidad, resuelve problemas de proporcionalidad y construye e interpreta gráficas circulares y de barras. Ética (ambos grados): reconoce el derecho a la información y su responsabilidad de no difundir información falsa que afecte a la comunidad. De lo humano y lo comunitario (ambos grados): dialoga y toma acuerdos con respeto, reconoce las emociones que provoca un mensaje alarmante y practica detenerse antes de compartir.</w:t>
      </w:r>
    </w:p>
    <w:p>
      <w:r>
        <w:t>Proyecto de 2 semanas y 10 sesiones para el grupo multigrado de 5° (15) y 6° (14). Los alumnos verifican noticias que circulan en la comunidad, escriben textos argumentativos y debaten. También aplican una encuesta a las familias sobre de dónde se informan y la convierten en fracciones, porcentajes y gráficas. 5° trabaja porcentajes sencillos con 20 respuestas por equipo; 6° trabaja el total del grupo con proporción y gráfica circular. El producto final es un periódico escolar con sección de verificación y la gráfica de la encuesta.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Tus 29 alumnos (15 de 5° y 14 de 6°) van a aprender a dudar con método. Antes de creer una noticia, van a revisar quién la dice, cuándo, dónde y si otra fuente la confirma. Con lo que verifiquen escribirán textos argumentativos y debatirán.</w:t>
      </w:r>
    </w:p>
    <w:p>
      <w:r>
        <w:rPr>
          <w:b w:val="0"/>
        </w:rPr>
        <w:t>Al mismo tiempo aplicarán una encuesta a las familias sobre de dónde se informan y la convertirán en fracciones, porcentajes y gráficas:</w:t>
      </w:r>
    </w:p>
    <w:p>
      <w:pPr>
        <w:pStyle w:val="ListBullet"/>
      </w:pPr>
      <w:r>
        <w:rPr>
          <w:b/>
        </w:rPr>
        <w:t>5°</w:t>
      </w:r>
      <w:r>
        <w:rPr>
          <w:b w:val="0"/>
        </w:rPr>
        <w:t xml:space="preserve"> trabaja porcentajes sencillos (50%, 25%, 10%) con 20 respuestas por equipo.</w:t>
      </w:r>
    </w:p>
    <w:p>
      <w:pPr>
        <w:pStyle w:val="ListBullet"/>
      </w:pPr>
      <w:r>
        <w:rPr>
          <w:b/>
        </w:rPr>
        <w:t>6°</w:t>
      </w:r>
      <w:r>
        <w:rPr>
          <w:b w:val="0"/>
        </w:rPr>
        <w:t xml:space="preserve"> trabaja el total del grupo con proporción y gráfica circular.</w:t>
      </w:r>
    </w:p>
    <w:p>
      <w:r>
        <w:rPr>
          <w:b/>
        </w:rPr>
        <w:t>Producto final:</w:t>
      </w:r>
      <w:r>
        <w:rPr>
          <w:b w:val="0"/>
        </w:rPr>
        <w:t xml:space="preserve"> periódico escolar (nombre elegido por el grupo) en 4 hojas carta para fotocopiar. Lleva portada, sección «Verificado por 5° y 6°», gráfica de la encuesta, textos de opinión y el cuadro «Antes de compartir pregunto». Se presenta a otros grupos y a las familias.</w:t>
      </w:r>
    </w:p>
    <w:p>
      <w:r>
        <w:rPr>
          <w:b/>
        </w:rPr>
        <w:t>Metodología:</w:t>
      </w:r>
    </w:p>
    <w:p>
      <w:pPr>
        <w:pStyle w:val="ListBullet"/>
      </w:pPr>
      <w:r>
        <w:rPr>
          <w:b w:val="0"/>
        </w:rPr>
        <w:t>Proyecto comunitario: Lenguajes y Ética.</w:t>
      </w:r>
    </w:p>
    <w:p>
      <w:pPr>
        <w:pStyle w:val="ListBullet"/>
      </w:pPr>
      <w:r>
        <w:rPr>
          <w:b w:val="0"/>
        </w:rPr>
        <w:t>Indagación con datos reales: Saberes.</w:t>
      </w:r>
    </w:p>
    <w:p>
      <w:pPr>
        <w:pStyle w:val="ListBullet"/>
      </w:pPr>
      <w:r>
        <w:rPr>
          <w:b w:val="0"/>
        </w:rPr>
        <w:t>Aprendizaje servicio en la difusión del periódico: De lo humano y lo comunitario.</w:t>
      </w:r>
    </w:p>
    <w:p>
      <w:r>
        <w:rPr>
          <w:b/>
        </w:rPr>
        <w:t>Fechas:</w:t>
      </w:r>
      <w:r>
        <w:rPr>
          <w:b w:val="0"/>
        </w:rPr>
        <w:t xml:space="preserve"> del 16 al 27 de noviembre de 2026. Revisa dos días en tu calendario:</w:t>
      </w:r>
    </w:p>
    <w:p>
      <w:pPr>
        <w:pStyle w:val="ListBullet"/>
      </w:pPr>
      <w:r>
        <w:rPr>
          <w:b w:val="0"/>
        </w:rPr>
        <w:t>El lunes 16 es descanso obligatorio por el aniversario de la Revolución (tercer lunes de noviembre).</w:t>
      </w:r>
    </w:p>
    <w:p>
      <w:pPr>
        <w:pStyle w:val="ListBullet"/>
      </w:pPr>
      <w:r>
        <w:rPr>
          <w:b w:val="0"/>
        </w:rPr>
        <w:t>El viernes 27 puede ser Consejo Técnico.</w:t>
      </w:r>
    </w:p>
    <w:p>
      <w:r>
        <w:rPr>
          <w:b w:val="0"/>
        </w:rPr>
        <w:t>Las sesiones están numeradas, no fechadas. Si pierdes días, pasa la sesión 10 al lunes 30 de noviembre o junta las sesiones 8 y 9 en una sola jornada.</w:t>
      </w:r>
    </w:p>
    <w:p>
      <w:r>
        <w:rPr>
          <w:b/>
        </w:rPr>
        <w:t>Formato de cada sesión:</w:t>
      </w:r>
      <w:r>
        <w:rPr>
          <w:b w:val="0"/>
        </w:rPr>
        <w:t xml:space="preserve"> 90 minutos.</w:t>
      </w:r>
    </w:p>
    <w:p>
      <w:pPr>
        <w:pStyle w:val="ListBullet"/>
      </w:pPr>
      <w:r>
        <w:rPr>
          <w:b w:val="0"/>
        </w:rPr>
        <w:t>Inicio y cierre con todo el grupo.</w:t>
      </w:r>
    </w:p>
    <w:p>
      <w:pPr>
        <w:pStyle w:val="ListBullet"/>
      </w:pPr>
      <w:r>
        <w:rPr>
          <w:b w:val="0"/>
        </w:rPr>
        <w:t>En el desarrollo cada grado trabaja por separado y tú rotas: unos 25 minutos con un grado mientras el otro trabaja con su monitor, y luego cambias.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5° (15)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6° (14)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haces tú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14:00 a 14:15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Entrada y titular del día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Leen un titular proyectado y votan con tarjetas V, F o ?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Igual. Un alumno de 6° explica su voto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Proyectas el titular, cuentas votos y preguntas «¿cómo lo sabes?»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14:15 a 15:45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Sesión del proyecto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Desarrollo de 5°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Desarrollo de 6°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Inicio común, rotación por grado, cierre común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15:45 a 16:15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Receso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Guardias según rol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16:15 a 17:00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Práctica y apoyo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Cálculo mental de porcentajes y lectura de titulares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Cálculo mental de porcentajes y proporción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20 min con los 3 alumnos con rezago lector; luego revisas evidencias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17:00 a 18:00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Asignaturas del horario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Educación Física, Artes o Inglés según tu horario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Según horario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18:00 a 18:30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Cierre del día y salida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Anotan el pendiente en la agenda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Recuerdas la encuesta y avisos a familias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1. ¿Qué nos llega al celular?</w:t>
      </w:r>
    </w:p>
    <w:p>
      <w:r>
        <w:rPr>
          <w:b/>
        </w:rPr>
        <w:t>Propósito:</w:t>
      </w:r>
      <w:r>
        <w:rPr>
          <w:b w:val="0"/>
        </w:rPr>
        <w:t xml:space="preserve"> reconocer que no todo lo que circula en la comunidad es verdad y acordar el periódico como producto.</w:t>
      </w:r>
    </w:p>
    <w:p>
      <w:r>
        <w:rPr>
          <w:b/>
        </w:rPr>
        <w:t>Inicio (15 min, todos):</w:t>
      </w:r>
      <w:r>
        <w:rPr>
          <w:b w:val="0"/>
        </w:rPr>
        <w:t xml:space="preserve"> Proyecta tres mensajes inventados de la colonia:</w:t>
      </w:r>
    </w:p>
    <w:p>
      <w:pPr>
        <w:pStyle w:val="ListNumber"/>
      </w:pPr>
      <w:r>
        <w:rPr>
          <w:b w:val="0"/>
        </w:rPr>
        <w:t>«Mañana no hay clases en ninguna escuela por lluvia, pásalo», sin fuente ni fecha.</w:t>
      </w:r>
    </w:p>
    <w:p>
      <w:pPr>
        <w:pStyle w:val="ListNumber"/>
      </w:pPr>
      <w:r>
        <w:rPr>
          <w:b w:val="0"/>
        </w:rPr>
        <w:t>Aviso del municipio con fecha, lugar y horario de una jornada de vacunación.</w:t>
      </w:r>
    </w:p>
    <w:p>
      <w:pPr>
        <w:pStyle w:val="ListNumber"/>
      </w:pPr>
      <w:r>
        <w:rPr>
          <w:b w:val="0"/>
        </w:rPr>
        <w:t>«Regalan despensas si das tus datos en este enlace».</w:t>
      </w:r>
    </w:p>
    <w:p>
      <w:r>
        <w:rPr>
          <w:b w:val="0"/>
        </w:rPr>
        <w:t>Cada alumno vota con su tarjeta V (verdadero), F (falso) o ? (no sé). Pregunta: «¿Cómo lo supiste?» y «¿Qué sentiste al leerlo?». Anota en el pizarrón las emociones que digan.</w:t>
      </w:r>
    </w:p>
    <w:p>
      <w:r>
        <w:rPr>
          <w:b/>
        </w:rPr>
        <w:t>Desarrollo (60 min):</w:t>
      </w:r>
      <w:r>
        <w:rPr>
          <w:b w:val="0"/>
        </w:rPr>
        <w:t xml:space="preserve"> Reparte tiras con 6 titulares:</w:t>
      </w:r>
    </w:p>
    <w:p>
      <w:pPr>
        <w:pStyle w:val="ListNumber"/>
      </w:pPr>
      <w:r>
        <w:rPr>
          <w:b w:val="0"/>
        </w:rPr>
        <w:t>«Cierran el mercado municipal toda la semana por plaga», sin fecha ni fuente.</w:t>
      </w:r>
    </w:p>
    <w:p>
      <w:pPr>
        <w:pStyle w:val="ListNumber"/>
      </w:pPr>
      <w:r>
        <w:rPr>
          <w:b w:val="0"/>
        </w:rPr>
        <w:t>«El municipio informa: jornada de vacunación el 20 de noviembre en el centro de salud, de 9 a 14 h».</w:t>
      </w:r>
    </w:p>
    <w:p>
      <w:pPr>
        <w:pStyle w:val="ListNumber"/>
      </w:pPr>
      <w:r>
        <w:rPr>
          <w:b w:val="0"/>
        </w:rPr>
        <w:t>«Regalan tablets a los niños que llenen este formulario con los datos de sus papás».</w:t>
      </w:r>
    </w:p>
    <w:p>
      <w:pPr>
        <w:pStyle w:val="ListNumber"/>
      </w:pPr>
      <w:r>
        <w:rPr>
          <w:b w:val="0"/>
        </w:rPr>
        <w:t>«Científicos descubren que tomar refresco frío cura la gripa».</w:t>
      </w:r>
    </w:p>
    <w:p>
      <w:pPr>
        <w:pStyle w:val="ListNumber"/>
      </w:pPr>
      <w:r>
        <w:rPr>
          <w:b w:val="0"/>
        </w:rPr>
        <w:t>«La biblioteca pública amplía su horario los sábados, según su página oficial».</w:t>
      </w:r>
    </w:p>
    <w:p>
      <w:pPr>
        <w:pStyle w:val="ListNumber"/>
      </w:pPr>
      <w:r>
        <w:rPr>
          <w:b w:val="0"/>
        </w:rPr>
        <w:t>«Ya viene un temblor fuerte el viernes, lo predijo un experto».</w:t>
      </w:r>
    </w:p>
    <w:p>
      <w:pPr>
        <w:pStyle w:val="ListBullet"/>
      </w:pPr>
      <w:r>
        <w:rPr>
          <w:b/>
        </w:rPr>
        <w:t>5°</w:t>
      </w:r>
      <w:r>
        <w:rPr>
          <w:b w:val="0"/>
        </w:rPr>
        <w:t xml:space="preserve"> (3 equipos de 5): pegan las tiras en papel bond en tres columnas («Parece verdad», «Parece falso», «No sé») y escriben una razón debajo de cada tira.</w:t>
      </w:r>
    </w:p>
    <w:p>
      <w:pPr>
        <w:pStyle w:val="ListBullet"/>
      </w:pPr>
      <w:r>
        <w:rPr>
          <w:b/>
        </w:rPr>
        <w:t>6°</w:t>
      </w:r>
      <w:r>
        <w:rPr>
          <w:b w:val="0"/>
        </w:rPr>
        <w:t xml:space="preserve"> (equipos de 4, 4, 3 y 3): hacen la misma clasificación. Además anotan qué emoción busca provocar cada titular y qué dato le falta (quién, cuándo, dónde o fuente).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25: con 5°. Modela en voz alta la tira 1. 6° trabaja con su monitor.</w:t>
      </w:r>
    </w:p>
    <w:p>
      <w:pPr>
        <w:pStyle w:val="ListBullet"/>
      </w:pPr>
      <w:r>
        <w:rPr>
          <w:b w:val="0"/>
        </w:rPr>
        <w:t>Min 25 a 50: con 6°. Pide que defiendan un caso dudoso.</w:t>
      </w:r>
    </w:p>
    <w:p>
      <w:pPr>
        <w:pStyle w:val="ListBullet"/>
      </w:pPr>
      <w:r>
        <w:rPr>
          <w:b w:val="0"/>
        </w:rPr>
        <w:t>Min 50 a 60: tutoría. Cada equipo de 6° explica una tira a un equipo de 5°.</w:t>
      </w:r>
    </w:p>
    <w:p>
      <w:r>
        <w:rPr>
          <w:b/>
        </w:rPr>
        <w:t>Cierre (15 min, todos):</w:t>
      </w:r>
    </w:p>
    <w:p>
      <w:pPr>
        <w:pStyle w:val="ListBullet"/>
      </w:pPr>
      <w:r>
        <w:rPr>
          <w:b w:val="0"/>
        </w:rPr>
        <w:t>Pegan los papelógrafos y comparan.</w:t>
      </w:r>
    </w:p>
    <w:p>
      <w:pPr>
        <w:pStyle w:val="ListBullet"/>
      </w:pPr>
      <w:r>
        <w:rPr>
          <w:b w:val="0"/>
        </w:rPr>
        <w:t>Presenta el reto: «Vamos a hacer un periódico escolar que ayude a las familias a no caer en noticias falsas».</w:t>
      </w:r>
    </w:p>
    <w:p>
      <w:pPr>
        <w:pStyle w:val="ListBullet"/>
      </w:pPr>
      <w:r>
        <w:rPr>
          <w:b w:val="0"/>
        </w:rPr>
        <w:t>Votan el nombre del periódico.</w:t>
      </w:r>
    </w:p>
    <w:p>
      <w:pPr>
        <w:pStyle w:val="ListBullet"/>
      </w:pPr>
      <w:r>
        <w:rPr>
          <w:b w:val="0"/>
        </w:rPr>
        <w:t>Pega en papel bond el calendario de las 10 sesiones.</w:t>
      </w:r>
    </w:p>
    <w:p>
      <w:r>
        <w:rPr>
          <w:b/>
        </w:rPr>
        <w:t>Evidencia:</w:t>
      </w:r>
      <w:r>
        <w:rPr>
          <w:b w:val="0"/>
        </w:rPr>
        <w:t xml:space="preserve"> papelógrafo con clasificación y razones; acuerdo del periódico.</w:t>
      </w:r>
    </w:p>
    <w:p>
      <w:r>
        <w:rPr>
          <w:b/>
        </w:rPr>
        <w:t>Si no sale:</w:t>
      </w:r>
      <w:r>
        <w:rPr>
          <w:b w:val="0"/>
        </w:rPr>
        <w:t xml:space="preserve"> si casi todo lo clasifican como verdadero porque «lo dijo alguien», toma una tira. Pregunta solo «¿quién exactamente?» y «¿cómo lo comprobamos?». Deja claro que «No sé» es una respuesta válida: es el primer paso para verificar.</w:t>
      </w:r>
    </w:p>
    <w:p>
      <w:pPr>
        <w:pStyle w:val="Heading2"/>
      </w:pPr>
      <w:r>
        <w:t>Sesión 2. Las señales de una noticia falsa</w:t>
      </w:r>
    </w:p>
    <w:p>
      <w:r>
        <w:rPr>
          <w:b/>
        </w:rPr>
        <w:t>Propósito:</w:t>
      </w:r>
      <w:r>
        <w:rPr>
          <w:b w:val="0"/>
        </w:rPr>
        <w:t xml:space="preserve"> construir una lista de verificación y aplicarla a un rumor y a un aviso oficial.</w:t>
      </w:r>
    </w:p>
    <w:p>
      <w:r>
        <w:rPr>
          <w:b/>
        </w:rPr>
        <w:t>Inicio (15 min, todos):</w:t>
      </w:r>
      <w:r>
        <w:rPr>
          <w:b w:val="0"/>
        </w:rPr>
        <w:t xml:space="preserve"> Retoma la tira 6 y pregunta: «¿Se puede predecir un temblor?». Explica que no: el Servicio Sismológico Nacional informa que los sismos no se pueden predecir.</w:t>
      </w:r>
    </w:p>
    <w:p>
      <w:r>
        <w:rPr>
          <w:b w:val="0"/>
        </w:rPr>
        <w:t>Escribe con el grupo, en papel bond, la lista «Antes de compartir pregunto»:</w:t>
      </w:r>
    </w:p>
    <w:p>
      <w:pPr>
        <w:pStyle w:val="ListNumber"/>
      </w:pPr>
      <w:r>
        <w:rPr>
          <w:b w:val="0"/>
        </w:rPr>
        <w:t>¿Quién lo dice?</w:t>
      </w:r>
    </w:p>
    <w:p>
      <w:pPr>
        <w:pStyle w:val="ListNumber"/>
      </w:pPr>
      <w:r>
        <w:rPr>
          <w:b w:val="0"/>
        </w:rPr>
        <w:t>¿Cuándo?</w:t>
      </w:r>
    </w:p>
    <w:p>
      <w:pPr>
        <w:pStyle w:val="ListNumber"/>
      </w:pPr>
      <w:r>
        <w:rPr>
          <w:b w:val="0"/>
        </w:rPr>
        <w:t>¿Dónde exactamente?</w:t>
      </w:r>
    </w:p>
    <w:p>
      <w:pPr>
        <w:pStyle w:val="ListNumber"/>
      </w:pPr>
      <w:r>
        <w:rPr>
          <w:b w:val="0"/>
        </w:rPr>
        <w:t>¿Otra fuente lo confirma?</w:t>
      </w:r>
    </w:p>
    <w:p>
      <w:pPr>
        <w:pStyle w:val="ListNumber"/>
      </w:pPr>
      <w:r>
        <w:rPr>
          <w:b w:val="0"/>
        </w:rPr>
        <w:t>¿Usa mayúsculas, muchos signos de admiración o miedo?</w:t>
      </w:r>
    </w:p>
    <w:p>
      <w:pPr>
        <w:pStyle w:val="ListNumber"/>
      </w:pPr>
      <w:r>
        <w:rPr>
          <w:b w:val="0"/>
        </w:rPr>
        <w:t>¿Me pide compartir rápido?</w:t>
      </w:r>
    </w:p>
    <w:p>
      <w:r>
        <w:rPr>
          <w:b w:val="0"/>
        </w:rPr>
        <w:t>La lista queda pegada todo el proyecto.</w:t>
      </w:r>
    </w:p>
    <w:p>
      <w:r>
        <w:rPr>
          <w:b/>
        </w:rPr>
        <w:t>Desarrollo (60 min):</w:t>
      </w:r>
      <w:r>
        <w:rPr>
          <w:b w:val="0"/>
        </w:rPr>
        <w:t xml:space="preserve"> Ficha 1, Parte 1.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consignas 1 a 4 en parejas. Leen los dos textos en voz alta, turnándose por párrafo.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consignas 1 a 5, de forma individual. La 5 pide reescribir el rumor como aviso verificado.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20: con 5°. Leen juntos y llenan contigo la primera fila de la tabla. Los 3 alumnos con rezago lector trabajan con su tutor.</w:t>
      </w:r>
    </w:p>
    <w:p>
      <w:pPr>
        <w:pStyle w:val="ListBullet"/>
      </w:pPr>
      <w:r>
        <w:rPr>
          <w:b w:val="0"/>
        </w:rPr>
        <w:t>Min 20 a 45: con 6°. Revisas la reescritura.</w:t>
      </w:r>
    </w:p>
    <w:p>
      <w:pPr>
        <w:pStyle w:val="ListBullet"/>
      </w:pPr>
      <w:r>
        <w:rPr>
          <w:b w:val="0"/>
        </w:rPr>
        <w:t>Min 45 a 60: circulas por ambos grados.</w:t>
      </w:r>
    </w:p>
    <w:p>
      <w:r>
        <w:rPr>
          <w:b/>
        </w:rPr>
        <w:t>Cierre (15 min, todos):</w:t>
      </w:r>
      <w:r>
        <w:rPr>
          <w:b w:val="0"/>
        </w:rPr>
        <w:t xml:space="preserve"> Tres voluntarios leen su respuesta 2 y el grupo la compara con la lista. Un alumno de 6° lee su aviso reescrito.</w:t>
      </w:r>
    </w:p>
    <w:p>
      <w:r>
        <w:rPr>
          <w:b/>
        </w:rPr>
        <w:t>Evidencia:</w:t>
      </w:r>
      <w:r>
        <w:rPr>
          <w:b w:val="0"/>
        </w:rPr>
        <w:t xml:space="preserve"> Ficha 1, Parte 1.</w:t>
      </w:r>
    </w:p>
    <w:p>
      <w:r>
        <w:rPr>
          <w:b/>
        </w:rPr>
        <w:t>Si no sale:</w:t>
      </w:r>
      <w:r>
        <w:rPr>
          <w:b w:val="0"/>
        </w:rPr>
        <w:t xml:space="preserve"> si llenan la tabla sin mirar el texto, pide que subrayen en el texto la prueba de cada «sí» (la fecha, el nombre, el horario). Un «sí» sin subrayado no cuenta.</w:t>
      </w:r>
    </w:p>
    <w:p>
      <w:pPr>
        <w:pStyle w:val="Heading2"/>
      </w:pPr>
      <w:r>
        <w:t>Sesión 3. Diseñamos la encuesta</w:t>
      </w:r>
    </w:p>
    <w:p>
      <w:r>
        <w:rPr>
          <w:b/>
        </w:rPr>
        <w:t>Propósito:</w:t>
      </w:r>
      <w:r>
        <w:rPr>
          <w:b w:val="0"/>
        </w:rPr>
        <w:t xml:space="preserve"> diseñar y probar una encuesta respetuosa sobre de dónde se informan las familias.</w:t>
      </w:r>
    </w:p>
    <w:p>
      <w:r>
        <w:rPr>
          <w:b/>
        </w:rPr>
        <w:t>Inicio (15 min, todos):</w:t>
      </w:r>
      <w:r>
        <w:rPr>
          <w:b w:val="0"/>
        </w:rPr>
        <w:t xml:space="preserve"> Escribe en el pizarrón el artículo 6 de la Constitución, resumido: «Toda persona tiene derecho al libre acceso a información plural y oportuna, así como a buscar, recibir y difundir información». Pregunta: «Si tenemos derecho a recibir información, ¿qué responsabilidad tenemos al difundirla?». Anota tres acuerdos del grupo.</w:t>
      </w:r>
    </w:p>
    <w:p>
      <w:r>
        <w:rPr>
          <w:b/>
        </w:rPr>
        <w:t>Desarrollo (60 min):</w:t>
      </w:r>
      <w:r>
        <w:rPr>
          <w:b w:val="0"/>
        </w:rPr>
        <w:t xml:space="preserve"> Presenta la hoja de encuesta (formato en Materiales) y sus reglas:</w:t>
      </w:r>
    </w:p>
    <w:p>
      <w:pPr>
        <w:pStyle w:val="ListBullet"/>
      </w:pPr>
      <w:r>
        <w:rPr>
          <w:b w:val="0"/>
        </w:rPr>
        <w:t>Se pide permiso.</w:t>
      </w:r>
    </w:p>
    <w:p>
      <w:pPr>
        <w:pStyle w:val="ListBullet"/>
      </w:pPr>
      <w:r>
        <w:rPr>
          <w:b w:val="0"/>
        </w:rPr>
        <w:t>No se anotan nombres.</w:t>
      </w:r>
    </w:p>
    <w:p>
      <w:pPr>
        <w:pStyle w:val="ListBullet"/>
      </w:pPr>
      <w:r>
        <w:rPr>
          <w:b w:val="0"/>
        </w:rPr>
        <w:t>Solo se pregunta a adultos.</w:t>
      </w:r>
    </w:p>
    <w:p>
      <w:pPr>
        <w:pStyle w:val="ListBullet"/>
      </w:pPr>
      <w:r>
        <w:rPr>
          <w:b w:val="0"/>
        </w:rPr>
        <w:t>Cada alumno aplica 4 encuestas.</w:t>
      </w:r>
    </w:p>
    <w:p>
      <w:r>
        <w:rPr>
          <w:b w:val="0"/>
        </w:rPr>
        <w:t>Por grado: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en parejas ensayan: uno pregunta, el otro responde, y registran con palitos. Calculan cuántas respuestas tendrá su equipo (5 × 4 = 20).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revisan si alguna opción confunde y proponen ajustes. Calculan cuántas respuestas tendrá el grupo (29 × 4 = 116) y dibujan en papel bond la tabla concentradora.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25: con 6°. Ajustan las opciones.</w:t>
      </w:r>
    </w:p>
    <w:p>
      <w:pPr>
        <w:pStyle w:val="ListBullet"/>
      </w:pPr>
      <w:r>
        <w:rPr>
          <w:b w:val="0"/>
        </w:rPr>
        <w:t>Min 25 a 45: con 5°. Ensayo y conteo.</w:t>
      </w:r>
    </w:p>
    <w:p>
      <w:pPr>
        <w:pStyle w:val="ListBullet"/>
      </w:pPr>
      <w:r>
        <w:rPr>
          <w:b w:val="0"/>
        </w:rPr>
        <w:t>Min 45 a 60: pilotaje. Cada alumno de 6° aplica la encuesta de prueba a una pareja de 5°.</w:t>
      </w:r>
    </w:p>
    <w:p>
      <w:r>
        <w:rPr>
          <w:b/>
        </w:rPr>
        <w:t>Cierre (15 min, todos):</w:t>
      </w:r>
      <w:r>
        <w:rPr>
          <w:b w:val="0"/>
        </w:rPr>
        <w:t xml:space="preserve"> Aprueban la versión final y cada alumno se lleva su hoja. El plazo de entrega es la sesión 5. Dicta un aviso para las familias o envíalo al grupo de mensajes.</w:t>
      </w:r>
    </w:p>
    <w:p>
      <w:r>
        <w:rPr>
          <w:b/>
        </w:rPr>
        <w:t>Evidencia:</w:t>
      </w:r>
      <w:r>
        <w:rPr>
          <w:b w:val="0"/>
        </w:rPr>
        <w:t xml:space="preserve"> hoja de encuesta lista; tabla concentradora de 6°.</w:t>
      </w:r>
    </w:p>
    <w:p>
      <w:r>
        <w:rPr>
          <w:b/>
        </w:rPr>
        <w:t>Si no sale:</w:t>
      </w:r>
      <w:r>
        <w:rPr>
          <w:b w:val="0"/>
        </w:rPr>
        <w:t xml:space="preserve"> si un alumno no puede encuestar a 4 personas en casa, que complete con personal de la escuela, con adultos a la salida o por mensaje desde el celular de su familia. Lo importante es llegar a 4.</w:t>
      </w:r>
    </w:p>
    <w:p>
      <w:pPr>
        <w:pStyle w:val="Heading2"/>
      </w:pPr>
      <w:r>
        <w:t>Sesión 4. Verificamos noticias de nuestra comunidad</w:t>
      </w:r>
    </w:p>
    <w:p>
      <w:r>
        <w:rPr>
          <w:b/>
        </w:rPr>
        <w:t>Propósito:</w:t>
      </w:r>
      <w:r>
        <w:rPr>
          <w:b w:val="0"/>
        </w:rPr>
        <w:t xml:space="preserve"> aplicar la lista de verificación a noticias reales de la comunidad y dar un veredicto con evidencia.</w:t>
      </w:r>
    </w:p>
    <w:p>
      <w:r>
        <w:rPr>
          <w:b/>
        </w:rPr>
        <w:t>Inicio (15 min, todos):</w:t>
      </w:r>
      <w:r>
        <w:rPr>
          <w:b w:val="0"/>
        </w:rPr>
        <w:t xml:space="preserve"> Proyecta de 4 a 6 mensajes o noticias que circulan en la colonia o el municipio. Selecciónalos tú antes: agua, tránsito, salud, eventos. No uses nada sobre personas con nombre.</w:t>
      </w:r>
    </w:p>
    <w:p>
      <w:r>
        <w:rPr>
          <w:b w:val="0"/>
        </w:rPr>
        <w:t>Explica las cuatro etiquetas de veredicto:</w:t>
      </w:r>
    </w:p>
    <w:p>
      <w:pPr>
        <w:pStyle w:val="ListBullet"/>
      </w:pPr>
      <w:r>
        <w:rPr>
          <w:b/>
        </w:rPr>
        <w:t>Verdadero.</w:t>
      </w:r>
    </w:p>
    <w:p>
      <w:pPr>
        <w:pStyle w:val="ListBullet"/>
      </w:pPr>
      <w:r>
        <w:rPr>
          <w:b/>
        </w:rPr>
        <w:t>Falso.</w:t>
      </w:r>
    </w:p>
    <w:p>
      <w:pPr>
        <w:pStyle w:val="ListBullet"/>
      </w:pPr>
      <w:r>
        <w:rPr>
          <w:b/>
        </w:rPr>
        <w:t>Engañoso:</w:t>
      </w:r>
      <w:r>
        <w:rPr>
          <w:b w:val="0"/>
        </w:rPr>
        <w:t xml:space="preserve"> tiene algo cierto, pero exagera o lo saca de contexto.</w:t>
      </w:r>
    </w:p>
    <w:p>
      <w:pPr>
        <w:pStyle w:val="ListBullet"/>
      </w:pPr>
      <w:r>
        <w:rPr>
          <w:b/>
        </w:rPr>
        <w:t>Sin confirmar.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cada equipo verifica 1 noticia. Contestan en el cuaderno la guía:</w:t>
      </w:r>
    </w:p>
    <w:p>
      <w:pPr>
        <w:pStyle w:val="ListNumber"/>
      </w:pPr>
      <w:r>
        <w:rPr>
          <w:b w:val="0"/>
        </w:rPr>
        <w:t>¿Qué dice?</w:t>
      </w:r>
    </w:p>
    <w:p>
      <w:pPr>
        <w:pStyle w:val="ListNumber"/>
      </w:pPr>
      <w:r>
        <w:rPr>
          <w:b w:val="0"/>
        </w:rPr>
        <w:t>¿Quién lo dice?</w:t>
      </w:r>
    </w:p>
    <w:p>
      <w:pPr>
        <w:pStyle w:val="ListNumber"/>
      </w:pPr>
      <w:r>
        <w:rPr>
          <w:b w:val="0"/>
        </w:rPr>
        <w:t>¿Dónde lo buscamos?</w:t>
      </w:r>
    </w:p>
    <w:p>
      <w:pPr>
        <w:pStyle w:val="ListNumber"/>
      </w:pPr>
      <w:r>
        <w:rPr>
          <w:b w:val="0"/>
        </w:rPr>
        <w:t>¿Qué encontramos?</w:t>
      </w:r>
    </w:p>
    <w:p>
      <w:pPr>
        <w:pStyle w:val="ListNumber"/>
      </w:pPr>
      <w:r>
        <w:rPr>
          <w:b w:val="0"/>
        </w:rPr>
        <w:t>¿Cuál es el veredicto?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cada equipo verifica 2 noticias, consulta al menos dos fuentes distintas y redacta el veredicto en 3 o 4 líneas, listo para el periódico.</w:t>
      </w:r>
    </w:p>
    <w:p>
      <w:pPr>
        <w:pStyle w:val="ListBullet"/>
      </w:pPr>
      <w:r>
        <w:rPr>
          <w:b/>
        </w:rPr>
        <w:t>Fuentes:</w:t>
      </w:r>
      <w:r>
        <w:rPr>
          <w:b w:val="0"/>
        </w:rPr>
        <w:t xml:space="preserve"> las buscan contigo en la pantalla: páginas oficiales del municipio, Protección Civil, Secretaría de Salud o SEP. También pueden preguntar en la dirección.</w:t>
      </w:r>
    </w:p>
    <w:p>
      <w:pPr>
        <w:pStyle w:val="ListBullet"/>
      </w:pPr>
      <w:r>
        <w:rPr>
          <w:b/>
        </w:rPr>
        <w:t>Celulares:</w:t>
      </w:r>
      <w:r>
        <w:rPr>
          <w:b w:val="0"/>
        </w:rPr>
        <w:t xml:space="preserve"> uno por equipo, con permiso de la familia y contigo cerca, solo en los sitios que tú indicas. No se abren redes sociales.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25: con 5°. Búsqueda guiada en la pantalla.</w:t>
      </w:r>
    </w:p>
    <w:p>
      <w:pPr>
        <w:pStyle w:val="ListBullet"/>
      </w:pPr>
      <w:r>
        <w:rPr>
          <w:b w:val="0"/>
        </w:rPr>
        <w:t>Min 25 a 50: con 6°. Contraste de fuentes.</w:t>
      </w:r>
    </w:p>
    <w:p>
      <w:pPr>
        <w:pStyle w:val="ListBullet"/>
      </w:pPr>
      <w:r>
        <w:rPr>
          <w:b w:val="0"/>
        </w:rPr>
        <w:t>Min 50 a 60: revisas los veredictos.</w:t>
      </w:r>
    </w:p>
    <w:p>
      <w:r>
        <w:rPr>
          <w:b/>
        </w:rPr>
        <w:t>Cierre (15 min, todos):</w:t>
      </w:r>
      <w:r>
        <w:rPr>
          <w:b w:val="0"/>
        </w:rPr>
        <w:t xml:space="preserve"> Cada equipo dice su veredicto en una frase: «Es ___ porque ___». Pregunta: «¿A quién habría afectado esta noticia si fuera falsa y la compartiéramos?». Recuerda la entrega de encuestas.</w:t>
      </w:r>
    </w:p>
    <w:p>
      <w:r>
        <w:rPr>
          <w:b/>
        </w:rPr>
        <w:t>Evidencia:</w:t>
      </w:r>
      <w:r>
        <w:rPr>
          <w:b w:val="0"/>
        </w:rPr>
        <w:t xml:space="preserve"> guías de verificación con veredicto (5°) y veredictos redactados (6°).</w:t>
      </w:r>
    </w:p>
    <w:p>
      <w:r>
        <w:rPr>
          <w:b/>
        </w:rPr>
        <w:t>Si no sale:</w:t>
      </w:r>
      <w:r>
        <w:rPr>
          <w:b w:val="0"/>
        </w:rPr>
        <w:t xml:space="preserve"> si no encuentran ninguna fuente, el veredicto es «Sin confirmar» y también se publica. Así aprenden que decir «no sabemos» es mejor que inventar.</w:t>
      </w:r>
    </w:p>
    <w:p>
      <w:pPr>
        <w:pStyle w:val="Heading2"/>
      </w:pPr>
      <w:r>
        <w:t>Sesión 5. Organizamos las respuestas de la encuesta</w:t>
      </w:r>
    </w:p>
    <w:p>
      <w:r>
        <w:rPr>
          <w:b/>
        </w:rPr>
        <w:t>Propósito:</w:t>
      </w:r>
      <w:r>
        <w:rPr>
          <w:b w:val="0"/>
        </w:rPr>
        <w:t xml:space="preserve"> concentrar los datos de la encuesta en tablas de frecuencia y relacionarlos con fracciones.</w:t>
      </w:r>
    </w:p>
    <w:p>
      <w:r>
        <w:rPr>
          <w:b/>
        </w:rPr>
        <w:t>Inicio (15 min, todos):</w:t>
      </w:r>
      <w:r>
        <w:rPr>
          <w:b w:val="0"/>
        </w:rPr>
        <w:t xml:space="preserve"> Cada alumno dice cuántas encuestas trajo y el grupo suma en el pizarrón (la meta es 116). Pregunta: «Si el total es 116, ¿qué parte del total es una sola respuesta?».</w:t>
      </w:r>
    </w:p>
    <w:p>
      <w:r>
        <w:rPr>
          <w:b/>
        </w:rPr>
        <w:t>Desarrollo (60 min):</w:t>
      </w:r>
      <w:r>
        <w:rPr>
          <w:b w:val="0"/>
        </w:rPr>
        <w:t xml:space="preserve"> Ficha 2, Parte A, con los datos de ejemplo. Después repiten el trabajo con sus datos reales.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hacen la Parte A en parejas (20 min). Luego cada equipo de 5 junta sus 20 respuestas reales y llena una tabla igual: medio, personas y fracción.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hacen la Parte A de forma individual (15 min). Luego reciben las hojas de todo el grupo y llenan la tabla concentradora de las dos preguntas.</w:t>
      </w:r>
    </w:p>
    <w:p>
      <w:pPr>
        <w:pStyle w:val="ListBullet"/>
      </w:pPr>
      <w:r>
        <w:rPr>
          <w:b w:val="0"/>
        </w:rPr>
        <w:t>Se reparten el conteo: cada equipo cuenta una o dos opciones.</w:t>
      </w:r>
    </w:p>
    <w:p>
      <w:pPr>
        <w:pStyle w:val="ListBullet"/>
      </w:pPr>
      <w:r>
        <w:rPr>
          <w:b w:val="0"/>
        </w:rPr>
        <w:t>Otro equipo vuelve a contar para comprobar.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20: con 5°. Fracción del total y cómo simplificar.</w:t>
      </w:r>
    </w:p>
    <w:p>
      <w:pPr>
        <w:pStyle w:val="ListBullet"/>
      </w:pPr>
      <w:r>
        <w:rPr>
          <w:b w:val="0"/>
        </w:rPr>
        <w:t>Min 20 a 45: con 6°. Conteo cruzado.</w:t>
      </w:r>
    </w:p>
    <w:p>
      <w:pPr>
        <w:pStyle w:val="ListBullet"/>
      </w:pPr>
      <w:r>
        <w:rPr>
          <w:b w:val="0"/>
        </w:rPr>
        <w:t>Min 45 a 60: tutoría. 6° revisa que la tabla de cada equipo de 5° sume 20.</w:t>
      </w:r>
    </w:p>
    <w:p>
      <w:r>
        <w:rPr>
          <w:b/>
        </w:rPr>
        <w:t>Cierre (15 min, todos):</w:t>
      </w:r>
      <w:r>
        <w:rPr>
          <w:b w:val="0"/>
        </w:rPr>
        <w:t xml:space="preserve"> 6° lee la tabla del total. 5° compara: «¿En nuestro equipo ganó el mismo medio que en el total?».</w:t>
      </w:r>
    </w:p>
    <w:p>
      <w:r>
        <w:rPr>
          <w:b/>
        </w:rPr>
        <w:t>Evidencia:</w:t>
      </w:r>
      <w:r>
        <w:rPr>
          <w:b w:val="0"/>
        </w:rPr>
        <w:t xml:space="preserve"> Ficha 2, Parte A; tablas de equipo de 5°; concentrado de 6°.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el total no llega a 116, trabajen con el total real.</w:t>
      </w:r>
    </w:p>
    <w:p>
      <w:pPr>
        <w:pStyle w:val="ListBullet"/>
      </w:pPr>
      <w:r>
        <w:rPr>
          <w:b w:val="0"/>
        </w:rPr>
        <w:t>Si un equipo de 5° no junta 20 respuestas, completa con encuestas sobrantes de otro alumno y anoten de dónde vienen. 5° necesita exactamente 20 para que cada respuesta valga 5%.</w:t>
      </w:r>
    </w:p>
    <w:p>
      <w:pPr>
        <w:pStyle w:val="Heading2"/>
      </w:pPr>
      <w:r>
        <w:t>Sesión 6. Porcentajes y gráficas</w:t>
      </w:r>
    </w:p>
    <w:p>
      <w:r>
        <w:rPr>
          <w:b/>
        </w:rPr>
        <w:t>Propósito:</w:t>
      </w:r>
      <w:r>
        <w:rPr>
          <w:b w:val="0"/>
        </w:rPr>
        <w:t xml:space="preserve"> convertir los datos en porcentajes y gráficas para el periódico.</w:t>
      </w:r>
    </w:p>
    <w:p>
      <w:r>
        <w:rPr>
          <w:b/>
        </w:rPr>
        <w:t>Inicio (15 min, todos):</w:t>
      </w:r>
      <w:r>
        <w:rPr>
          <w:b w:val="0"/>
        </w:rPr>
        <w:t xml:space="preserve"> Cálculo mental en voz alta: 50% de 20, 25% de 20, 10% de 20. 6° además calcula 35% de 80. Pregunta: «¿Por qué los periódicos usan porcentajes y no solo cantidades?».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Ficha 2, Parte B (consignas 4 a 7). Después, con sus 20 respuestas reales:</w:t>
      </w:r>
    </w:p>
    <w:p>
      <w:pPr>
        <w:pStyle w:val="ListBullet"/>
      </w:pPr>
      <w:r>
        <w:rPr>
          <w:b w:val="0"/>
        </w:rPr>
        <w:t>Calculan el porcentaje de cada medio (cada respuesta vale 5%).</w:t>
      </w:r>
    </w:p>
    <w:p>
      <w:pPr>
        <w:pStyle w:val="ListBullet"/>
      </w:pPr>
      <w:r>
        <w:rPr>
          <w:b w:val="0"/>
        </w:rPr>
        <w:t>Hacen la gráfica de barras en hoja carta, para el periódico.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Ficha 2, Parte C (consignas 8 a 12). Después, con el total real:</w:t>
      </w:r>
    </w:p>
    <w:p>
      <w:pPr>
        <w:pStyle w:val="ListBullet"/>
      </w:pPr>
      <w:r>
        <w:rPr>
          <w:b w:val="0"/>
        </w:rPr>
        <w:t>Calculan porcentajes con calculadora y redondean a enteros.</w:t>
      </w:r>
    </w:p>
    <w:p>
      <w:pPr>
        <w:pStyle w:val="ListBullet"/>
      </w:pPr>
      <w:r>
        <w:rPr>
          <w:b w:val="0"/>
        </w:rPr>
        <w:t>Sacan los grados de cada sector y trazan la gráfica circular con compás y transportador.</w:t>
      </w:r>
    </w:p>
    <w:p>
      <w:pPr>
        <w:pStyle w:val="ListBullet"/>
      </w:pPr>
      <w:r>
        <w:rPr>
          <w:b w:val="0"/>
        </w:rPr>
        <w:t>Un equipo hace la gráfica de barras de la pregunta 2.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25: con 6°. Grados (100% = 360°).</w:t>
      </w:r>
    </w:p>
    <w:p>
      <w:pPr>
        <w:pStyle w:val="ListBullet"/>
      </w:pPr>
      <w:r>
        <w:rPr>
          <w:b w:val="0"/>
        </w:rPr>
        <w:t>Min 25 a 50: con 5°. Escala y cuadrícula.</w:t>
      </w:r>
    </w:p>
    <w:p>
      <w:pPr>
        <w:pStyle w:val="ListBullet"/>
      </w:pPr>
      <w:r>
        <w:rPr>
          <w:b w:val="0"/>
        </w:rPr>
        <w:t>Min 50 a 60: tutoría. Cada alumno de 6° revisa la gráfica de un equipo de 5° con tres preguntas: ¿tiene título?, ¿la escala empieza en cero?, ¿los porcentajes suman 100%?</w:t>
      </w:r>
    </w:p>
    <w:p>
      <w:r>
        <w:rPr>
          <w:b/>
        </w:rPr>
        <w:t>Cierre (15 min, todos):</w:t>
      </w:r>
      <w:r>
        <w:rPr>
          <w:b w:val="0"/>
        </w:rPr>
        <w:t xml:space="preserve"> Galería con las gráficas de equipo de 5° y la gráfica total de 6°. Pregunta: «¿Podemos decir que toda la colonia se informa así?». Respuesta: no, es una muestra de 116 personas. Esa frase va en el periódico.</w:t>
      </w:r>
    </w:p>
    <w:p>
      <w:r>
        <w:rPr>
          <w:b/>
        </w:rPr>
        <w:t>Evidencia:</w:t>
      </w:r>
      <w:r>
        <w:rPr>
          <w:b w:val="0"/>
        </w:rPr>
        <w:t xml:space="preserve"> Ficha 2 completa; gráficas finales.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5° confunde personas con porcentaje (escribe 8% en lugar de 40%), regresa a «20 personas son el 100%, una persona es el 5%» y que cuenten de 5 en 5.</w:t>
      </w:r>
    </w:p>
    <w:p>
      <w:pPr>
        <w:pStyle w:val="ListBullet"/>
      </w:pPr>
      <w:r>
        <w:rPr>
          <w:b w:val="0"/>
        </w:rPr>
        <w:t>Si en 6° los grados no suman 360°, revisa primero que los porcentajes sumen 100. Si el redondeo da 99 o 101, ajusta la categoría más grande.</w:t>
      </w:r>
    </w:p>
    <w:p>
      <w:pPr>
        <w:pStyle w:val="Heading2"/>
      </w:pPr>
      <w:r>
        <w:t>Sesión 7. Mi postura con argumentos</w:t>
      </w:r>
    </w:p>
    <w:p>
      <w:r>
        <w:rPr>
          <w:b/>
        </w:rPr>
        <w:t>Propósito:</w:t>
      </w:r>
      <w:r>
        <w:rPr>
          <w:b w:val="0"/>
        </w:rPr>
        <w:t xml:space="preserve"> escribir un texto argumentativo con evidencia de la verificación y de la encuesta.</w:t>
      </w:r>
    </w:p>
    <w:p>
      <w:r>
        <w:rPr>
          <w:b/>
        </w:rPr>
        <w:t>Inicio (15 min, todos):</w:t>
      </w:r>
      <w:r>
        <w:rPr>
          <w:b w:val="0"/>
        </w:rPr>
        <w:t xml:space="preserve"> Proyecta o escribe este texto modelo:</w:t>
      </w:r>
    </w:p>
    <w:p>
      <w:r>
        <w:rPr>
          <w:b w:val="0"/>
        </w:rPr>
        <w:t>«Pienso que no debemos compartir un mensaje sin verificarlo. Según nuestra encuesta, ___% de las personas dijo que alguna vez compartió una noticia que resultó falsa. Además, un rumor como el del corte de agua puede asustar a las familias sin necesidad. Por eso, antes de compartir, hay que preguntar quién lo dice, cuándo y si otra fuente lo confirma.»</w:t>
      </w:r>
    </w:p>
    <w:p>
      <w:r>
        <w:rPr>
          <w:b w:val="0"/>
        </w:rPr>
        <w:t>Llena el espacio con el dato real. El grupo marca la tesis con una línea, los argumentos con dos líneas y la conclusión con un recuadro.</w:t>
      </w:r>
    </w:p>
    <w:p>
      <w:r>
        <w:rPr>
          <w:b/>
        </w:rPr>
        <w:t>Desarrollo (60 min):</w:t>
      </w:r>
      <w:r>
        <w:rPr>
          <w:b w:val="0"/>
        </w:rPr>
        <w:t xml:space="preserve"> Ficha 1, Parte 2 (consignas 6 a 11).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tesis, 2 argumentos (uno con un porcentaje de su equipo) y conclusión.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lo mismo, más contraargumento y respuesta. Usan porcentajes del total del grupo.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25: con 5°. Escritura compartida de la tesis. Los 3 alumnos con rezago dictan a su tutor o usan el banco de frases.</w:t>
      </w:r>
    </w:p>
    <w:p>
      <w:pPr>
        <w:pStyle w:val="ListBullet"/>
      </w:pPr>
      <w:r>
        <w:rPr>
          <w:b w:val="0"/>
        </w:rPr>
        <w:t>Min 25 a 50: con 6°. Contraargumento.</w:t>
      </w:r>
    </w:p>
    <w:p>
      <w:pPr>
        <w:pStyle w:val="ListBullet"/>
      </w:pPr>
      <w:r>
        <w:rPr>
          <w:b w:val="0"/>
        </w:rPr>
        <w:t>Min 50 a 60: revisión en parejas con la consigna 11.</w:t>
      </w:r>
    </w:p>
    <w:p>
      <w:r>
        <w:rPr>
          <w:b/>
        </w:rPr>
        <w:t>Cierre (15 min, todos):</w:t>
      </w:r>
      <w:r>
        <w:rPr>
          <w:b w:val="0"/>
        </w:rPr>
        <w:t xml:space="preserve"> Dos alumnos de cada grado leen su texto y el grupo nombra cada parte.</w:t>
      </w:r>
    </w:p>
    <w:p>
      <w:r>
        <w:rPr>
          <w:b/>
        </w:rPr>
        <w:t>Evidencia:</w:t>
      </w:r>
      <w:r>
        <w:rPr>
          <w:b w:val="0"/>
        </w:rPr>
        <w:t xml:space="preserve"> texto argumentativo revisado.</w:t>
      </w:r>
    </w:p>
    <w:p>
      <w:r>
        <w:rPr>
          <w:b/>
        </w:rPr>
        <w:t>Si no sale:</w:t>
      </w:r>
      <w:r>
        <w:rPr>
          <w:b w:val="0"/>
        </w:rPr>
        <w:t xml:space="preserve"> si el argumento solo repite la tesis («no hay que compartir porque no se debe»), pide que completen «porque ___, por ejemplo ___». Deja en el pizarrón el banco de conectores: pienso que, porque, por ejemplo, según la encuesta, sin embargo, por eso, en conclusión.</w:t>
      </w:r>
    </w:p>
    <w:p>
      <w:pPr>
        <w:pStyle w:val="Heading2"/>
      </w:pPr>
      <w:r>
        <w:t>Sesión 8. Debate: ¿nos informan mejor los grupos de mensajes y las redes que la tele, la radio y el periódico?</w:t>
      </w:r>
    </w:p>
    <w:p>
      <w:r>
        <w:rPr>
          <w:b/>
        </w:rPr>
        <w:t>Propósito:</w:t>
      </w:r>
      <w:r>
        <w:rPr>
          <w:b w:val="0"/>
        </w:rPr>
        <w:t xml:space="preserve"> defender una postura con argumentos y escuchar con respeto.</w:t>
      </w:r>
    </w:p>
    <w:p>
      <w:r>
        <w:rPr>
          <w:b/>
        </w:rPr>
        <w:t>Inicio (15 min, todos):</w:t>
      </w:r>
      <w:r>
        <w:rPr>
          <w:b w:val="0"/>
        </w:rPr>
        <w:t xml:space="preserve"> Acuerden las reglas:</w:t>
      </w:r>
    </w:p>
    <w:p>
      <w:pPr>
        <w:pStyle w:val="ListBullet"/>
      </w:pPr>
      <w:r>
        <w:rPr>
          <w:b w:val="0"/>
        </w:rPr>
        <w:t>Se pide la palabra.</w:t>
      </w:r>
    </w:p>
    <w:p>
      <w:pPr>
        <w:pStyle w:val="ListBullet"/>
      </w:pPr>
      <w:r>
        <w:rPr>
          <w:b w:val="0"/>
        </w:rPr>
        <w:t>Cada turno dura 1 minuto.</w:t>
      </w:r>
    </w:p>
    <w:p>
      <w:pPr>
        <w:pStyle w:val="ListBullet"/>
      </w:pPr>
      <w:r>
        <w:rPr>
          <w:b w:val="0"/>
        </w:rPr>
        <w:t>Se critican las ideas, no a las personas.</w:t>
      </w:r>
    </w:p>
    <w:p>
      <w:pPr>
        <w:pStyle w:val="ListBullet"/>
      </w:pPr>
      <w:r>
        <w:rPr>
          <w:b w:val="0"/>
        </w:rPr>
        <w:t>Nadie interrumpe.</w:t>
      </w:r>
    </w:p>
    <w:p>
      <w:r>
        <w:rPr>
          <w:b w:val="0"/>
        </w:rPr>
        <w:t>Reparte roles: un moderador de 6°, dos tomadores de tiempo y un relator por bando. Forma por sorteo dos bandos mixtos de 5° y 6°: «A favor» y «En contra».</w:t>
      </w:r>
    </w:p>
    <w:p>
      <w:r>
        <w:rPr>
          <w:b/>
        </w:rPr>
        <w:t>Desarrollo (60 min):</w:t>
      </w:r>
    </w:p>
    <w:p>
      <w:r>
        <w:rPr>
          <w:b/>
        </w:rPr>
        <w:t>Preparación (25 min).</w:t>
      </w:r>
      <w:r>
        <w:rPr>
          <w:b w:val="0"/>
        </w:rPr>
        <w:t xml:space="preserve"> Dentro de cada bando se separan por grado: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escriben en tarjetas 2 argumentos con un dato de su gráfica o de sus verificaciones.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escriben 2 argumentos, anticipan 2 argumentos del otro bando y preparan cómo responderlos.</w:t>
      </w:r>
    </w:p>
    <w:p>
      <w:pPr>
        <w:pStyle w:val="ListBullet"/>
      </w:pPr>
      <w:r>
        <w:rPr>
          <w:b/>
        </w:rPr>
        <w:t>Rotación:</w:t>
      </w:r>
      <w:r>
        <w:rPr>
          <w:b w:val="0"/>
        </w:rPr>
        <w:t xml:space="preserve"> 12 minutos con cada bando.</w:t>
      </w:r>
    </w:p>
    <w:p>
      <w:r>
        <w:rPr>
          <w:b/>
        </w:rPr>
        <w:t>Debate (35 min):</w:t>
      </w:r>
    </w:p>
    <w:p>
      <w:pPr>
        <w:pStyle w:val="ListNumber"/>
      </w:pPr>
      <w:r>
        <w:rPr>
          <w:b w:val="0"/>
        </w:rPr>
        <w:t>Apertura: 1 minuto por bando, a cargo de un alumno de 5°.</w:t>
      </w:r>
    </w:p>
    <w:p>
      <w:pPr>
        <w:pStyle w:val="ListNumber"/>
      </w:pPr>
      <w:r>
        <w:rPr>
          <w:b w:val="0"/>
        </w:rPr>
        <w:t>Argumentos en turnos alternos.</w:t>
      </w:r>
    </w:p>
    <w:p>
      <w:pPr>
        <w:pStyle w:val="ListNumber"/>
      </w:pPr>
      <w:r>
        <w:rPr>
          <w:b w:val="0"/>
        </w:rPr>
        <w:t>Refutaciones, a cargo de 6°.</w:t>
      </w:r>
    </w:p>
    <w:p>
      <w:pPr>
        <w:pStyle w:val="ListNumber"/>
      </w:pPr>
      <w:r>
        <w:rPr>
          <w:b w:val="0"/>
        </w:rPr>
        <w:t>Cierre: 1 minuto por bando.</w:t>
      </w:r>
    </w:p>
    <w:p>
      <w:r>
        <w:rPr>
          <w:b w:val="0"/>
        </w:rPr>
        <w:t>Tú registras con la lista de cotejo del debate (ver Evaluación).</w:t>
      </w:r>
    </w:p>
    <w:p>
      <w:r>
        <w:rPr>
          <w:b/>
        </w:rPr>
        <w:t>Cierre (15 min, todos):</w:t>
      </w:r>
      <w:r>
        <w:rPr>
          <w:b w:val="0"/>
        </w:rPr>
        <w:t xml:space="preserve"> Pregunta:</w:t>
      </w:r>
    </w:p>
    <w:p>
      <w:pPr>
        <w:pStyle w:val="ListBullet"/>
      </w:pPr>
      <w:r>
        <w:rPr>
          <w:b w:val="0"/>
        </w:rPr>
        <w:t>«¿Alguien cambió de opinión? ¿Qué argumento te hizo pensar?»</w:t>
      </w:r>
    </w:p>
    <w:p>
      <w:pPr>
        <w:pStyle w:val="ListBullet"/>
      </w:pPr>
      <w:r>
        <w:rPr>
          <w:b w:val="0"/>
        </w:rPr>
        <w:t>«¿Cómo te sentiste cuando no estaban de acuerdo contigo?»</w:t>
      </w:r>
    </w:p>
    <w:p>
      <w:r>
        <w:rPr>
          <w:b w:val="0"/>
        </w:rPr>
        <w:t>El relator escribe la conclusión del debate para el periódico.</w:t>
      </w:r>
    </w:p>
    <w:p>
      <w:r>
        <w:rPr>
          <w:b/>
        </w:rPr>
        <w:t>Evidencia:</w:t>
      </w:r>
      <w:r>
        <w:rPr>
          <w:b w:val="0"/>
        </w:rPr>
        <w:t xml:space="preserve"> tarjetas de argumentos; registro del debate.</w:t>
      </w:r>
    </w:p>
    <w:p>
      <w:r>
        <w:rPr>
          <w:b/>
        </w:rPr>
        <w:t>Si no sale:</w:t>
      </w:r>
      <w:r>
        <w:rPr>
          <w:b w:val="0"/>
        </w:rPr>
        <w:t xml:space="preserve"> si el debate se vuelve pleito o hablan pocos, haz una pausa y cambia a ronda. Cada alumno dice una frase: «Estoy de acuerdo con ___ porque ___» o «No estoy de acuerdo porque ___». Todos hablan al menos una vez.</w:t>
      </w:r>
    </w:p>
    <w:p>
      <w:pPr>
        <w:pStyle w:val="Heading2"/>
      </w:pPr>
      <w:r>
        <w:t>Sesión 9. Armamos el periódico</w:t>
      </w:r>
    </w:p>
    <w:p>
      <w:r>
        <w:rPr>
          <w:b/>
        </w:rPr>
        <w:t>Propósito:</w:t>
      </w:r>
      <w:r>
        <w:rPr>
          <w:b w:val="0"/>
        </w:rPr>
        <w:t xml:space="preserve"> integrar verificaciones, gráficas y textos en el periódico escolar.</w:t>
      </w:r>
    </w:p>
    <w:p>
      <w:r>
        <w:rPr>
          <w:b/>
        </w:rPr>
        <w:t>Inicio (15 min, todos):</w:t>
      </w:r>
      <w:r>
        <w:rPr>
          <w:b w:val="0"/>
        </w:rPr>
        <w:t xml:space="preserve"> Muestra un periódico real, impreso o en la pantalla, y ubiquen sus secciones. Presenta la estructura en 4 hojas carta, en tinta negra:</w:t>
      </w:r>
    </w:p>
    <w:p>
      <w:pPr>
        <w:pStyle w:val="ListNumber"/>
      </w:pPr>
      <w:r>
        <w:rPr>
          <w:b w:val="0"/>
        </w:rPr>
        <w:t>Portada: nombre, fecha, titular principal e índice.</w:t>
      </w:r>
    </w:p>
    <w:p>
      <w:pPr>
        <w:pStyle w:val="ListNumber"/>
      </w:pPr>
      <w:r>
        <w:rPr>
          <w:b w:val="0"/>
        </w:rPr>
        <w:t>«Verificado por 5° y 6°»: noticias con veredicto y evidencia.</w:t>
      </w:r>
    </w:p>
    <w:p>
      <w:pPr>
        <w:pStyle w:val="ListNumber"/>
      </w:pPr>
      <w:r>
        <w:rPr>
          <w:b w:val="0"/>
        </w:rPr>
        <w:t>«Así nos informamos»: gráficas de la encuesta con 3 frases de interpretación.</w:t>
      </w:r>
    </w:p>
    <w:p>
      <w:pPr>
        <w:pStyle w:val="ListNumber"/>
      </w:pPr>
      <w:r>
        <w:rPr>
          <w:b w:val="0"/>
        </w:rPr>
        <w:t>Opinión: 2 textos argumentativos, conclusión del debate y el cuadro «Antes de compartir pregunto».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5°:</w:t>
      </w:r>
    </w:p>
    <w:p>
      <w:pPr>
        <w:pStyle w:val="ListBullet"/>
      </w:pPr>
      <w:r>
        <w:rPr>
          <w:b w:val="0"/>
        </w:rPr>
        <w:t>Comité de verificación: pasan en limpio los veredictos de los equipos.</w:t>
      </w:r>
    </w:p>
    <w:p>
      <w:pPr>
        <w:pStyle w:val="ListBullet"/>
      </w:pPr>
      <w:r>
        <w:rPr>
          <w:b w:val="0"/>
        </w:rPr>
        <w:t>Comité de consejos: la lista «Antes de compartir pregunto» con un ejemplo por pregunta.</w:t>
      </w:r>
    </w:p>
    <w:p>
      <w:pPr>
        <w:pStyle w:val="ListBullet"/>
      </w:pPr>
      <w:r>
        <w:rPr>
          <w:b w:val="0"/>
        </w:rPr>
        <w:t>Gráficas de equipo, cada una con una frase.</w:t>
      </w:r>
    </w:p>
    <w:p>
      <w:pPr>
        <w:pStyle w:val="ListBullet"/>
      </w:pPr>
      <w:r>
        <w:rPr>
          <w:b/>
        </w:rPr>
        <w:t>6°:</w:t>
      </w:r>
    </w:p>
    <w:p>
      <w:pPr>
        <w:pStyle w:val="ListBullet"/>
      </w:pPr>
      <w:r>
        <w:rPr>
          <w:b w:val="0"/>
        </w:rPr>
        <w:t>Comité editorial: portada, titular, índice y revisión de ortografía.</w:t>
      </w:r>
    </w:p>
    <w:p>
      <w:pPr>
        <w:pStyle w:val="ListBullet"/>
      </w:pPr>
      <w:r>
        <w:rPr>
          <w:b w:val="0"/>
        </w:rPr>
        <w:t>Gráfica general con su interpretación.</w:t>
      </w:r>
    </w:p>
    <w:p>
      <w:pPr>
        <w:pStyle w:val="ListBullet"/>
      </w:pPr>
      <w:r>
        <w:rPr>
          <w:b w:val="0"/>
        </w:rPr>
        <w:t>Selección de un texto de opinión de 5° y uno de 6°.</w:t>
      </w:r>
    </w:p>
    <w:p>
      <w:pPr>
        <w:pStyle w:val="ListBullet"/>
      </w:pPr>
      <w:r>
        <w:rPr>
          <w:b/>
        </w:rPr>
        <w:t>Rotación:</w:t>
      </w:r>
    </w:p>
    <w:p>
      <w:pPr>
        <w:pStyle w:val="ListBullet"/>
      </w:pPr>
      <w:r>
        <w:rPr>
          <w:b w:val="0"/>
        </w:rPr>
        <w:t>Min 0 a 25: con 6°. Revisión editorial.</w:t>
      </w:r>
    </w:p>
    <w:p>
      <w:pPr>
        <w:pStyle w:val="ListBullet"/>
      </w:pPr>
      <w:r>
        <w:rPr>
          <w:b w:val="0"/>
        </w:rPr>
        <w:t>Min 25 a 50: con 5°. Redacción de consejos y veredictos.</w:t>
      </w:r>
    </w:p>
    <w:p>
      <w:pPr>
        <w:pStyle w:val="ListBullet"/>
      </w:pPr>
      <w:r>
        <w:rPr>
          <w:b w:val="0"/>
        </w:rPr>
        <w:t>Min 50 a 60: revisión cruzada con la lista de cotejo del periódico.</w:t>
      </w:r>
    </w:p>
    <w:p>
      <w:r>
        <w:rPr>
          <w:b/>
        </w:rPr>
        <w:t>Cierre (15 min, todos):</w:t>
      </w:r>
      <w:r>
        <w:rPr>
          <w:b w:val="0"/>
        </w:rPr>
        <w:t xml:space="preserve"> Leen el periódico completo y marcan las últimas correcciones. Fotocópialo: 29 ejemplares más uno por grupo de la escuela.</w:t>
      </w:r>
    </w:p>
    <w:p>
      <w:r>
        <w:rPr>
          <w:b/>
        </w:rPr>
        <w:t>Evidencia:</w:t>
      </w:r>
      <w:r>
        <w:rPr>
          <w:b w:val="0"/>
        </w:rPr>
        <w:t xml:space="preserve"> periódico armado.</w:t>
      </w:r>
    </w:p>
    <w:p>
      <w:r>
        <w:rPr>
          <w:b/>
        </w:rPr>
        <w:t>Si no sale:</w:t>
      </w:r>
      <w:r>
        <w:rPr>
          <w:b w:val="0"/>
        </w:rPr>
        <w:t xml:space="preserve"> si falta tiempo, prioriza las dos secciones que pide el proyecto: verificación y gráfica. La portada y la opinión pueden ir más breves.</w:t>
      </w:r>
    </w:p>
    <w:p>
      <w:pPr>
        <w:pStyle w:val="Heading2"/>
      </w:pPr>
      <w:r>
        <w:t>Sesión 10. Presentamos y nos evaluamos</w:t>
      </w:r>
    </w:p>
    <w:p>
      <w:r>
        <w:rPr>
          <w:b/>
        </w:rPr>
        <w:t>Propósito:</w:t>
      </w:r>
      <w:r>
        <w:rPr>
          <w:b w:val="0"/>
        </w:rPr>
        <w:t xml:space="preserve"> compartir el periódico con la comunidad escolar y valorar lo aprendido.</w:t>
      </w:r>
    </w:p>
    <w:p>
      <w:r>
        <w:rPr>
          <w:b/>
        </w:rPr>
        <w:t>Inicio (15 min, todos):</w:t>
      </w:r>
      <w:r>
        <w:rPr>
          <w:b w:val="0"/>
        </w:rPr>
        <w:t xml:space="preserve"> Forma equipos mixtos de presentación (2 de 5° y 2 de 6°). Cada equipo decide quién explica qué sección (1 minuto por sección) y ensaya una vez.</w:t>
      </w:r>
    </w:p>
    <w:p>
      <w:r>
        <w:rPr>
          <w:b/>
        </w:rPr>
        <w:t>Desarrollo (60 min):</w:t>
      </w:r>
    </w:p>
    <w:p>
      <w:r>
        <w:rPr>
          <w:b/>
        </w:rPr>
        <w:t>Presentación (35 min).</w:t>
      </w:r>
      <w:r>
        <w:rPr>
          <w:b w:val="0"/>
        </w:rPr>
        <w:t xml:space="preserve"> Los equipos visitan 2 o 3 grupos, o reciben a las familias a la salida.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explican una verificación y su gráfica de equipo.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explican la gráfica del total, el dato de proporción y responden preguntas.</w:t>
      </w:r>
    </w:p>
    <w:p>
      <w:pPr>
        <w:pStyle w:val="ListBullet"/>
      </w:pPr>
      <w:r>
        <w:rPr>
          <w:b w:val="0"/>
        </w:rPr>
        <w:t>Reparten copias.</w:t>
      </w:r>
    </w:p>
    <w:p>
      <w:pPr>
        <w:pStyle w:val="ListBullet"/>
      </w:pPr>
      <w:r>
        <w:rPr>
          <w:b w:val="0"/>
        </w:rPr>
        <w:t>Envía al grupo de familias una foto del periódico con la frase «Antes de compartir, verifica».</w:t>
      </w:r>
    </w:p>
    <w:p>
      <w:r>
        <w:rPr>
          <w:b/>
        </w:rPr>
        <w:t>Evaluación entre pares y autoevaluación (25 min).</w:t>
      </w:r>
    </w:p>
    <w:p>
      <w:pPr>
        <w:pStyle w:val="ListBullet"/>
      </w:pPr>
      <w:r>
        <w:rPr>
          <w:b w:val="0"/>
        </w:rPr>
        <w:t>Cada equipo valora a otro con la lista de cotejo del periódico.</w:t>
      </w:r>
    </w:p>
    <w:p>
      <w:pPr>
        <w:pStyle w:val="ListBullet"/>
      </w:pPr>
      <w:r>
        <w:rPr>
          <w:b w:val="0"/>
        </w:rPr>
        <w:t>Cada alumno contesta las casillas «Me evalúo» de sus dos fichas.</w:t>
      </w:r>
    </w:p>
    <w:p>
      <w:r>
        <w:rPr>
          <w:b/>
        </w:rPr>
        <w:t>Cierre (15 min, todos):</w:t>
      </w:r>
      <w:r>
        <w:rPr>
          <w:b w:val="0"/>
        </w:rPr>
        <w:t xml:space="preserve"> Cada alumno escribe un compromiso: «Antes de compartir un mensaje voy a ___».</w:t>
      </w:r>
    </w:p>
    <w:p>
      <w:r>
        <w:rPr>
          <w:b w:val="0"/>
        </w:rPr>
        <w:t>Aplica el examen de cierre en el bloque de 16:15 a 17:00.</w:t>
      </w:r>
    </w:p>
    <w:p>
      <w:r>
        <w:rPr>
          <w:b/>
        </w:rPr>
        <w:t>Evidencia:</w:t>
      </w:r>
      <w:r>
        <w:rPr>
          <w:b w:val="0"/>
        </w:rPr>
        <w:t xml:space="preserve"> presentación, compromiso escrito y examen.</w:t>
      </w:r>
    </w:p>
    <w:p>
      <w:r>
        <w:rPr>
          <w:b/>
        </w:rPr>
        <w:t>Si no sale:</w:t>
      </w:r>
      <w:r>
        <w:rPr>
          <w:b w:val="0"/>
        </w:rPr>
        <w:t xml:space="preserve"> si no pueden salir a otros grupos, invita a un grupo al salón. Otra opción es grabar la presentación con tu celular y enviarla a las familias con su permiso.</w:t>
      </w:r>
    </w:p>
    <w:p>
      <w:pPr>
        <w:pStyle w:val="Heading1"/>
      </w:pPr>
      <w:r>
        <w:t>Actividades diferenciadas: qué hace cada grado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5° (15 alumnos, 3 equipos de 5)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6° (14 alumnos, equipos de 4, 4, 3 y 3)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Tutoría entre pares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Clasifican 6 titulares y escriben una razón por cada uno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Clasifican, identifican la emoción y el dato faltante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Cada equipo de 6° explica una tira a un equipo de 5°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1, consignas 1 a 4, en parejas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1, consignas 1 a 5, individual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Tutor lector para cada uno de los 3 alumnos con rezago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Ensayan la encuesta y calculan 20 respuestas por 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Ajustan opciones, calculan 116 y dibujan la tabla concentradora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6° aplica la encuesta de prueba a parejas de 5°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Verifican 1 noticia con guía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Verifican 2 noticias con dos fuentes y redactan el veredicto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monitor de 6° apoya la búsqueda en pantalla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2, Parte A; tabla de las 20 respuestas del 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2, Parte A; concentrado del grupo con doble conteo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6° revisa que las tablas de 5° sumen 20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2, Parte B; porcentajes sencillos y gráfica de barras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2, Parte C; porcentajes, grados y gráfica circular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6° revisa las gráficas de 5° con tres preguntas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Tesis, 2 argumentos y conclusión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Lo mismo, más contraargumento y respuesta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Revisión en parejas con la consigna 11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 argumentos en tarjeta; apertura del debate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Refutaciones y moderación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Bandos mixtos de 5° y 6°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Comités de verificación y consejos; gráficas de 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Comité editorial; gráfica general; selección de textos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Revisión cruzada con la lista de cotejo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Presentan una verificación y su gráfica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Presentan el total y la proporción; responden preguntas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Equipos mixtos de presentación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Qué evalúas por campo: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uso de la lista de verificación con evidencia del texto; veredicto fundamentado; texto argumentativo; participación en el debate.</w:t>
      </w:r>
    </w:p>
    <w:p>
      <w:pPr>
        <w:pStyle w:val="ListBullet"/>
      </w:pPr>
      <w:r>
        <w:rPr>
          <w:b/>
        </w:rPr>
        <w:t>Saberes:</w:t>
      </w:r>
      <w:r>
        <w:rPr>
          <w:b w:val="0"/>
        </w:rPr>
        <w:t xml:space="preserve"> paso de cantidad a fracción y a porcentaje. 5°: 50%, 25% y 10%, y gráfica de barras con escala. 6°: porcentajes del total, proporción y grados de la gráfica circular.</w:t>
      </w:r>
    </w:p>
    <w:p>
      <w:pPr>
        <w:pStyle w:val="ListBullet"/>
      </w:pPr>
      <w:r>
        <w:rPr>
          <w:b/>
        </w:rPr>
        <w:t>Ética:</w:t>
      </w:r>
      <w:r>
        <w:rPr>
          <w:b w:val="0"/>
        </w:rPr>
        <w:t xml:space="preserve"> explica por qué difundir información falsa daña a la comunidad y reconoce su derecho y su responsabilidad.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respeta reglas y turnos, expresa desacuerdo sin agredir, practica detenerse antes de compartir.</w:t>
      </w:r>
    </w:p>
    <w:p>
      <w:r>
        <w:rPr>
          <w:b/>
        </w:rPr>
        <w:t>Instrumentos:</w:t>
      </w:r>
    </w:p>
    <w:p>
      <w:pPr>
        <w:pStyle w:val="ListBullet"/>
      </w:pPr>
      <w:r>
        <w:rPr>
          <w:b w:val="0"/>
        </w:rPr>
        <w:t>Listas de cotejo de la Ficha 1 y la Ficha 2.</w:t>
      </w:r>
    </w:p>
    <w:p>
      <w:pPr>
        <w:pStyle w:val="ListBullet"/>
      </w:pPr>
      <w:r>
        <w:rPr>
          <w:b w:val="0"/>
        </w:rPr>
        <w:t>Registro del debate.</w:t>
      </w:r>
    </w:p>
    <w:p>
      <w:pPr>
        <w:pStyle w:val="ListBullet"/>
      </w:pPr>
      <w:r>
        <w:rPr>
          <w:b w:val="0"/>
        </w:rPr>
        <w:t>Lista de cotejo del periódico.</w:t>
      </w:r>
    </w:p>
    <w:p>
      <w:pPr>
        <w:pStyle w:val="ListBullet"/>
      </w:pPr>
      <w:r>
        <w:rPr>
          <w:b w:val="0"/>
        </w:rPr>
        <w:t>Rúbrica del texto argumentativo.</w:t>
      </w:r>
    </w:p>
    <w:p>
      <w:pPr>
        <w:pStyle w:val="ListBullet"/>
      </w:pPr>
      <w:r>
        <w:rPr>
          <w:b w:val="0"/>
        </w:rPr>
        <w:t>Examen de cierre.</w:t>
      </w:r>
    </w:p>
    <w:p>
      <w:pPr>
        <w:pStyle w:val="ListBullet"/>
      </w:pPr>
      <w:r>
        <w:rPr>
          <w:b w:val="0"/>
        </w:rPr>
        <w:t>Casillas «Me evalúo».</w:t>
      </w:r>
    </w:p>
    <w:p>
      <w:r>
        <w:rPr>
          <w:b/>
        </w:rPr>
        <w:t>Rúbrica del texto argumentativo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 en 5°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 en 6°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Tesis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Escribe una postura clara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Escribe una postura clara y precisa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Argumentos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Dos razones; una con dato de la encuesta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Dos razones con dato o ejemplo, y dice de dónde sale el dato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Contraargumento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No se pide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Presenta una objeción y la responde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Conclusión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Reafirma la tesis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Reafirma la tesis y propone una acción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Escritura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Mayúsculas y punto final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Conectores y ortografía revisada</w:t>
            </w:r>
          </w:p>
        </w:tc>
      </w:tr>
    </w:tbl>
    <w:p/>
    <w:p>
      <w:r>
        <w:rPr>
          <w:b/>
        </w:rPr>
        <w:t>Registro del debate</w:t>
      </w:r>
      <w:r>
        <w:rPr>
          <w:b w:val="0"/>
        </w:rPr>
        <w:t xml:space="preserve"> (marca L, EP o NL por alumno):</w:t>
      </w:r>
    </w:p>
    <w:p>
      <w:pPr>
        <w:pStyle w:val="ListBullet"/>
      </w:pPr>
      <w:r>
        <w:rPr>
          <w:b w:val="0"/>
        </w:rPr>
        <w:t>Pide la palabra.</w:t>
      </w:r>
    </w:p>
    <w:p>
      <w:pPr>
        <w:pStyle w:val="ListBullet"/>
      </w:pPr>
      <w:r>
        <w:rPr>
          <w:b w:val="0"/>
        </w:rPr>
        <w:t>Argumenta con un dato.</w:t>
      </w:r>
    </w:p>
    <w:p>
      <w:pPr>
        <w:pStyle w:val="ListBullet"/>
      </w:pPr>
      <w:r>
        <w:rPr>
          <w:b w:val="0"/>
        </w:rPr>
        <w:t>Escucha sin interrumpir.</w:t>
      </w:r>
    </w:p>
    <w:p>
      <w:pPr>
        <w:pStyle w:val="ListBullet"/>
      </w:pPr>
      <w:r>
        <w:rPr>
          <w:b w:val="0"/>
        </w:rPr>
        <w:t>Respeta el tiempo.</w:t>
      </w:r>
    </w:p>
    <w:p>
      <w:pPr>
        <w:pStyle w:val="ListBullet"/>
      </w:pPr>
      <w:r>
        <w:rPr>
          <w:b w:val="0"/>
        </w:rPr>
        <w:t>6°: responde un argumento contrario.</w:t>
      </w:r>
    </w:p>
    <w:p>
      <w:r>
        <w:rPr>
          <w:b/>
        </w:rPr>
        <w:t>Lista de cotejo del periódico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Cada noticia verificada tiene veredicto y evidencia (fuente consultada)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gráfica tiene título, escala o porcentajes, y suma 100%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Aclara que la encuesta es una muestra, no toda la colonia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Los textos de opinión tienen tesis, argumentos y conclusión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publica nombres, teléfonos ni rumores sobre personas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Ortografía revisada y letra legible para fotocopiar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r>
        <w:rPr>
          <w:b/>
        </w:rPr>
        <w:t>Ponderación orientativa</w:t>
      </w:r>
      <w:r>
        <w:rPr>
          <w:b w:val="0"/>
        </w:rPr>
        <w:t xml:space="preserve"> (ajústala a tus acuerdos de escuela):</w:t>
      </w:r>
    </w:p>
    <w:p>
      <w:pPr>
        <w:pStyle w:val="ListBullet"/>
      </w:pPr>
      <w:r>
        <w:rPr>
          <w:b w:val="0"/>
        </w:rPr>
        <w:t>Evidencias del proceso (fichas, verificaciones, gráficas): 40%.</w:t>
      </w:r>
    </w:p>
    <w:p>
      <w:pPr>
        <w:pStyle w:val="ListBullet"/>
      </w:pPr>
      <w:r>
        <w:rPr>
          <w:b w:val="0"/>
        </w:rPr>
        <w:t>Periódico: 30%.</w:t>
      </w:r>
    </w:p>
    <w:p>
      <w:pPr>
        <w:pStyle w:val="ListBullet"/>
      </w:pPr>
      <w:r>
        <w:rPr>
          <w:b w:val="0"/>
        </w:rPr>
        <w:t>Examen: 20%.</w:t>
      </w:r>
    </w:p>
    <w:p>
      <w:pPr>
        <w:pStyle w:val="ListBullet"/>
      </w:pPr>
      <w:r>
        <w:rPr>
          <w:b w:val="0"/>
        </w:rPr>
        <w:t>Autoevaluación y evaluación entre pares: 10%.</w:t>
      </w:r>
    </w:p>
    <w:p>
      <w:r>
        <w:rPr>
          <w:b w:val="0"/>
        </w:rPr>
        <w:t>L = logrado, EP = en proceso, NL = no logrado.</w:t>
      </w:r>
    </w:p>
    <w:p>
      <w:pPr>
        <w:pStyle w:val="Heading1"/>
      </w:pPr>
      <w:r>
        <w:t>Materiales</w:t>
      </w:r>
    </w:p>
    <w:p>
      <w:r>
        <w:rPr>
          <w:b/>
        </w:rPr>
        <w:t>Fotocopias:</w:t>
      </w:r>
    </w:p>
    <w:p>
      <w:pPr>
        <w:pStyle w:val="ListBullet"/>
      </w:pPr>
      <w:r>
        <w:rPr>
          <w:b w:val="0"/>
        </w:rPr>
        <w:t>Ficha 1: 29 copias, frente y vuelta.</w:t>
      </w:r>
    </w:p>
    <w:p>
      <w:pPr>
        <w:pStyle w:val="ListBullet"/>
      </w:pPr>
      <w:r>
        <w:rPr>
          <w:b w:val="0"/>
        </w:rPr>
        <w:t>Ficha 2: 29 copias, frente y vuelta.</w:t>
      </w:r>
    </w:p>
    <w:p>
      <w:pPr>
        <w:pStyle w:val="ListBullet"/>
      </w:pPr>
      <w:r>
        <w:rPr>
          <w:b w:val="0"/>
        </w:rPr>
        <w:t>Examen: 29 copias.</w:t>
      </w:r>
    </w:p>
    <w:p>
      <w:pPr>
        <w:pStyle w:val="ListBullet"/>
      </w:pPr>
      <w:r>
        <w:rPr>
          <w:b w:val="0"/>
        </w:rPr>
        <w:t>Hoja de encuesta: 29 copias, con el formato de abajo.</w:t>
      </w:r>
    </w:p>
    <w:p>
      <w:pPr>
        <w:pStyle w:val="ListBullet"/>
      </w:pPr>
      <w:r>
        <w:rPr>
          <w:b w:val="0"/>
        </w:rPr>
        <w:t>Tiras de los 6 titulares de la sesión 1: 7 juegos (3 equipos de 5° y 4 de 6°).</w:t>
      </w:r>
    </w:p>
    <w:p>
      <w:pPr>
        <w:pStyle w:val="ListBullet"/>
      </w:pPr>
      <w:r>
        <w:rPr>
          <w:b w:val="0"/>
        </w:rPr>
        <w:t>Tarjetas V, F y ?: 29 juegos (tercios de hoja carta). Los alumnos pueden hacerlas.</w:t>
      </w:r>
    </w:p>
    <w:p>
      <w:pPr>
        <w:pStyle w:val="ListBullet"/>
      </w:pPr>
      <w:r>
        <w:rPr>
          <w:b w:val="0"/>
        </w:rPr>
        <w:t>Periódico final: 29 copias más una por grupo de la escuela.</w:t>
      </w:r>
    </w:p>
    <w:p>
      <w:r>
        <w:rPr>
          <w:b/>
        </w:rPr>
        <w:t>Pantalla y celulares:</w:t>
      </w:r>
    </w:p>
    <w:p>
      <w:pPr>
        <w:pStyle w:val="ListBullet"/>
      </w:pPr>
      <w:r>
        <w:rPr>
          <w:b w:val="0"/>
        </w:rPr>
        <w:t>Pantalla con tu computadora o celular para los mensajes de las sesiones 1 y 4, el titular del día, la búsqueda guiada y el temporizador visible.</w:t>
      </w:r>
    </w:p>
    <w:p>
      <w:pPr>
        <w:pStyle w:val="ListBullet"/>
      </w:pPr>
      <w:r>
        <w:rPr>
          <w:b w:val="0"/>
        </w:rPr>
        <w:t>Celulares de las familias solo con permiso por escrito: uno por equipo, en la sesión 4.</w:t>
      </w:r>
    </w:p>
    <w:p>
      <w:r>
        <w:rPr>
          <w:b/>
        </w:rPr>
        <w:t>Papelería:</w:t>
      </w:r>
    </w:p>
    <w:p>
      <w:pPr>
        <w:pStyle w:val="ListBullet"/>
      </w:pPr>
      <w:r>
        <w:rPr>
          <w:b w:val="0"/>
        </w:rPr>
        <w:t>10 pliegos de papel bond, plumones negros y cinta.</w:t>
      </w:r>
    </w:p>
    <w:p>
      <w:pPr>
        <w:pStyle w:val="ListBullet"/>
      </w:pPr>
      <w:r>
        <w:rPr>
          <w:b w:val="0"/>
        </w:rPr>
        <w:t>20 hojas carta blancas para el periódico.</w:t>
      </w:r>
    </w:p>
    <w:p>
      <w:pPr>
        <w:pStyle w:val="ListBullet"/>
      </w:pPr>
      <w:r>
        <w:rPr>
          <w:b w:val="0"/>
        </w:rPr>
        <w:t>5°: regla y lápiz.</w:t>
      </w:r>
    </w:p>
    <w:p>
      <w:pPr>
        <w:pStyle w:val="ListBullet"/>
      </w:pPr>
      <w:r>
        <w:rPr>
          <w:b w:val="0"/>
        </w:rPr>
        <w:t>6°: calculadora (o la del celular con permiso), compás o una tapa redonda, transportador y regla.</w:t>
      </w:r>
    </w:p>
    <w:p>
      <w:r>
        <w:rPr>
          <w:b/>
        </w:rPr>
        <w:t>Formato de la hoja de encuesta (para fotocopiar)</w:t>
      </w:r>
    </w:p>
    <w:p>
      <w:r>
        <w:rPr>
          <w:b w:val="0"/>
        </w:rPr>
        <w:t>Encuesta: ¿De dónde se informan las familias? Pide permiso. No anotes nombres. Pregunta a 4 personas adultas.</w:t>
      </w:r>
    </w:p>
    <w:p>
      <w:r>
        <w:rPr>
          <w:b w:val="0"/>
        </w:rPr>
        <w:t>Pregunta 1. ¿Por dónde se entera usted principalmente de las noticias de la colonia? Marca una opción por persona.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Persona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A. WhatsApp u otra mensajería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B. Redes sociales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C. Televisión o radio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D. Periódico o páginas de noticias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E. Pláticas con vecinos</w:t>
            </w:r>
          </w:p>
        </w:tc>
      </w:tr>
      <w:tr>
        <w:tc>
          <w:tcPr>
            <w:tcW w:type="dxa" w:w="1662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</w:tr>
      <w:tr>
        <w:tc>
          <w:tcPr>
            <w:tcW w:type="dxa" w:w="1662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</w:tr>
      <w:tr>
        <w:tc>
          <w:tcPr>
            <w:tcW w:type="dxa" w:w="1662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</w:tr>
      <w:tr>
        <w:tc>
          <w:tcPr>
            <w:tcW w:type="dxa" w:w="1662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  <w:tc>
          <w:tcPr>
            <w:tcW w:type="dxa" w:w="1662"/>
          </w:tcPr>
          <w:p>
            <w:r/>
          </w:p>
          <w:p/>
        </w:tc>
      </w:tr>
    </w:tbl>
    <w:p/>
    <w:p>
      <w:r>
        <w:rPr>
          <w:b w:val="0"/>
        </w:rPr>
        <w:t>Pregunta 2. ¿Alguna vez compartió una noticia que después supo que era falsa?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Persona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Sí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sé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pPr>
        <w:pStyle w:val="Heading1"/>
      </w:pPr>
      <w:r>
        <w:t>Adecuaciones</w:t>
      </w:r>
    </w:p>
    <w:p>
      <w:r>
        <w:rPr>
          <w:b/>
        </w:rPr>
        <w:t>3 alumnos con rezago en lectura</w:t>
      </w:r>
    </w:p>
    <w:p>
      <w:pPr>
        <w:pStyle w:val="ListBullet"/>
      </w:pPr>
      <w:r>
        <w:rPr>
          <w:b w:val="0"/>
        </w:rPr>
        <w:t>Siéntalos con un tutor lector de su mismo grado. El tutor lee una frase y el alumno la relee.</w:t>
      </w:r>
    </w:p>
    <w:p>
      <w:pPr>
        <w:pStyle w:val="ListBullet"/>
      </w:pPr>
      <w:r>
        <w:rPr>
          <w:b w:val="0"/>
        </w:rPr>
        <w:t>En las fichas, lee en voz alta los textos de las cajas y cada consigna. Pueden responder las consignas abiertas de forma oral o dictando a su tutor; que escriban ellos al menos la tesis y una respuesta corta.</w:t>
      </w:r>
    </w:p>
    <w:p>
      <w:pPr>
        <w:pStyle w:val="ListBullet"/>
      </w:pPr>
      <w:r>
        <w:rPr>
          <w:b w:val="0"/>
        </w:rPr>
        <w:t>Deja en el pizarrón el banco de frases: Pienso que..., porque..., por ejemplo..., según la encuesta..., por eso...</w:t>
      </w:r>
    </w:p>
    <w:p>
      <w:pPr>
        <w:pStyle w:val="ListBullet"/>
      </w:pPr>
      <w:r>
        <w:rPr>
          <w:b w:val="0"/>
        </w:rPr>
        <w:t>Trabaja con ellos 20 minutos diarios en el bloque de 16:15 con titulares cortos: leen, subrayan quién y cuándo, y deciden V, F o ?. Son lecturas breves con propósito real.</w:t>
      </w:r>
    </w:p>
    <w:p>
      <w:pPr>
        <w:pStyle w:val="ListBullet"/>
      </w:pPr>
      <w:r>
        <w:rPr>
          <w:b w:val="0"/>
        </w:rPr>
        <w:t>En el examen, lee los reactivos en voz alta y acepta respuesta oral en los reactivos 2, 11 y 14. Tú anotas lo que digan.</w:t>
      </w:r>
    </w:p>
    <w:p>
      <w:r>
        <w:rPr>
          <w:b/>
        </w:rPr>
        <w:t>2 alumnos con TDAH</w:t>
      </w:r>
    </w:p>
    <w:p>
      <w:pPr>
        <w:pStyle w:val="ListBullet"/>
      </w:pPr>
      <w:r>
        <w:rPr>
          <w:b w:val="0"/>
        </w:rPr>
        <w:t>Da una consigna a la vez. En la ficha, enmarca con lápiz la consigna en curso o dobla la hoja para que solo vean esa parte.</w:t>
      </w:r>
    </w:p>
    <w:p>
      <w:pPr>
        <w:pStyle w:val="ListBullet"/>
      </w:pPr>
      <w:r>
        <w:rPr>
          <w:b w:val="0"/>
        </w:rPr>
        <w:t>Pon el temporizador visible en la pantalla en bloques de 10 a 15 minutos. Haz una pausa activa de 2 minutos cada 20 minutos con todo el grupo.</w:t>
      </w:r>
    </w:p>
    <w:p>
      <w:pPr>
        <w:pStyle w:val="ListBullet"/>
      </w:pPr>
      <w:r>
        <w:rPr>
          <w:b w:val="0"/>
        </w:rPr>
        <w:t>Dales roles con movimiento: repartir material, tomar el tiempo en el debate, contar los votos del titular del día, aplicar la encuesta de prueba.</w:t>
      </w:r>
    </w:p>
    <w:p>
      <w:pPr>
        <w:pStyle w:val="ListBullet"/>
      </w:pPr>
      <w:r>
        <w:rPr>
          <w:b w:val="0"/>
        </w:rPr>
        <w:t>Siéntalos cerca de ti y lejos de la puerta. Para las tareas largas (gráfica, periódico), pega en su banca una lista de pasos con casillas.</w:t>
      </w:r>
    </w:p>
    <w:p>
      <w:pPr>
        <w:pStyle w:val="ListBullet"/>
      </w:pPr>
      <w:r>
        <w:rPr>
          <w:b w:val="0"/>
        </w:rPr>
        <w:t>Refuerza en el momento y en concreto: «Terminaste la 3, sigue la 4».</w:t>
      </w:r>
    </w:p>
    <w:p>
      <w:pPr>
        <w:pStyle w:val="ListBullet"/>
      </w:pPr>
      <w:r>
        <w:rPr>
          <w:b w:val="0"/>
        </w:rPr>
        <w:t>Aplícales el examen en dos partes, con una pausa de 3 minutos.</w:t>
      </w:r>
    </w:p>
    <w:p>
      <w:r>
        <w:rPr>
          <w:b/>
        </w:rPr>
        <w:t>Uso de celulares y privacidad</w:t>
      </w:r>
    </w:p>
    <w:p>
      <w:pPr>
        <w:pStyle w:val="ListBullet"/>
      </w:pPr>
      <w:r>
        <w:rPr>
          <w:b w:val="0"/>
        </w:rPr>
        <w:t>Los celulares solo se usan para búsquedas en los sitios que indicas, uno por equipo y contigo cerca. Si no hay permiso de las familias, la búsqueda se hace únicamente en tu pantalla.</w:t>
      </w:r>
    </w:p>
    <w:p>
      <w:pPr>
        <w:pStyle w:val="ListBullet"/>
      </w:pPr>
      <w:r>
        <w:rPr>
          <w:b w:val="0"/>
        </w:rPr>
        <w:t>No se verifican rumores sobre personas de la comunidad. No se publican nombres, fotos ni capturas con números de teléfono.</w:t>
      </w:r>
    </w:p>
    <w:p>
      <w:pPr>
        <w:pStyle w:val="ListBullet"/>
      </w:pPr>
      <w:r>
        <w:rPr>
          <w:b w:val="0"/>
        </w:rPr>
        <w:t>Avisa por escrito a las familias del proyecto y de la encuesta.</w:t>
      </w:r>
    </w:p>
    <w:p/>
    <w:p>
      <w:r>
        <w:rPr>
          <w:sz w:val="16"/>
        </w:rPr>
        <w:t>Material gratuito de Didaula · https://didaula.com/planeaciones/multigrado/5-y-6/fase-5-comprension-y-argumentacion-noticias-falsas/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