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Versos, recados y dulces: la posada de nuestro grupo</w:t>
      </w:r>
    </w:p>
    <w:p>
      <w:r>
        <w:t>Planeación · 1° a 3° de primaria (fases 3, 4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rPr>
          <w:b/>
        </w:rPr>
        <w:t>Contenido:</w:t>
      </w:r>
      <w:r>
        <w:rPr>
          <w:b w:val="0"/>
        </w:rPr>
        <w:t xml:space="preserve"> Lenguajes: lectura compartida en voz alta y escritura colectiva por medio del dictado de versos (fase 3); lectura y escritura de coplas y recados (fase 4). Saberes y pensamiento científico: estudio de los números; suma y resta y su relación como operaciones inversas; registro de datos en tablas (fase 4). Ética, naturaleza y sociedades: costumbres y celebraciones de diciembre en la familia y la comunidad. De lo humano y lo comunitario: convivencia, acuerdos y cuidado mutuo en la escuela y la comunidad.</w:t>
      </w:r>
    </w:p>
    <w:p>
      <w:r>
        <w:rPr>
          <w:b/>
        </w:rPr>
        <w:t>PDA:</w:t>
      </w:r>
      <w:r>
        <w:rPr>
          <w:b w:val="0"/>
        </w:rPr>
        <w:t xml:space="preserve"> Fase 3 (1° y 2°): participa en la lectura compartida de versos y reconoce de oído palabras que riman. Escribe, a su manera o de forma convencional, su nombre, un verso y un recado breve. Cuenta colecciones de hasta 20 (1°) y hasta 100 (2°). Resuelve problemas de suma y resta con objetos, dibujos y números. Fase 4 (3°): lee coplas con fluidez creciente. Escribe versos con rima y recados con sus partes. Resuelve problemas de suma y resta con números de hasta tres cifras, comprueba con la operación inversa y registra datos en tablas. Todos: narran costumbres de diciembre de su familia y su comunidad, y proponen y cumplen acuerdos de convivencia.</w:t>
      </w:r>
    </w:p>
    <w:p>
      <w:r>
        <w:t>Paquete de 2 semanas para un grupo multigrado de 15 alumnos de 1°, 2° y 3° en una escuela rural. Va del martes 1 al lunes 14 de diciembre de 2026. Los niños recitan, leen y escriben versos de posada y recados. Cuentan, suman y restan con los dulces del aguinaldo. Acuerdan cómo convivir y repartir parejo. Hay dos productos finales: el libro de versos del grupo y la cuenta de la piñata. Tiene mucho trabajo oral para quienes aún no leen y solo pide 45 copias.</w:t>
      </w:r>
    </w:p>
    <w:p>
      <w:pPr>
        <w:pStyle w:val="Heading1"/>
      </w:pPr>
      <w:r>
        <w:t>Qué vas a lograr en 2 semanas</w:t>
      </w:r>
    </w:p>
    <w:p>
      <w:r>
        <w:rPr>
          <w:b w:val="0"/>
        </w:rPr>
        <w:t>Son 10 sesiones, del martes 1 al lunes 14 de diciembre de 2026. Tu grupo de 15 alumnos vive el proyecto «La posada de nuestro grupo». El inicio y el cierre de cada sesión son con todos. El desarrollo es por fase, con tu rotación y tutoría entre pares.</w:t>
      </w:r>
    </w:p>
    <w:p>
      <w:pPr>
        <w:pStyle w:val="ListBullet"/>
      </w:pPr>
      <w:r>
        <w:rPr>
          <w:b/>
        </w:rPr>
        <w:t>1° (4 alumnos, fase 3):</w:t>
      </w:r>
      <w:r>
        <w:rPr>
          <w:b w:val="0"/>
        </w:rPr>
        <w:t xml:space="preserve"> escribe su nombre y dice versos de posada de memoria. Reconoce de oído palabras que riman. Te dicta un verso y lo ilustra. Cuenta hasta 20 y resuelve sumas y restas hasta 10 con objetos.</w:t>
      </w:r>
    </w:p>
    <w:p>
      <w:pPr>
        <w:pStyle w:val="ListBullet"/>
      </w:pPr>
      <w:r>
        <w:rPr>
          <w:b/>
        </w:rPr>
        <w:t>2° (5 alumnos, fase 3):</w:t>
      </w:r>
      <w:r>
        <w:rPr>
          <w:b w:val="0"/>
        </w:rPr>
        <w:t xml:space="preserve"> lee versos cortos y completa versos con una palabra que rime. Escribe un verso propio y un recado sencillo. Cuenta de 10 en 10 hasta 100 y resuelve sumas y restas hasta 99.</w:t>
      </w:r>
    </w:p>
    <w:p>
      <w:pPr>
        <w:pStyle w:val="ListBullet"/>
      </w:pPr>
      <w:r>
        <w:rPr>
          <w:b/>
        </w:rPr>
        <w:t>3° (6 alumnos, fase 4):</w:t>
      </w:r>
      <w:r>
        <w:rPr>
          <w:b w:val="0"/>
        </w:rPr>
        <w:t xml:space="preserve"> lee coplas con fluidez creciente. Escribe una copla de cuatro versos con rima y un recado con sus cinco partes. Resuelve sumas y restas de hasta tres cifras, comprueba con la operación inversa y registra datos en tablas.</w:t>
      </w:r>
    </w:p>
    <w:p>
      <w:pPr>
        <w:pStyle w:val="ListBullet"/>
      </w:pPr>
      <w:r>
        <w:rPr>
          <w:b/>
        </w:rPr>
        <w:t>Todos:</w:t>
      </w:r>
      <w:r>
        <w:rPr>
          <w:b w:val="0"/>
        </w:rPr>
        <w:t xml:space="preserve"> cuentan cómo se vive diciembre en casa y en la comunidad. Acuerdan cómo romper la piñata sin lastimarse y cómo repartir parejo.</w:t>
      </w:r>
    </w:p>
    <w:p>
      <w:r>
        <w:rPr>
          <w:b/>
        </w:rPr>
        <w:t>Productos finales</w:t>
      </w:r>
    </w:p>
    <w:p>
      <w:pPr>
        <w:pStyle w:val="ListNumber"/>
      </w:pPr>
      <w:r>
        <w:rPr>
          <w:b/>
        </w:rPr>
        <w:t>Libro de versos del grupo.</w:t>
      </w:r>
      <w:r>
        <w:rPr>
          <w:b w:val="0"/>
        </w:rPr>
        <w:t xml:space="preserve"> Lleva una página por alumno, con su verso y su dibujo. 3° hace la portada y el índice. Se presenta a las familias el lunes 14.</w:t>
      </w:r>
    </w:p>
    <w:p>
      <w:pPr>
        <w:pStyle w:val="ListNumber"/>
      </w:pPr>
      <w:r>
        <w:rPr>
          <w:b/>
        </w:rPr>
        <w:t>La cuenta de la piñata.</w:t>
      </w:r>
      <w:r>
        <w:rPr>
          <w:b w:val="0"/>
        </w:rPr>
        <w:t xml:space="preserve"> Es un cartel en papel bond con lo que se juntó, lo que se gastó, lo que sobró y cómo se reparte. Lo hace 3° con datos que le dictan 1° y 2°.</w:t>
      </w:r>
    </w:p>
    <w:p>
      <w:r>
        <w:rPr>
          <w:b/>
        </w:rPr>
        <w:t>Parejas de tutoría fijas toda la quincena</w:t>
      </w:r>
    </w:p>
    <w:p>
      <w:pPr>
        <w:pStyle w:val="ListBullet"/>
      </w:pPr>
      <w:r>
        <w:rPr>
          <w:b w:val="0"/>
        </w:rPr>
        <w:t>Cada alumno de 1° trabaja con uno de 2°. Quedan tres parejas y un trío (un alumno de 1° con dos de 2°).</w:t>
      </w:r>
    </w:p>
    <w:p>
      <w:pPr>
        <w:pStyle w:val="ListBullet"/>
      </w:pPr>
      <w:r>
        <w:rPr>
          <w:b w:val="0"/>
        </w:rPr>
        <w:t>En 3°, cada alumno que lee sin fluidez trabaja con un tutor de 3°. Los otros dos forman pareja.</w:t>
      </w:r>
    </w:p>
    <w:p>
      <w:r>
        <w:rPr>
          <w:b/>
        </w:rPr>
        <w:t>Calendario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Semana 1</w:t>
            </w:r>
          </w:p>
        </w:tc>
        <w:tc>
          <w:tcPr>
            <w:tcW w:type="dxa" w:w="4986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Semana 2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S1 martes 1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S5 lunes 7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S2 miércoles 2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S6 martes 8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S3 jueves 3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S7 miércoles 9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S4 viernes 4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S8 jueves 10</w:t>
            </w:r>
          </w:p>
        </w:tc>
      </w:tr>
      <w:tr>
        <w:tc>
          <w:tcPr>
            <w:tcW w:type="dxa" w:w="4986"/>
          </w:tcPr>
          <w:p>
            <w:r/>
          </w:p>
          <w:p/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S9 viernes 11</w:t>
            </w:r>
          </w:p>
        </w:tc>
      </w:tr>
      <w:tr>
        <w:tc>
          <w:tcPr>
            <w:tcW w:type="dxa" w:w="4986"/>
          </w:tcPr>
          <w:p>
            <w:r/>
          </w:p>
          <w:p/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S10 lunes 14</w:t>
            </w:r>
          </w:p>
        </w:tc>
      </w:tr>
    </w:tbl>
    <w:p/>
    <w:p>
      <w:pPr>
        <w:pStyle w:val="Heading1"/>
      </w:pPr>
      <w:r>
        <w:t>Organización de la jornada (día tipo)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Hora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Momento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Qué pasa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Cómo se organizan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8:00 a 8:15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Entrada y verso del día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Al pasar lista, cada niño dice una palabra que rime con «posada». Leen en coro el verso del pizarrón.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Todos. Lee primero un alumno de 3°. Los de 1° repiten y señalan con el dedo.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8:15 a 9:45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Sesión del proyecto (90 min)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Inicio común (15 min), desarrollo por fase (60 min) y cierre común (15 min).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Pasas 30 min con fase 3 y 30 min con 3°. Quien no está contigo trabaja con su pareja.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9:45 a 10:25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Taller de lectura y escritura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Alfabetización y fluidez con los versos del proyecto.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1° contigo: nombre propio, sílabas con palmadas, tarjetas. 2° lee el verso del día en parejas. 3° hace lectura repetida en tríos.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10:25 a 10:55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Recreo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Descanso y juego libre.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Todos.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10:55 a 11:35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Matemáticas con el aguinaldo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Conteo y cálculo mental con semillas o corcholatas.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1°: colecciones hasta 20. 2°: de 10 en 10 hasta 100. 3°: cálculo con decenas y centenas.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11:35 a 12:10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Artes, educación física o ensayo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Rondas, ensayo de los versos para pedir posada y hechura de la piñata.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Equipos mezclados de los tres grados.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12:10 a 12:30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Cierre del día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Lees un cuento o un verso en voz alta. El grupo dicta el recado para casa.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3° escribe en el pizarrón. 2° copia en su cuaderno. 1° copia su nombre y dibuja.</w:t>
            </w:r>
          </w:p>
        </w:tc>
      </w:tr>
    </w:tbl>
    <w:p/>
    <w:p>
      <w:pPr>
        <w:pStyle w:val="Heading1"/>
      </w:pPr>
      <w:r>
        <w:t>Secuencia de sesiones</w:t>
      </w:r>
    </w:p>
    <w:p>
      <w:pPr>
        <w:pStyle w:val="Heading2"/>
      </w:pPr>
      <w:r>
        <w:t>Sesión 1. Martes 1: ¿Cómo son las posadas en nuestra comunidad?</w:t>
      </w:r>
    </w:p>
    <w:p>
      <w:r>
        <w:rPr>
          <w:b/>
        </w:rPr>
        <w:t>Campos:</w:t>
      </w:r>
      <w:r>
        <w:rPr>
          <w:b w:val="0"/>
        </w:rPr>
        <w:t xml:space="preserve"> Ética, naturaleza y sociedades; De lo humano y lo comunitario; Lenguajes.</w:t>
      </w:r>
    </w:p>
    <w:p>
      <w:r>
        <w:rPr>
          <w:b/>
        </w:rPr>
        <w:t>Propósito:</w:t>
      </w:r>
      <w:r>
        <w:rPr>
          <w:b w:val="0"/>
        </w:rPr>
        <w:t xml:space="preserve"> contar cómo se vive diciembre en casa y en la comunidad, y conocer los dos productos.</w:t>
      </w:r>
    </w:p>
    <w:p>
      <w:r>
        <w:rPr>
          <w:b/>
        </w:rPr>
        <w:t>Inicio (15 min, todos)</w:t>
      </w:r>
    </w:p>
    <w:p>
      <w:pPr>
        <w:pStyle w:val="ListBullet"/>
      </w:pPr>
      <w:r>
        <w:rPr>
          <w:b w:val="0"/>
        </w:rPr>
        <w:t>Siéntalos en círculo y pregunta qué pasa en diciembre en su casa y en el pueblo.</w:t>
      </w:r>
    </w:p>
    <w:p>
      <w:pPr>
        <w:pStyle w:val="ListBullet"/>
      </w:pPr>
      <w:r>
        <w:rPr>
          <w:b w:val="0"/>
        </w:rPr>
        <w:t>Cada niño dice una cosa.</w:t>
      </w:r>
    </w:p>
    <w:p>
      <w:pPr>
        <w:pStyle w:val="ListBullet"/>
      </w:pPr>
      <w:r>
        <w:rPr>
          <w:b w:val="0"/>
        </w:rPr>
        <w:t>Escribe las palabras clave en el pizarrón: piñata, posada, velas, ponche, colación, aguinaldo. Junto a cada una haz un dibujo sencillo.</w:t>
      </w:r>
    </w:p>
    <w:p>
      <w:pPr>
        <w:pStyle w:val="ListBullet"/>
      </w:pPr>
      <w:r>
        <w:rPr>
          <w:b w:val="0"/>
        </w:rPr>
        <w:t>Anuncia el libro de versos y la cuenta de la piñata.</w:t>
      </w:r>
    </w:p>
    <w:p>
      <w:r>
        <w:rPr>
          <w:b/>
        </w:rPr>
        <w:t>Desarrollo (60 min, por fase)</w:t>
      </w:r>
    </w:p>
    <w:p>
      <w:pPr>
        <w:pStyle w:val="ListBullet"/>
      </w:pPr>
      <w:r>
        <w:rPr>
          <w:b/>
        </w:rPr>
        <w:t>1°:</w:t>
      </w:r>
      <w:r>
        <w:rPr>
          <w:b w:val="0"/>
        </w:rPr>
        <w:t xml:space="preserve"> dibuja en media hoja de reúso lo que más le gusta de diciembre. Copia su nombre de su tarjeta. Te dicta una frase; tú la escribes y la lees señalando cada palabra.</w:t>
      </w:r>
    </w:p>
    <w:p>
      <w:pPr>
        <w:pStyle w:val="ListBullet"/>
      </w:pPr>
      <w:r>
        <w:rPr>
          <w:b/>
        </w:rPr>
        <w:t>2°:</w:t>
      </w:r>
      <w:r>
        <w:rPr>
          <w:b w:val="0"/>
        </w:rPr>
        <w:t xml:space="preserve"> dibuja y escribe dos palabras del pizarrón. Se las lee a su pareja de 1° y le ayuda a copiar su nombre.</w:t>
      </w:r>
    </w:p>
    <w:p>
      <w:pPr>
        <w:pStyle w:val="ListBullet"/>
      </w:pPr>
      <w:r>
        <w:rPr>
          <w:b/>
        </w:rPr>
        <w:t>3°:</w:t>
      </w:r>
      <w:r>
        <w:rPr>
          <w:b w:val="0"/>
        </w:rPr>
        <w:t xml:space="preserve"> en parejas, escribe tres preguntas para entrevistar a un adulto de su casa: ¿cómo eran las posadas cuando eras niño?, ¿qué versos se cantaban?, ¿qué traía el aguinaldo? Los dos alumnos que leen sin fluidez leen sus preguntas tres veces a su tutor.</w:t>
      </w:r>
    </w:p>
    <w:p>
      <w:pPr>
        <w:pStyle w:val="ListBullet"/>
      </w:pPr>
      <w:r>
        <w:rPr>
          <w:b/>
        </w:rPr>
        <w:t>Tu rotación:</w:t>
      </w:r>
      <w:r>
        <w:rPr>
          <w:b w:val="0"/>
        </w:rPr>
        <w:t xml:space="preserve"> minutos 0 a 30 con fase 3 (dictado de 1°). Minutos 30 a 60 con 3°: revisa que las preguntas se entiendan y lleven signos de interrogación.</w:t>
      </w:r>
    </w:p>
    <w:p>
      <w:r>
        <w:rPr>
          <w:b/>
        </w:rPr>
        <w:t>Cierre (15 min, todos)</w:t>
      </w:r>
    </w:p>
    <w:p>
      <w:pPr>
        <w:pStyle w:val="ListBullet"/>
      </w:pPr>
      <w:r>
        <w:rPr>
          <w:b w:val="0"/>
        </w:rPr>
        <w:t>Pegan los dibujos en el mural «Así es diciembre en nuestra comunidad».</w:t>
      </w:r>
    </w:p>
    <w:p>
      <w:pPr>
        <w:pStyle w:val="ListBullet"/>
      </w:pPr>
      <w:r>
        <w:rPr>
          <w:b w:val="0"/>
        </w:rPr>
        <w:t>3° lee sus preguntas.</w:t>
      </w:r>
    </w:p>
    <w:p>
      <w:pPr>
        <w:pStyle w:val="ListBullet"/>
      </w:pPr>
      <w:r>
        <w:rPr>
          <w:b w:val="0"/>
        </w:rPr>
        <w:t>Tarea oral para 1° y 2°: traer de memoria un verso de posada que sepan en casa.</w:t>
      </w:r>
    </w:p>
    <w:p>
      <w:r>
        <w:rPr>
          <w:b/>
        </w:rPr>
        <w:t>Evidencia:</w:t>
      </w:r>
      <w:r>
        <w:rPr>
          <w:b w:val="0"/>
        </w:rPr>
        <w:t xml:space="preserve"> dibujo con nombre y frase dictada (fase 3) y preguntas de entrevista (3°). Anota cómo escribe su nombre cada alumno de 1°.</w:t>
      </w:r>
    </w:p>
    <w:p>
      <w:r>
        <w:rPr>
          <w:b/>
        </w:rPr>
        <w:t>Si no sale:</w:t>
      </w:r>
      <w:r>
        <w:rPr>
          <w:b w:val="0"/>
        </w:rPr>
        <w:t xml:space="preserve"> si hablan poco, cuenta tú una posada de tu infancia y pregunta con opciones: «¿en tu casa se hace ponche o atole?». Si una familia no celebra posadas, el niño cuenta otra reunión de diciembre. Todas valen.</w:t>
      </w:r>
    </w:p>
    <w:p>
      <w:pPr>
        <w:pStyle w:val="Heading2"/>
      </w:pPr>
      <w:r>
        <w:t>Sesión 2. Miércoles 2: Versos para pedir posada</w:t>
      </w:r>
    </w:p>
    <w:p>
      <w:r>
        <w:rPr>
          <w:b/>
        </w:rPr>
        <w:t>Campos:</w:t>
      </w:r>
      <w:r>
        <w:rPr>
          <w:b w:val="0"/>
        </w:rPr>
        <w:t xml:space="preserve"> Lenguajes; Ética, naturaleza y sociedades.</w:t>
      </w:r>
    </w:p>
    <w:p>
      <w:r>
        <w:rPr>
          <w:b/>
        </w:rPr>
        <w:t>Propósito:</w:t>
      </w:r>
      <w:r>
        <w:rPr>
          <w:b w:val="0"/>
        </w:rPr>
        <w:t xml:space="preserve"> escuchar, recitar y leer versos tradicionales y reconocer las palabras que riman.</w:t>
      </w:r>
    </w:p>
    <w:p>
      <w:r>
        <w:rPr>
          <w:b/>
        </w:rPr>
        <w:t>Inicio (15 min, todos)</w:t>
      </w:r>
    </w:p>
    <w:p>
      <w:pPr>
        <w:pStyle w:val="ListBullet"/>
      </w:pPr>
      <w:r>
        <w:rPr>
          <w:b w:val="0"/>
        </w:rPr>
        <w:t>Pide los versos que trajeron de casa y escribe dos en el pizarrón.</w:t>
      </w:r>
    </w:p>
    <w:p>
      <w:pPr>
        <w:pStyle w:val="ListBullet"/>
      </w:pPr>
      <w:r>
        <w:rPr>
          <w:b w:val="0"/>
        </w:rPr>
        <w:t>En papel bond escribe estos dos versos:</w:t>
      </w:r>
    </w:p>
    <w:p>
      <w:pPr>
        <w:pStyle w:val="ListBullet"/>
      </w:pPr>
      <w:r>
        <w:rPr>
          <w:b w:val="0"/>
        </w:rPr>
        <w:t>«En el nombre del cielo / os pido posada, / pues no puede andar / mi esposa amada».</w:t>
      </w:r>
    </w:p>
    <w:p>
      <w:pPr>
        <w:pStyle w:val="ListBullet"/>
      </w:pPr>
      <w:r>
        <w:rPr>
          <w:b w:val="0"/>
        </w:rPr>
        <w:t>«Dale, dale, dale, / no pierdas el tino, / mide la distancia / que hay en el camino».</w:t>
      </w:r>
    </w:p>
    <w:p>
      <w:pPr>
        <w:pStyle w:val="ListBullet"/>
      </w:pPr>
      <w:r>
        <w:rPr>
          <w:b w:val="0"/>
        </w:rPr>
        <w:t>Léelos con ritmo. El grupo repite verso por verso, en eco.</w:t>
      </w:r>
    </w:p>
    <w:p>
      <w:r>
        <w:rPr>
          <w:b/>
        </w:rPr>
        <w:t>Desarrollo (60 min, por fase)</w:t>
      </w:r>
    </w:p>
    <w:p>
      <w:pPr>
        <w:pStyle w:val="ListBullet"/>
      </w:pPr>
      <w:r>
        <w:rPr>
          <w:b/>
        </w:rPr>
        <w:t>1°:</w:t>
      </w:r>
      <w:r>
        <w:rPr>
          <w:b w:val="0"/>
        </w:rPr>
        <w:t xml:space="preserve"> juega a «¿Suena igual?». Dices dos palabras (cielo y suelo, piña y niña, pan y sol) y se ponen de pie si riman. Después aplauden las sílabas de pi-ña-ta y po-sa-da.</w:t>
      </w:r>
    </w:p>
    <w:p>
      <w:pPr>
        <w:pStyle w:val="ListBullet"/>
      </w:pPr>
      <w:r>
        <w:rPr>
          <w:b/>
        </w:rPr>
        <w:t>2°:</w:t>
      </w:r>
      <w:r>
        <w:rPr>
          <w:b w:val="0"/>
        </w:rPr>
        <w:t xml:space="preserve"> encierra con plumón la última palabra de cada verso en el papel bond. Lee un verso a su pareja de 1°, que lo repite señalando.</w:t>
      </w:r>
    </w:p>
    <w:p>
      <w:pPr>
        <w:pStyle w:val="ListBullet"/>
      </w:pPr>
      <w:r>
        <w:rPr>
          <w:b/>
        </w:rPr>
        <w:t>3°:</w:t>
      </w:r>
      <w:r>
        <w:rPr>
          <w:b w:val="0"/>
        </w:rPr>
        <w:t xml:space="preserve"> copia «Dale, dale, dale» y subraya las rimas. Luego hace lectura repetida en tríos: cada quien lee tres veces y el tutor marca una rayita cada vez que lee sin trabarse.</w:t>
      </w:r>
    </w:p>
    <w:p>
      <w:pPr>
        <w:pStyle w:val="ListBullet"/>
      </w:pPr>
      <w:r>
        <w:rPr>
          <w:b/>
        </w:rPr>
        <w:t>Tu rotación:</w:t>
      </w:r>
      <w:r>
        <w:rPr>
          <w:b w:val="0"/>
        </w:rPr>
        <w:t xml:space="preserve"> minutos 0 a 30 con fase 3 en el juego oral. Minutos 30 a 60 con los dos alumnos de 3° que leen sin fluidez: lectura en coro y luego en eco.</w:t>
      </w:r>
    </w:p>
    <w:p>
      <w:r>
        <w:rPr>
          <w:b/>
        </w:rPr>
        <w:t>Cierre (15 min, todos)</w:t>
      </w:r>
    </w:p>
    <w:p>
      <w:pPr>
        <w:pStyle w:val="ListBullet"/>
      </w:pPr>
      <w:r>
        <w:rPr>
          <w:b w:val="0"/>
        </w:rPr>
        <w:t>Recitan juntos los dos versos.</w:t>
      </w:r>
    </w:p>
    <w:p>
      <w:pPr>
        <w:pStyle w:val="ListBullet"/>
      </w:pPr>
      <w:r>
        <w:rPr>
          <w:b w:val="0"/>
        </w:rPr>
        <w:t>Arman el banco de rimas en un pliego que queda pegado toda la quincena. Cada fase dicta un par de palabras que riman.</w:t>
      </w:r>
    </w:p>
    <w:p>
      <w:r>
        <w:rPr>
          <w:b/>
        </w:rPr>
        <w:t>Evidencia:</w:t>
      </w:r>
      <w:r>
        <w:rPr>
          <w:b w:val="0"/>
        </w:rPr>
        <w:t xml:space="preserve"> banco de rimas y registro de rayitas de 3°.</w:t>
      </w:r>
    </w:p>
    <w:p>
      <w:r>
        <w:rPr>
          <w:b/>
        </w:rPr>
        <w:t>Si no sale:</w:t>
      </w:r>
      <w:r>
        <w:rPr>
          <w:b w:val="0"/>
        </w:rPr>
        <w:t xml:space="preserve"> si 1° no distingue la rima, exagera el final («cie-LO, sue-LO») y juega con sus nombres. Si un alumno de 3° se traba mucho, reduce el texto a dos versos y que primero te escuche a ti.</w:t>
      </w:r>
    </w:p>
    <w:p>
      <w:pPr>
        <w:pStyle w:val="Heading2"/>
      </w:pPr>
      <w:r>
        <w:t>Sesión 3. Jueves 3: Escribimos nuestros versos</w:t>
      </w:r>
    </w:p>
    <w:p>
      <w:r>
        <w:rPr>
          <w:b/>
        </w:rPr>
        <w:t>Campos:</w:t>
      </w:r>
      <w:r>
        <w:rPr>
          <w:b w:val="0"/>
        </w:rPr>
        <w:t xml:space="preserve"> Lenguajes.</w:t>
      </w:r>
    </w:p>
    <w:p>
      <w:r>
        <w:rPr>
          <w:b/>
        </w:rPr>
        <w:t>Propósito:</w:t>
      </w:r>
      <w:r>
        <w:rPr>
          <w:b w:val="0"/>
        </w:rPr>
        <w:t xml:space="preserve"> producir versos con rima: dictados (1°), escritos (2°) y coplas completas (3°).</w:t>
      </w:r>
    </w:p>
    <w:p>
      <w:r>
        <w:rPr>
          <w:b/>
        </w:rPr>
        <w:t>Inicio (15 min, todos)</w:t>
      </w:r>
    </w:p>
    <w:p>
      <w:pPr>
        <w:pStyle w:val="ListBullet"/>
      </w:pPr>
      <w:r>
        <w:rPr>
          <w:b w:val="0"/>
        </w:rPr>
        <w:t>Leen en coro el banco de rimas.</w:t>
      </w:r>
    </w:p>
    <w:p>
      <w:pPr>
        <w:pStyle w:val="ListBullet"/>
      </w:pPr>
      <w:r>
        <w:rPr>
          <w:b w:val="0"/>
        </w:rPr>
        <w:t>Escribe «Ya llegó diciembre, / ya llegó el frío, / vamos a la posada / con mi tía y mi...» y pregunta qué palabra falta.</w:t>
      </w:r>
    </w:p>
    <w:p>
      <w:pPr>
        <w:pStyle w:val="ListBullet"/>
      </w:pPr>
      <w:r>
        <w:rPr>
          <w:b w:val="0"/>
        </w:rPr>
        <w:t>Explica que la palabra que rima va al final del verso.</w:t>
      </w:r>
    </w:p>
    <w:p>
      <w:r>
        <w:rPr>
          <w:b/>
        </w:rPr>
        <w:t>Desarrollo (60 min, por fase)</w:t>
      </w:r>
    </w:p>
    <w:p>
      <w:pPr>
        <w:pStyle w:val="ListBullet"/>
      </w:pPr>
      <w:r>
        <w:rPr>
          <w:b/>
        </w:rPr>
        <w:t>1°:</w:t>
      </w:r>
      <w:r>
        <w:rPr>
          <w:b w:val="0"/>
        </w:rPr>
        <w:t xml:space="preserve"> ficha «Completo versos de posada». Tú lees cada consigna. Hace la 1, la 2 y la 4 con su pareja. Contesta la 3 en voz alta. En la 5 dibuja y te dicta su verso.</w:t>
      </w:r>
    </w:p>
    <w:p>
      <w:pPr>
        <w:pStyle w:val="ListBullet"/>
      </w:pPr>
      <w:r>
        <w:rPr>
          <w:b/>
        </w:rPr>
        <w:t>2°:</w:t>
      </w:r>
      <w:r>
        <w:rPr>
          <w:b w:val="0"/>
        </w:rPr>
        <w:t xml:space="preserve"> la misma ficha completa. Contesta la 3 por escrito. En la 5 escribe su verso con ayuda del banco de rimas.</w:t>
      </w:r>
    </w:p>
    <w:p>
      <w:pPr>
        <w:pStyle w:val="ListBullet"/>
      </w:pPr>
      <w:r>
        <w:rPr>
          <w:b/>
        </w:rPr>
        <w:t>3°:</w:t>
      </w:r>
      <w:r>
        <w:rPr>
          <w:b w:val="0"/>
        </w:rPr>
        <w:t xml:space="preserve"> consignas 1 a 5 de la ficha «Coplas de posada y un recado». Lee la copla tres veces, busca las rimas y escribe su copla en borrador.</w:t>
      </w:r>
    </w:p>
    <w:p>
      <w:pPr>
        <w:pStyle w:val="ListBullet"/>
      </w:pPr>
      <w:r>
        <w:rPr>
          <w:b/>
        </w:rPr>
        <w:t>Tu rotación:</w:t>
      </w:r>
      <w:r>
        <w:rPr>
          <w:b w:val="0"/>
        </w:rPr>
        <w:t xml:space="preserve"> minutos 0 a 30 con 1°. Cada niño te dicta su verso y tú lo escribes en una tira que se guarda para el libro. Mientras, 2° trabaja solo. Minutos 30 a 60 con 3°: revisa que los versos 2 y 4 rimen.</w:t>
      </w:r>
    </w:p>
    <w:p>
      <w:r>
        <w:rPr>
          <w:b/>
        </w:rPr>
        <w:t>Cierre (15 min, todos)</w:t>
      </w:r>
    </w:p>
    <w:p>
      <w:pPr>
        <w:pStyle w:val="ListBullet"/>
      </w:pPr>
      <w:r>
        <w:rPr>
          <w:b w:val="0"/>
        </w:rPr>
        <w:t>Hacen una ronda: cada niño dice o lee su verso. El grupo aplaude bajito al oír la rima.</w:t>
      </w:r>
    </w:p>
    <w:p>
      <w:pPr>
        <w:pStyle w:val="ListBullet"/>
      </w:pPr>
      <w:r>
        <w:rPr>
          <w:b w:val="0"/>
        </w:rPr>
        <w:t>Guardan las tiras en la caja del libro.</w:t>
      </w:r>
    </w:p>
    <w:p>
      <w:r>
        <w:rPr>
          <w:b/>
        </w:rPr>
        <w:t>Evidencia:</w:t>
      </w:r>
      <w:r>
        <w:rPr>
          <w:b w:val="0"/>
        </w:rPr>
        <w:t xml:space="preserve"> ficha de fase 3 y copla en borrador de 3°.</w:t>
      </w:r>
    </w:p>
    <w:p>
      <w:r>
        <w:rPr>
          <w:b/>
        </w:rPr>
        <w:t>Si no sale:</w:t>
      </w:r>
      <w:r>
        <w:rPr>
          <w:b w:val="0"/>
        </w:rPr>
        <w:t xml:space="preserve"> si 2° no encuentra rima, dale tres palabras para escoger. Si 3° escribe sin rima, que elija primero un par del banco de rimas y construya los versos para llegar a esas palabras.</w:t>
      </w:r>
    </w:p>
    <w:p>
      <w:pPr>
        <w:pStyle w:val="Heading2"/>
      </w:pPr>
      <w:r>
        <w:t>Sesión 4. Viernes 4: Un recado para la familia</w:t>
      </w:r>
    </w:p>
    <w:p>
      <w:r>
        <w:rPr>
          <w:b/>
        </w:rPr>
        <w:t>Campos:</w:t>
      </w:r>
      <w:r>
        <w:rPr>
          <w:b w:val="0"/>
        </w:rPr>
        <w:t xml:space="preserve"> Lenguajes; De lo humano y lo comunitario.</w:t>
      </w:r>
    </w:p>
    <w:p>
      <w:r>
        <w:rPr>
          <w:b/>
        </w:rPr>
        <w:t>Propósito:</w:t>
      </w:r>
      <w:r>
        <w:rPr>
          <w:b w:val="0"/>
        </w:rPr>
        <w:t xml:space="preserve"> leer y escribir recados para invitar a la familia a la presentación del libro.</w:t>
      </w:r>
    </w:p>
    <w:p>
      <w:r>
        <w:rPr>
          <w:b/>
        </w:rPr>
        <w:t>Inicio (15 min, todos)</w:t>
      </w:r>
    </w:p>
    <w:p>
      <w:pPr>
        <w:pStyle w:val="ListBullet"/>
      </w:pPr>
      <w:r>
        <w:rPr>
          <w:b w:val="0"/>
        </w:rPr>
        <w:t>Escribe en el pizarrón: «Viernes 4 de diciembre de 2026 / Querida familia: / El lunes 14 de diciembre a las 9:00 presentamos nuestro libro de versos. Los esperamos. / Con cariño, / el grupo de 1°, 2° y 3°».</w:t>
      </w:r>
    </w:p>
    <w:p>
      <w:pPr>
        <w:pStyle w:val="ListBullet"/>
      </w:pPr>
      <w:r>
        <w:rPr>
          <w:b w:val="0"/>
        </w:rPr>
        <w:t>Pregunta: ¿para quién es?, ¿qué avisa?, ¿quién lo manda?</w:t>
      </w:r>
    </w:p>
    <w:p>
      <w:pPr>
        <w:pStyle w:val="ListBullet"/>
      </w:pPr>
      <w:r>
        <w:rPr>
          <w:b w:val="0"/>
        </w:rPr>
        <w:t>Nombra y marca las cinco partes: fecha, para quién, mensaje, despedida y firma.</w:t>
      </w:r>
    </w:p>
    <w:p>
      <w:r>
        <w:rPr>
          <w:b/>
        </w:rPr>
        <w:t>Desarrollo (60 min, por fase)</w:t>
      </w:r>
    </w:p>
    <w:p>
      <w:pPr>
        <w:pStyle w:val="ListBullet"/>
      </w:pPr>
      <w:r>
        <w:rPr>
          <w:b/>
        </w:rPr>
        <w:t>1°:</w:t>
      </w:r>
      <w:r>
        <w:rPr>
          <w:b w:val="0"/>
        </w:rPr>
        <w:t xml:space="preserve"> copia en media hoja «FAMILIA: LOS INVITO EL LUNES 14.» desde una tira con letra grande. Firma con su nombre y dibuja.</w:t>
      </w:r>
    </w:p>
    <w:p>
      <w:pPr>
        <w:pStyle w:val="ListBullet"/>
      </w:pPr>
      <w:r>
        <w:rPr>
          <w:b/>
        </w:rPr>
        <w:t>2°:</w:t>
      </w:r>
      <w:r>
        <w:rPr>
          <w:b w:val="0"/>
        </w:rPr>
        <w:t xml:space="preserve"> copia y completa el recado con espacios del pizarrón: «______ (fecha). Querida ______: Te invito a ______ el lunes 14 de diciembre. Con cariño, ______.»</w:t>
      </w:r>
    </w:p>
    <w:p>
      <w:pPr>
        <w:pStyle w:val="ListBullet"/>
      </w:pPr>
      <w:r>
        <w:rPr>
          <w:b/>
        </w:rPr>
        <w:t>3°:</w:t>
      </w:r>
      <w:r>
        <w:rPr>
          <w:b w:val="0"/>
        </w:rPr>
        <w:t xml:space="preserve"> consignas 6 y 7 de su ficha. Identifica las partes del recado y escribe el suyo sin copiar. Lo intercambia con su pareja y revisa que tenga las cinco partes.</w:t>
      </w:r>
    </w:p>
    <w:p>
      <w:pPr>
        <w:pStyle w:val="ListBullet"/>
      </w:pPr>
      <w:r>
        <w:rPr>
          <w:b/>
        </w:rPr>
        <w:t>Tu rotación:</w:t>
      </w:r>
      <w:r>
        <w:rPr>
          <w:b w:val="0"/>
        </w:rPr>
        <w:t xml:space="preserve"> minutos 0 a 20 con 1°, 20 a 40 con 3° y 40 a 60 con 2°. Cuando no estás con 1°, su tutor de 2° le ayuda a copiar.</w:t>
      </w:r>
    </w:p>
    <w:p>
      <w:r>
        <w:rPr>
          <w:b/>
        </w:rPr>
        <w:t>Cierre (15 min, todos)</w:t>
      </w:r>
    </w:p>
    <w:p>
      <w:pPr>
        <w:pStyle w:val="ListBullet"/>
      </w:pPr>
      <w:r>
        <w:rPr>
          <w:b w:val="0"/>
        </w:rPr>
        <w:t>Un voluntario de cada grado lee su recado.</w:t>
      </w:r>
    </w:p>
    <w:p>
      <w:pPr>
        <w:pStyle w:val="ListBullet"/>
      </w:pPr>
      <w:r>
        <w:rPr>
          <w:b w:val="0"/>
        </w:rPr>
        <w:t>Lo doblan y lo guardan en la mochila.</w:t>
      </w:r>
    </w:p>
    <w:p>
      <w:r>
        <w:rPr>
          <w:b/>
        </w:rPr>
        <w:t>Evidencia:</w:t>
      </w:r>
      <w:r>
        <w:rPr>
          <w:b w:val="0"/>
        </w:rPr>
        <w:t xml:space="preserve"> recado de cada alumno. Anota tu valoración antes de que se lo lleven.</w:t>
      </w:r>
    </w:p>
    <w:p>
      <w:r>
        <w:rPr>
          <w:b/>
        </w:rPr>
        <w:t>Si no sale:</w:t>
      </w:r>
      <w:r>
        <w:rPr>
          <w:b w:val="0"/>
        </w:rPr>
        <w:t xml:space="preserve"> si 1° se cansa al copiar, que copie solo su nombre y LUNES y te dicte el resto. Si 3° olvida partes, dale una tira con los cinco nombres para que los palomee.</w:t>
      </w:r>
    </w:p>
    <w:p>
      <w:pPr>
        <w:pStyle w:val="Heading2"/>
      </w:pPr>
      <w:r>
        <w:t>Sesión 5. Lunes 7: ¿Cuántos dulces trae el aguinaldo?</w:t>
      </w:r>
    </w:p>
    <w:p>
      <w:r>
        <w:rPr>
          <w:b/>
        </w:rPr>
        <w:t>Campos:</w:t>
      </w:r>
      <w:r>
        <w:rPr>
          <w:b w:val="0"/>
        </w:rPr>
        <w:t xml:space="preserve"> Saberes y pensamiento científico; Ética, naturaleza y sociedades.</w:t>
      </w:r>
    </w:p>
    <w:p>
      <w:r>
        <w:rPr>
          <w:b/>
        </w:rPr>
        <w:t>Propósito:</w:t>
      </w:r>
      <w:r>
        <w:rPr>
          <w:b w:val="0"/>
        </w:rPr>
        <w:t xml:space="preserve"> contar colecciones y agrupar de 10 en 10, y en 3° también de 100 en 100.</w:t>
      </w:r>
    </w:p>
    <w:p>
      <w:r>
        <w:rPr>
          <w:b/>
        </w:rPr>
        <w:t>Inicio (15 min, todos)</w:t>
      </w:r>
    </w:p>
    <w:p>
      <w:pPr>
        <w:pStyle w:val="ListBullet"/>
      </w:pPr>
      <w:r>
        <w:rPr>
          <w:b w:val="0"/>
        </w:rPr>
        <w:t>Pregunta qué trae el aguinaldo en la comunidad: cacahuates, mandarinas, caña, colación.</w:t>
      </w:r>
    </w:p>
    <w:p>
      <w:pPr>
        <w:pStyle w:val="ListBullet"/>
      </w:pPr>
      <w:r>
        <w:rPr>
          <w:b w:val="0"/>
        </w:rPr>
        <w:t>Muestra una bolsa de semillas («los dulces») y pregunta cuántas creen que hay.</w:t>
      </w:r>
    </w:p>
    <w:p>
      <w:pPr>
        <w:pStyle w:val="ListBullet"/>
      </w:pPr>
      <w:r>
        <w:rPr>
          <w:b w:val="0"/>
        </w:rPr>
        <w:t>Anota cinco estimaciones en el pizarrón.</w:t>
      </w:r>
    </w:p>
    <w:p>
      <w:r>
        <w:rPr>
          <w:b/>
        </w:rPr>
        <w:t>Desarrollo (60 min, por fase)</w:t>
      </w:r>
    </w:p>
    <w:p>
      <w:pPr>
        <w:pStyle w:val="ListBullet"/>
      </w:pPr>
      <w:r>
        <w:rPr>
          <w:b/>
        </w:rPr>
        <w:t>1°:</w:t>
      </w:r>
      <w:r>
        <w:rPr>
          <w:b w:val="0"/>
        </w:rPr>
        <w:t xml:space="preserve"> cuenta montoncitos de 8 a 20 semillas, moviendo cada una al contarla. Escribe el número con ayuda de la tira numérica del 1 al 20.</w:t>
      </w:r>
    </w:p>
    <w:p>
      <w:pPr>
        <w:pStyle w:val="ListBullet"/>
      </w:pPr>
      <w:r>
        <w:rPr>
          <w:b/>
        </w:rPr>
        <w:t>2°:</w:t>
      </w:r>
      <w:r>
        <w:rPr>
          <w:b w:val="0"/>
        </w:rPr>
        <w:t xml:space="preserve"> con 50 a 99 semillas, arma montones de 10 y cuenta de 10 en 10. Registra así: «5 montones de 10 y 3 sueltas son 53».</w:t>
      </w:r>
    </w:p>
    <w:p>
      <w:pPr>
        <w:pStyle w:val="ListBullet"/>
      </w:pPr>
      <w:r>
        <w:rPr>
          <w:b/>
        </w:rPr>
        <w:t>3°:</w:t>
      </w:r>
      <w:r>
        <w:rPr>
          <w:b w:val="0"/>
        </w:rPr>
        <w:t xml:space="preserve"> en tres parejas, con 200 a 400 semillas, arma montones de 10 y bolsas de 100. Registra en una tabla de centenas, decenas y unidades, y lee el número.</w:t>
      </w:r>
    </w:p>
    <w:p>
      <w:pPr>
        <w:pStyle w:val="ListBullet"/>
      </w:pPr>
      <w:r>
        <w:rPr>
          <w:b/>
        </w:rPr>
        <w:t>Tu rotación:</w:t>
      </w:r>
      <w:r>
        <w:rPr>
          <w:b w:val="0"/>
        </w:rPr>
        <w:t xml:space="preserve"> minutos 0 a 30 con fase 3 y 30 a 60 con 3°. Mientras, 2° vuelve a contar para revisar el conteo de su pareja de 1°.</w:t>
      </w:r>
    </w:p>
    <w:p>
      <w:r>
        <w:rPr>
          <w:b/>
        </w:rPr>
        <w:t>Cierre (15 min, todos)</w:t>
      </w:r>
    </w:p>
    <w:p>
      <w:pPr>
        <w:pStyle w:val="ListBullet"/>
      </w:pPr>
      <w:r>
        <w:rPr>
          <w:b w:val="0"/>
        </w:rPr>
        <w:t>Comparan el conteo con las estimaciones del inicio.</w:t>
      </w:r>
    </w:p>
    <w:p>
      <w:pPr>
        <w:pStyle w:val="ListBullet"/>
      </w:pPr>
      <w:r>
        <w:rPr>
          <w:b w:val="0"/>
        </w:rPr>
        <w:t>Conversan: en el aguinaldo todos reciben lo mismo, ¿por qué importa? ¿Cómo se siente quien recibe menos?</w:t>
      </w:r>
    </w:p>
    <w:p>
      <w:r>
        <w:rPr>
          <w:b/>
        </w:rPr>
        <w:t>Evidencia:</w:t>
      </w:r>
      <w:r>
        <w:rPr>
          <w:b w:val="0"/>
        </w:rPr>
        <w:t xml:space="preserve"> registros de conteo en el cuaderno.</w:t>
      </w:r>
    </w:p>
    <w:p>
      <w:r>
        <w:rPr>
          <w:b/>
        </w:rPr>
        <w:t>Si no sale:</w:t>
      </w:r>
      <w:r>
        <w:rPr>
          <w:b w:val="0"/>
        </w:rPr>
        <w:t xml:space="preserve"> si 1° cuenta dos veces el mismo objeto, que mueva cada semilla y diga el número en voz alta. Si 2° o 3° se pierden, que hagan primero todos los montones de 10 y luego cuenten.</w:t>
      </w:r>
    </w:p>
    <w:p>
      <w:pPr>
        <w:pStyle w:val="Heading2"/>
      </w:pPr>
      <w:r>
        <w:t>Sesión 6. Martes 8: Armamos bolsitas: juntamos y agregamos</w:t>
      </w:r>
    </w:p>
    <w:p>
      <w:r>
        <w:rPr>
          <w:b/>
        </w:rPr>
        <w:t>Campos:</w:t>
      </w:r>
      <w:r>
        <w:rPr>
          <w:b w:val="0"/>
        </w:rPr>
        <w:t xml:space="preserve"> Saberes y pensamiento científico.</w:t>
      </w:r>
    </w:p>
    <w:p>
      <w:r>
        <w:rPr>
          <w:b/>
        </w:rPr>
        <w:t>Propósito:</w:t>
      </w:r>
      <w:r>
        <w:rPr>
          <w:b w:val="0"/>
        </w:rPr>
        <w:t xml:space="preserve"> resolver problemas de suma con los dulces del aguinaldo.</w:t>
      </w:r>
    </w:p>
    <w:p>
      <w:r>
        <w:rPr>
          <w:b/>
        </w:rPr>
        <w:t>Inicio (15 min, todos)</w:t>
      </w:r>
    </w:p>
    <w:p>
      <w:pPr>
        <w:pStyle w:val="ListBullet"/>
      </w:pPr>
      <w:r>
        <w:rPr>
          <w:b w:val="0"/>
        </w:rPr>
        <w:t>Plantea: «A mi bolsita le eché 5 cacahuates y luego 4 dulces. ¿Cuántas cosas tiene?».</w:t>
      </w:r>
    </w:p>
    <w:p>
      <w:pPr>
        <w:pStyle w:val="ListBullet"/>
      </w:pPr>
      <w:r>
        <w:rPr>
          <w:b w:val="0"/>
        </w:rPr>
        <w:t>Lo resuelven con dedos, semillas o de memoria.</w:t>
      </w:r>
    </w:p>
    <w:p>
      <w:pPr>
        <w:pStyle w:val="ListBullet"/>
      </w:pPr>
      <w:r>
        <w:rPr>
          <w:b w:val="0"/>
        </w:rPr>
        <w:t>Un niño de cada grado explica cómo lo hizo.</w:t>
      </w:r>
    </w:p>
    <w:p>
      <w:r>
        <w:rPr>
          <w:b/>
        </w:rPr>
        <w:t>Desarrollo (60 min, por fase)</w:t>
      </w:r>
    </w:p>
    <w:p>
      <w:pPr>
        <w:pStyle w:val="ListBullet"/>
      </w:pPr>
      <w:r>
        <w:rPr>
          <w:b/>
        </w:rPr>
        <w:t>1°:</w:t>
      </w:r>
      <w:r>
        <w:rPr>
          <w:b w:val="0"/>
        </w:rPr>
        <w:t xml:space="preserve"> consignas 1, 2 y 3 de la ficha «Los dulces del aguinaldo», con semillas a la mano. Tú lees cada problema.</w:t>
      </w:r>
    </w:p>
    <w:p>
      <w:pPr>
        <w:pStyle w:val="ListBullet"/>
      </w:pPr>
      <w:r>
        <w:rPr>
          <w:b/>
        </w:rPr>
        <w:t>2°:</w:t>
      </w:r>
      <w:r>
        <w:rPr>
          <w:b w:val="0"/>
        </w:rPr>
        <w:t xml:space="preserve"> consignas 1, 2, 3, 5 y 6 de la misma ficha. Para la 6 usa semillas en montones de 10.</w:t>
      </w:r>
    </w:p>
    <w:p>
      <w:pPr>
        <w:pStyle w:val="ListBullet"/>
      </w:pPr>
      <w:r>
        <w:rPr>
          <w:b/>
        </w:rPr>
        <w:t>3°:</w:t>
      </w:r>
      <w:r>
        <w:rPr>
          <w:b w:val="0"/>
        </w:rPr>
        <w:t xml:space="preserve"> consignas 1 a 3 de la ficha «La cuenta de la piñata». Completa la tabla y suma llevando.</w:t>
      </w:r>
    </w:p>
    <w:p>
      <w:pPr>
        <w:pStyle w:val="ListBullet"/>
      </w:pPr>
      <w:r>
        <w:rPr>
          <w:b/>
        </w:rPr>
        <w:t>Tu rotación:</w:t>
      </w:r>
      <w:r>
        <w:rPr>
          <w:b w:val="0"/>
        </w:rPr>
        <w:t xml:space="preserve"> minutos 0 a 30 con fase 3 y 30 a 60 con 3°. Con 3°, revisa el acomodo de las cifras y cómo llevan.</w:t>
      </w:r>
    </w:p>
    <w:p>
      <w:r>
        <w:rPr>
          <w:b/>
        </w:rPr>
        <w:t>Cierre (15 min, todos)</w:t>
      </w:r>
    </w:p>
    <w:p>
      <w:pPr>
        <w:pStyle w:val="ListBullet"/>
      </w:pPr>
      <w:r>
        <w:rPr>
          <w:b w:val="0"/>
        </w:rPr>
        <w:t>Un niño de cada grado resuelve un problema en el pizarrón.</w:t>
      </w:r>
    </w:p>
    <w:p>
      <w:pPr>
        <w:pStyle w:val="ListBullet"/>
      </w:pPr>
      <w:r>
        <w:rPr>
          <w:b w:val="0"/>
        </w:rPr>
        <w:t>El grupo dice si está de acuerdo y por qué.</w:t>
      </w:r>
    </w:p>
    <w:p>
      <w:r>
        <w:rPr>
          <w:b/>
        </w:rPr>
        <w:t>Evidencia:</w:t>
      </w:r>
      <w:r>
        <w:rPr>
          <w:b w:val="0"/>
        </w:rPr>
        <w:t xml:space="preserve"> consignas resueltas.</w:t>
      </w:r>
    </w:p>
    <w:p>
      <w:r>
        <w:rPr>
          <w:b/>
        </w:rPr>
        <w:t>Si no sale:</w:t>
      </w:r>
      <w:r>
        <w:rPr>
          <w:b w:val="0"/>
        </w:rPr>
        <w:t xml:space="preserve"> si 1° no relaciona el problema con la operación, dramatízalo con dos niños y semillas. Si 3° no lleva, regrésalo a los montones de 10.</w:t>
      </w:r>
    </w:p>
    <w:p>
      <w:pPr>
        <w:pStyle w:val="Heading2"/>
      </w:pPr>
      <w:r>
        <w:t>Sesión 7. Miércoles 9: Repartimos: ¿cuántos quedan?</w:t>
      </w:r>
    </w:p>
    <w:p>
      <w:r>
        <w:rPr>
          <w:b/>
        </w:rPr>
        <w:t>Campos:</w:t>
      </w:r>
      <w:r>
        <w:rPr>
          <w:b w:val="0"/>
        </w:rPr>
        <w:t xml:space="preserve"> Saberes y pensamiento científico; De lo humano y lo comunitario.</w:t>
      </w:r>
    </w:p>
    <w:p>
      <w:r>
        <w:rPr>
          <w:b/>
        </w:rPr>
        <w:t>Propósito:</w:t>
      </w:r>
      <w:r>
        <w:rPr>
          <w:b w:val="0"/>
        </w:rPr>
        <w:t xml:space="preserve"> resolver problemas de quitar y de cuánto falta y, en 3°, comprobar con la suma.</w:t>
      </w:r>
    </w:p>
    <w:p>
      <w:r>
        <w:rPr>
          <w:b/>
        </w:rPr>
        <w:t>Inicio (15 min, todos)</w:t>
      </w:r>
    </w:p>
    <w:p>
      <w:pPr>
        <w:pStyle w:val="ListBullet"/>
      </w:pPr>
      <w:r>
        <w:rPr>
          <w:b w:val="0"/>
        </w:rPr>
        <w:t>Dramatizan: un niño tiene 10 semillas y reparte a tres compañeros. El grupo dice cuántas le quedan.</w:t>
      </w:r>
    </w:p>
    <w:p>
      <w:pPr>
        <w:pStyle w:val="ListBullet"/>
      </w:pPr>
      <w:r>
        <w:rPr>
          <w:b w:val="0"/>
        </w:rPr>
        <w:t>Pregunta: ¿cómo repartimos para que a nadie le falte?</w:t>
      </w:r>
    </w:p>
    <w:p>
      <w:r>
        <w:rPr>
          <w:b/>
        </w:rPr>
        <w:t>Desarrollo (60 min, por fase)</w:t>
      </w:r>
    </w:p>
    <w:p>
      <w:pPr>
        <w:pStyle w:val="ListBullet"/>
      </w:pPr>
      <w:r>
        <w:rPr>
          <w:b/>
        </w:rPr>
        <w:t>1°:</w:t>
      </w:r>
      <w:r>
        <w:rPr>
          <w:b w:val="0"/>
        </w:rPr>
        <w:t xml:space="preserve"> consigna 4 de su ficha, con semillas. Su tutor le lee el problema. Luego inventa un problema de quitar y se lo dice a su pareja.</w:t>
      </w:r>
    </w:p>
    <w:p>
      <w:pPr>
        <w:pStyle w:val="ListBullet"/>
      </w:pPr>
      <w:r>
        <w:rPr>
          <w:b/>
        </w:rPr>
        <w:t>2°:</w:t>
      </w:r>
      <w:r>
        <w:rPr>
          <w:b w:val="0"/>
        </w:rPr>
        <w:t xml:space="preserve"> consignas 4 y 7. Inventa un problema de resta hasta 10 para su pareja de 1°.</w:t>
      </w:r>
    </w:p>
    <w:p>
      <w:pPr>
        <w:pStyle w:val="ListBullet"/>
      </w:pPr>
      <w:r>
        <w:rPr>
          <w:b/>
        </w:rPr>
        <w:t>3°:</w:t>
      </w:r>
      <w:r>
        <w:rPr>
          <w:b w:val="0"/>
        </w:rPr>
        <w:t xml:space="preserve"> consignas 4 y 5 de «La cuenta de la piñata»: una resta y su comprobación con suma.</w:t>
      </w:r>
    </w:p>
    <w:p>
      <w:pPr>
        <w:pStyle w:val="ListBullet"/>
      </w:pPr>
      <w:r>
        <w:rPr>
          <w:b/>
        </w:rPr>
        <w:t>Tu rotación:</w:t>
      </w:r>
      <w:r>
        <w:rPr>
          <w:b w:val="0"/>
        </w:rPr>
        <w:t xml:space="preserve"> minutos 0 a 30 con 3° para explicar la comprobación con la operación inversa. Minutos 30 a 60 con fase 3: revisa la consigna 4 y escucha los problemas inventados.</w:t>
      </w:r>
    </w:p>
    <w:p>
      <w:r>
        <w:rPr>
          <w:b/>
        </w:rPr>
        <w:t>Cierre (15 min, todos)</w:t>
      </w:r>
    </w:p>
    <w:p>
      <w:pPr>
        <w:pStyle w:val="ListBullet"/>
      </w:pPr>
      <w:r>
        <w:rPr>
          <w:b w:val="0"/>
        </w:rPr>
        <w:t>Acuerdan cómo repartir: todos reciben igual, se reparte en fila y lo que sobra se guarda para quien falte ese día.</w:t>
      </w:r>
    </w:p>
    <w:p>
      <w:pPr>
        <w:pStyle w:val="ListBullet"/>
      </w:pPr>
      <w:r>
        <w:rPr>
          <w:b w:val="0"/>
        </w:rPr>
        <w:t>3° escribe los acuerdos y fase 3 los repite.</w:t>
      </w:r>
    </w:p>
    <w:p>
      <w:r>
        <w:rPr>
          <w:b/>
        </w:rPr>
        <w:t>Evidencia:</w:t>
      </w:r>
      <w:r>
        <w:rPr>
          <w:b w:val="0"/>
        </w:rPr>
        <w:t xml:space="preserve"> consignas resueltas y acuerdos de reparto.</w:t>
      </w:r>
    </w:p>
    <w:p>
      <w:r>
        <w:rPr>
          <w:b/>
        </w:rPr>
        <w:t>Si no sale:</w:t>
      </w:r>
      <w:r>
        <w:rPr>
          <w:b w:val="0"/>
        </w:rPr>
        <w:t xml:space="preserve"> si 2° suma en la consigna 7, pon 25 semillas y pregunta cuántas faltan para llegar a 48; que agregue contando. Si 3° falla al comprobar, revisa la resta con montones de 10 y bolsas de 100.</w:t>
      </w:r>
    </w:p>
    <w:p>
      <w:pPr>
        <w:pStyle w:val="Heading2"/>
      </w:pPr>
      <w:r>
        <w:t>Sesión 8. Jueves 10: La cuenta de la piñata</w:t>
      </w:r>
    </w:p>
    <w:p>
      <w:r>
        <w:rPr>
          <w:b/>
        </w:rPr>
        <w:t>Campos:</w:t>
      </w:r>
      <w:r>
        <w:rPr>
          <w:b w:val="0"/>
        </w:rPr>
        <w:t xml:space="preserve"> Saberes y pensamiento científico; De lo humano y lo comunitario; Ética, naturaleza y sociedades.</w:t>
      </w:r>
    </w:p>
    <w:p>
      <w:r>
        <w:rPr>
          <w:b/>
        </w:rPr>
        <w:t>Propósito:</w:t>
      </w:r>
      <w:r>
        <w:rPr>
          <w:b w:val="0"/>
        </w:rPr>
        <w:t xml:space="preserve"> registrar lo que cuesta y lo que se juntó para la piñata, y acordar cómo romperla sin lastimarnos.</w:t>
      </w:r>
    </w:p>
    <w:p>
      <w:r>
        <w:rPr>
          <w:b/>
        </w:rPr>
        <w:t>Inicio (15 min, todos)</w:t>
      </w:r>
    </w:p>
    <w:p>
      <w:pPr>
        <w:pStyle w:val="ListBullet"/>
      </w:pPr>
      <w:r>
        <w:rPr>
          <w:b w:val="0"/>
        </w:rPr>
        <w:t>Pregunta cómo se hace la piñata en la comunidad: olla de barro o cartón, picos, papel de china.</w:t>
      </w:r>
    </w:p>
    <w:p>
      <w:pPr>
        <w:pStyle w:val="ListBullet"/>
      </w:pPr>
      <w:r>
        <w:rPr>
          <w:b w:val="0"/>
        </w:rPr>
        <w:t>Anota los precios que digan o los de la ficha de 3°.</w:t>
      </w:r>
    </w:p>
    <w:p>
      <w:r>
        <w:rPr>
          <w:b/>
        </w:rPr>
        <w:t>Desarrollo (60 min, por fase)</w:t>
      </w:r>
    </w:p>
    <w:p>
      <w:pPr>
        <w:pStyle w:val="ListBullet"/>
      </w:pPr>
      <w:r>
        <w:rPr>
          <w:b/>
        </w:rPr>
        <w:t>1°:</w:t>
      </w:r>
      <w:r>
        <w:rPr>
          <w:b w:val="0"/>
        </w:rPr>
        <w:t xml:space="preserve"> juega a la tiendita con monedas de papel de $1, $2 y $5. Compra dulces de $1 a $10 y cuenta las monedas.</w:t>
      </w:r>
    </w:p>
    <w:p>
      <w:pPr>
        <w:pStyle w:val="ListBullet"/>
      </w:pPr>
      <w:r>
        <w:rPr>
          <w:b/>
        </w:rPr>
        <w:t>2°:</w:t>
      </w:r>
      <w:r>
        <w:rPr>
          <w:b w:val="0"/>
        </w:rPr>
        <w:t xml:space="preserve"> en la tiendita compra dos cosas y suma cuánto paga (hasta $50). Dice cuánto le sobra si traía $20 o $50. Le dicta a 3° lo que compró.</w:t>
      </w:r>
    </w:p>
    <w:p>
      <w:pPr>
        <w:pStyle w:val="ListBullet"/>
      </w:pPr>
      <w:r>
        <w:rPr>
          <w:b/>
        </w:rPr>
        <w:t>3°:</w:t>
      </w:r>
      <w:r>
        <w:rPr>
          <w:b w:val="0"/>
        </w:rPr>
        <w:t xml:space="preserve"> consignas 6 y 7 de su ficha. Luego pasa al cartel la tabla de dulces, los gastos, lo que sobró y las compras que le dictaron.</w:t>
      </w:r>
    </w:p>
    <w:p>
      <w:pPr>
        <w:pStyle w:val="ListBullet"/>
      </w:pPr>
      <w:r>
        <w:rPr>
          <w:b/>
        </w:rPr>
        <w:t>Tu rotación:</w:t>
      </w:r>
      <w:r>
        <w:rPr>
          <w:b w:val="0"/>
        </w:rPr>
        <w:t xml:space="preserve"> minutos 0 a 30 con fase 3 en la tiendita y 30 a 60 con 3° en el cartel.</w:t>
      </w:r>
    </w:p>
    <w:p>
      <w:r>
        <w:rPr>
          <w:b/>
        </w:rPr>
        <w:t>Cierre (15 min, todos)</w:t>
      </w:r>
    </w:p>
    <w:p>
      <w:pPr>
        <w:pStyle w:val="ListBullet"/>
      </w:pPr>
      <w:r>
        <w:rPr>
          <w:b w:val="0"/>
        </w:rPr>
        <w:t>Acuerdan cómo romper la piñata:</w:t>
      </w:r>
    </w:p>
    <w:p>
      <w:pPr>
        <w:pStyle w:val="ListBullet"/>
      </w:pPr>
      <w:r>
        <w:rPr>
          <w:b w:val="0"/>
        </w:rPr>
        <w:t>fila por grado, empezando por 1°;</w:t>
      </w:r>
    </w:p>
    <w:p>
      <w:pPr>
        <w:pStyle w:val="ListBullet"/>
      </w:pPr>
      <w:r>
        <w:rPr>
          <w:b w:val="0"/>
        </w:rPr>
        <w:t>una línea en el piso que nadie cruza;</w:t>
      </w:r>
    </w:p>
    <w:p>
      <w:pPr>
        <w:pStyle w:val="ListBullet"/>
      </w:pPr>
      <w:r>
        <w:rPr>
          <w:b w:val="0"/>
        </w:rPr>
        <w:t>vendar los ojos solo a quien quiera;</w:t>
      </w:r>
    </w:p>
    <w:p>
      <w:pPr>
        <w:pStyle w:val="ListBullet"/>
      </w:pPr>
      <w:r>
        <w:rPr>
          <w:b w:val="0"/>
        </w:rPr>
        <w:t>recoger sin empujar y juntar todo en una caja para repartir parejo.</w:t>
      </w:r>
    </w:p>
    <w:p>
      <w:pPr>
        <w:pStyle w:val="ListBullet"/>
      </w:pPr>
      <w:r>
        <w:rPr>
          <w:b w:val="0"/>
        </w:rPr>
        <w:t>3° escribe los acuerdos en el cartel y fase 3 dibuja cada uno.</w:t>
      </w:r>
    </w:p>
    <w:p>
      <w:r>
        <w:rPr>
          <w:b/>
        </w:rPr>
        <w:t>Evidencia:</w:t>
      </w:r>
      <w:r>
        <w:rPr>
          <w:b w:val="0"/>
        </w:rPr>
        <w:t xml:space="preserve"> cartel de la cuenta de la piñata con los acuerdos.</w:t>
      </w:r>
    </w:p>
    <w:p>
      <w:r>
        <w:rPr>
          <w:b/>
        </w:rPr>
        <w:t>Si no sale:</w:t>
      </w:r>
      <w:r>
        <w:rPr>
          <w:b w:val="0"/>
        </w:rPr>
        <w:t xml:space="preserve"> si no hay presupuesto real, usa los precios de la ficha. Si 2° se confunde con el cambio, que cuente hacia arriba desde lo que pagó hasta lo que traía.</w:t>
      </w:r>
    </w:p>
    <w:p>
      <w:pPr>
        <w:pStyle w:val="Heading2"/>
      </w:pPr>
      <w:r>
        <w:t>Sesión 9. Viernes 11: Armamos el libro de versos</w:t>
      </w:r>
    </w:p>
    <w:p>
      <w:r>
        <w:rPr>
          <w:b/>
        </w:rPr>
        <w:t>Campos:</w:t>
      </w:r>
      <w:r>
        <w:rPr>
          <w:b w:val="0"/>
        </w:rPr>
        <w:t xml:space="preserve"> Lenguajes; De lo humano y lo comunitario.</w:t>
      </w:r>
    </w:p>
    <w:p>
      <w:r>
        <w:rPr>
          <w:b/>
        </w:rPr>
        <w:t>Propósito:</w:t>
      </w:r>
      <w:r>
        <w:rPr>
          <w:b w:val="0"/>
        </w:rPr>
        <w:t xml:space="preserve"> revisar, pasar en limpio e ilustrar los versos y armar el libro.</w:t>
      </w:r>
    </w:p>
    <w:p>
      <w:r>
        <w:rPr>
          <w:b/>
        </w:rPr>
        <w:t>Inicio (15 min, todos)</w:t>
      </w:r>
    </w:p>
    <w:p>
      <w:pPr>
        <w:pStyle w:val="ListBullet"/>
      </w:pPr>
      <w:r>
        <w:rPr>
          <w:b w:val="0"/>
        </w:rPr>
        <w:t>Muestra un libro de la biblioteca de aula y pregunta por sus partes: portada, título, autores, índice y páginas.</w:t>
      </w:r>
    </w:p>
    <w:p>
      <w:pPr>
        <w:pStyle w:val="ListBullet"/>
      </w:pPr>
      <w:r>
        <w:rPr>
          <w:b w:val="0"/>
        </w:rPr>
        <w:t>Votan el título del libro entre tres propuestas.</w:t>
      </w:r>
    </w:p>
    <w:p>
      <w:r>
        <w:rPr>
          <w:b/>
        </w:rPr>
        <w:t>Desarrollo (60 min, por fase)</w:t>
      </w:r>
    </w:p>
    <w:p>
      <w:pPr>
        <w:pStyle w:val="ListBullet"/>
      </w:pPr>
      <w:r>
        <w:rPr>
          <w:b/>
        </w:rPr>
        <w:t>1°:</w:t>
      </w:r>
      <w:r>
        <w:rPr>
          <w:b w:val="0"/>
        </w:rPr>
        <w:t xml:space="preserve"> copia su verso de la tira en media carta. Si le cuesta, tú lo escribes con lápiz y él lo repasa. Lo ilustra y lo ensaya de memoria señalando.</w:t>
      </w:r>
    </w:p>
    <w:p>
      <w:pPr>
        <w:pStyle w:val="ListBullet"/>
      </w:pPr>
      <w:r>
        <w:rPr>
          <w:b/>
        </w:rPr>
        <w:t>2°:</w:t>
      </w:r>
      <w:r>
        <w:rPr>
          <w:b w:val="0"/>
        </w:rPr>
        <w:t xml:space="preserve"> pasa en limpio su verso. Revisa contigo la mayúscula inicial y las palabras completas. Lo ilustra.</w:t>
      </w:r>
    </w:p>
    <w:p>
      <w:pPr>
        <w:pStyle w:val="ListBullet"/>
      </w:pPr>
      <w:r>
        <w:rPr>
          <w:b/>
        </w:rPr>
        <w:t>3°:</w:t>
      </w:r>
      <w:r>
        <w:rPr>
          <w:b w:val="0"/>
        </w:rPr>
        <w:t xml:space="preserve"> pasa en limpio su copla y revisa: rima en los versos 2 y 4, mayúscula, punto final y palabras bien escritas. Luego dos alumnos hacen la portada y cuatro el índice.</w:t>
      </w:r>
    </w:p>
    <w:p>
      <w:pPr>
        <w:pStyle w:val="ListBullet"/>
      </w:pPr>
      <w:r>
        <w:rPr>
          <w:b/>
        </w:rPr>
        <w:t>Tu rotación:</w:t>
      </w:r>
      <w:r>
        <w:rPr>
          <w:b w:val="0"/>
        </w:rPr>
        <w:t xml:space="preserve"> minutos 0 a 20 con 1°, 20 a 40 con 2° y 40 a 60 con 3°.</w:t>
      </w:r>
    </w:p>
    <w:p>
      <w:r>
        <w:rPr>
          <w:b/>
        </w:rPr>
        <w:t>Cierre (15 min, todos)</w:t>
      </w:r>
    </w:p>
    <w:p>
      <w:pPr>
        <w:pStyle w:val="ListBullet"/>
      </w:pPr>
      <w:r>
        <w:rPr>
          <w:b w:val="0"/>
        </w:rPr>
        <w:t>Ordenan las páginas, las perforan y las amarran con estambre.</w:t>
      </w:r>
    </w:p>
    <w:p>
      <w:pPr>
        <w:pStyle w:val="ListBullet"/>
      </w:pPr>
      <w:r>
        <w:rPr>
          <w:b w:val="0"/>
        </w:rPr>
        <w:t>Cada niño ensaya su página.</w:t>
      </w:r>
    </w:p>
    <w:p>
      <w:r>
        <w:rPr>
          <w:b/>
        </w:rPr>
        <w:t>Evidencia:</w:t>
      </w:r>
      <w:r>
        <w:rPr>
          <w:b w:val="0"/>
        </w:rPr>
        <w:t xml:space="preserve"> páginas del libro, portada e índice.</w:t>
      </w:r>
    </w:p>
    <w:p>
      <w:r>
        <w:rPr>
          <w:b/>
        </w:rPr>
        <w:t>Si no sale:</w:t>
      </w:r>
      <w:r>
        <w:rPr>
          <w:b w:val="0"/>
        </w:rPr>
        <w:t xml:space="preserve"> si alguien no terminó, su página va con el verso que te dictó, escrito por ti, y su dibujo. Lo importante es que su página esté. Si no se acaba el índice, se termina en el taller de lectura.</w:t>
      </w:r>
    </w:p>
    <w:p>
      <w:pPr>
        <w:pStyle w:val="Heading2"/>
      </w:pPr>
      <w:r>
        <w:t>Sesión 10. Lunes 14: Presentamos el libro y la cuenta de la piñata</w:t>
      </w:r>
    </w:p>
    <w:p>
      <w:r>
        <w:rPr>
          <w:b/>
        </w:rPr>
        <w:t>Campos:</w:t>
      </w:r>
      <w:r>
        <w:rPr>
          <w:b w:val="0"/>
        </w:rPr>
        <w:t xml:space="preserve"> los cuatro campos formativos.</w:t>
      </w:r>
    </w:p>
    <w:p>
      <w:r>
        <w:rPr>
          <w:b/>
        </w:rPr>
        <w:t>Propósito:</w:t>
      </w:r>
      <w:r>
        <w:rPr>
          <w:b w:val="0"/>
        </w:rPr>
        <w:t xml:space="preserve"> compartir los productos con las familias y valorar lo aprendido.</w:t>
      </w:r>
    </w:p>
    <w:p>
      <w:r>
        <w:rPr>
          <w:b/>
        </w:rPr>
        <w:t>Inicio (15 min, todos)</w:t>
      </w:r>
    </w:p>
    <w:p>
      <w:pPr>
        <w:pStyle w:val="ListBullet"/>
      </w:pPr>
      <w:r>
        <w:rPr>
          <w:b w:val="0"/>
        </w:rPr>
        <w:t>Ensayan en coro «Dale, dale, dale».</w:t>
      </w:r>
    </w:p>
    <w:p>
      <w:pPr>
        <w:pStyle w:val="ListBullet"/>
      </w:pPr>
      <w:r>
        <w:rPr>
          <w:b w:val="0"/>
        </w:rPr>
        <w:t>Recibe a las familias.</w:t>
      </w:r>
    </w:p>
    <w:p>
      <w:r>
        <w:rPr>
          <w:b/>
        </w:rPr>
        <w:t>Desarrollo (60 min)</w:t>
      </w:r>
    </w:p>
    <w:p>
      <w:pPr>
        <w:pStyle w:val="ListBullet"/>
      </w:pPr>
      <w:r>
        <w:rPr>
          <w:b/>
        </w:rPr>
        <w:t>Presentación (minutos 0 a 35):</w:t>
      </w:r>
    </w:p>
    <w:p>
      <w:pPr>
        <w:pStyle w:val="ListBullet"/>
      </w:pPr>
      <w:r>
        <w:rPr>
          <w:b w:val="0"/>
        </w:rPr>
        <w:t>1° dice su verso de memoria y muestra su dibujo.</w:t>
      </w:r>
    </w:p>
    <w:p>
      <w:pPr>
        <w:pStyle w:val="ListBullet"/>
      </w:pPr>
      <w:r>
        <w:rPr>
          <w:b w:val="0"/>
        </w:rPr>
        <w:t>2° lee su verso.</w:t>
      </w:r>
    </w:p>
    <w:p>
      <w:pPr>
        <w:pStyle w:val="ListBullet"/>
      </w:pPr>
      <w:r>
        <w:rPr>
          <w:b w:val="0"/>
        </w:rPr>
        <w:t>3° lee su copla y explica el cartel de la piñata.</w:t>
      </w:r>
    </w:p>
    <w:p>
      <w:pPr>
        <w:pStyle w:val="ListBullet"/>
      </w:pPr>
      <w:r>
        <w:rPr>
          <w:b w:val="0"/>
        </w:rPr>
        <w:t>Los adultos dicen un verso que se sepan; 3° lo escribe para el libro.</w:t>
      </w:r>
    </w:p>
    <w:p>
      <w:pPr>
        <w:pStyle w:val="ListBullet"/>
      </w:pPr>
      <w:r>
        <w:rPr>
          <w:b/>
        </w:rPr>
        <w:t>Autoevaluación (minutos 35 a 60):</w:t>
      </w:r>
    </w:p>
    <w:p>
      <w:pPr>
        <w:pStyle w:val="ListBullet"/>
      </w:pPr>
      <w:r>
        <w:rPr>
          <w:b w:val="0"/>
        </w:rPr>
        <w:t>Fase 3 contigo, en voz alta: ¿qué verso aprendí?, ¿qué me costó? Marcan casillas en una tira copiada del pizarrón.</w:t>
      </w:r>
    </w:p>
    <w:p>
      <w:pPr>
        <w:pStyle w:val="ListBullet"/>
      </w:pPr>
      <w:r>
        <w:rPr>
          <w:b w:val="0"/>
        </w:rPr>
        <w:t>3° escribe dos cosas que aprendió y una que quiere mejorar.</w:t>
      </w:r>
    </w:p>
    <w:p>
      <w:r>
        <w:rPr>
          <w:b/>
        </w:rPr>
        <w:t>Cierre (15 min, todos)</w:t>
      </w:r>
    </w:p>
    <w:p>
      <w:pPr>
        <w:pStyle w:val="ListBullet"/>
      </w:pPr>
      <w:r>
        <w:rPr>
          <w:b w:val="0"/>
        </w:rPr>
        <w:t>En círculo, cada uno dice qué le gustó del proyecto.</w:t>
      </w:r>
    </w:p>
    <w:p>
      <w:pPr>
        <w:pStyle w:val="ListBullet"/>
      </w:pPr>
      <w:r>
        <w:rPr>
          <w:b w:val="0"/>
        </w:rPr>
        <w:t>Repasan los acuerdos de la piñata.</w:t>
      </w:r>
    </w:p>
    <w:p>
      <w:pPr>
        <w:pStyle w:val="ListBullet"/>
      </w:pPr>
      <w:r>
        <w:rPr>
          <w:b w:val="0"/>
        </w:rPr>
        <w:t>El libro va a casa por turnos, una noche cada niño.</w:t>
      </w:r>
    </w:p>
    <w:p>
      <w:r>
        <w:rPr>
          <w:b/>
        </w:rPr>
        <w:t>Examen de cierre:</w:t>
      </w:r>
      <w:r>
        <w:rPr>
          <w:b w:val="0"/>
        </w:rPr>
        <w:t xml:space="preserve"> aplícalo este día en dos partes. Lenguajes, Ética y De lo humano en el bloque de 9:45 a 10:25. Saberes en el de 10:55 a 11:35.</w:t>
      </w:r>
    </w:p>
    <w:p>
      <w:r>
        <w:rPr>
          <w:b/>
        </w:rPr>
        <w:t>Evidencia:</w:t>
      </w:r>
      <w:r>
        <w:rPr>
          <w:b w:val="0"/>
        </w:rPr>
        <w:t xml:space="preserve"> libro presentado, cartel, autoevaluación y examen.</w:t>
      </w:r>
    </w:p>
    <w:p>
      <w:r>
        <w:rPr>
          <w:b/>
        </w:rPr>
        <w:t>Si no sale:</w:t>
      </w:r>
      <w:r>
        <w:rPr>
          <w:b w:val="0"/>
        </w:rPr>
        <w:t xml:space="preserve"> si las familias no pueden ir, presenten a otro grupo o a la dirección. Si un niño no quiere hablar en público, que recite junto con su tutor.</w:t>
      </w:r>
    </w:p>
    <w:p>
      <w:pPr>
        <w:pStyle w:val="Heading1"/>
      </w:pPr>
      <w:r>
        <w:t>Actividades diferenciadas: qué hace cada grado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Sesión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1° (4 alumnos)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2° (5 alumnos)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3° (6 alumnos)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S1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Dibuja, copia su nombre y te dicta una frase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Dibuja, escribe dos palabras y ayuda a 1°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Escribe tres preguntas de entrevista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S2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Juego oral de rimas y palmadas de sílabas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Encierra la palabra final de cada verso y lee a 1°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Copia, subraya rimas y hace lectura repetida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S3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de versos con apoyo y dicta su verso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de versos completa y escribe su verso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de coplas, consignas 1 a 5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S4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Copia un recado corto, firma y dibuja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Completa un recado con espacios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Identifica las partes y escribe su recado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S5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Cuenta hasta 20 moviendo cada semilla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Cuenta de 10 en 10 hasta 99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Agrupa en decenas y centenas y registra en tabla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S6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del aguinaldo, consignas 1 a 3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del aguinaldo, consignas 1, 2, 3, 5 y 6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de la piñata, consignas 1 a 3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S7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Consigna 4 con semillas e inventa un problema oral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Consignas 4 y 7 e inventa un problema para 1°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de la piñata, consignas 4 y 5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S8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Tiendita con monedas hasta $10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Tiendita: suma dos compras y calcula lo que sobra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Consignas 6 y 7 y cartel de la piñata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S9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Copia o repasa su verso, lo ilustra y lo memoriza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Pasa en limpio su verso y lo ilustra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Pasa en limpio su copla; hace portada e índice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S10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Recita su verso de memoria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Lee su verso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Lee su copla y explica la cuenta</w:t>
            </w:r>
          </w:p>
        </w:tc>
      </w:tr>
    </w:tbl>
    <w:p/>
    <w:p>
      <w:pPr>
        <w:pStyle w:val="Heading1"/>
      </w:pPr>
      <w:r>
        <w:t>Evaluación</w:t>
      </w:r>
    </w:p>
    <w:p>
      <w:r>
        <w:rPr>
          <w:b/>
        </w:rPr>
        <w:t>Escala:</w:t>
      </w:r>
      <w:r>
        <w:rPr>
          <w:b w:val="0"/>
        </w:rPr>
        <w:t xml:space="preserve"> L (logrado), EP (en proceso), NL (no logrado). Al final de cada sesión, anota en tu cuaderno una línea por alumno con lo que viste.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PDA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Grado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Evidencia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Instrumento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Sesiones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Reconoce rimas y participa en la lectura compartida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1° y 2°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Banco de rimas, ficha de versos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Lista de cotejo de la ficha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S2, S3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Escribe su nombre y produce un verso dictado o escrito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1° y 2°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Dibujo con nombre, página del libro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Registro de escritura de 1°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S1, S3, S9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Lee coplas con fluidez creciente y escribe versos y recados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3°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Copla, recado, página del libro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Lista de cotejo y registro de lectura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S2, S3, S4, S9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Cuenta colecciones y resuelve sumas y restas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1° y 2°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Conteos, ficha del aguinaldo, tiendita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Lista de cotejo de la ficha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S5 a S8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Suma y resta de tres cifras, comprueba con la operación inversa y registra en tablas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3°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Ficha de la piñata, cartel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Lista de cotejo de la ficha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S5 a S8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Narra costumbres de diciembre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Todos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Mural, entrevistas, versos de casa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Observación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S1, S2, S8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Propone y cumple acuerdos de convivencia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Todos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Acuerdos de reparto y de la piñata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Observación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S7, S8, S10</w:t>
            </w:r>
          </w:p>
        </w:tc>
      </w:tr>
    </w:tbl>
    <w:p/>
    <w:p>
      <w:r>
        <w:rPr>
          <w:b/>
        </w:rPr>
        <w:t>Registro de escritura de 1°.</w:t>
      </w:r>
      <w:r>
        <w:rPr>
          <w:b w:val="0"/>
        </w:rPr>
        <w:t xml:space="preserve"> En las sesiones 1 y 9, anota cómo escribe cada alumno su nombre y la palabra PIÑATA dictada. Ubica su escritura en un nivel:</w:t>
      </w:r>
    </w:p>
    <w:p>
      <w:pPr>
        <w:pStyle w:val="ListNumber"/>
      </w:pPr>
      <w:r>
        <w:rPr>
          <w:b w:val="0"/>
        </w:rPr>
        <w:t>Garabatos o letras sin relación con el sonido.</w:t>
      </w:r>
    </w:p>
    <w:p>
      <w:pPr>
        <w:pStyle w:val="ListNumber"/>
      </w:pPr>
      <w:r>
        <w:rPr>
          <w:b w:val="0"/>
        </w:rPr>
        <w:t>Una letra por sílaba.</w:t>
      </w:r>
    </w:p>
    <w:p>
      <w:pPr>
        <w:pStyle w:val="ListNumber"/>
      </w:pPr>
      <w:r>
        <w:rPr>
          <w:b w:val="0"/>
        </w:rPr>
        <w:t>Algunas sílabas completas.</w:t>
      </w:r>
    </w:p>
    <w:p>
      <w:pPr>
        <w:pStyle w:val="ListNumber"/>
      </w:pPr>
      <w:r>
        <w:rPr>
          <w:b w:val="0"/>
        </w:rPr>
        <w:t>Escritura alfabética.</w:t>
      </w:r>
    </w:p>
    <w:p>
      <w:r>
        <w:rPr>
          <w:b w:val="0"/>
        </w:rPr>
        <w:t>Lo que cuenta es el avance de una sesión a otra.</w:t>
      </w:r>
    </w:p>
    <w:p>
      <w:r>
        <w:rPr>
          <w:b/>
        </w:rPr>
        <w:t>Registro de lectura de 3°.</w:t>
      </w:r>
      <w:r>
        <w:rPr>
          <w:b w:val="0"/>
        </w:rPr>
        <w:t xml:space="preserve"> En las sesiones 2, 3 y 9, con los dos alumnos que leen sin fluidez, anota:</w:t>
      </w:r>
    </w:p>
    <w:p>
      <w:pPr>
        <w:pStyle w:val="ListBullet"/>
      </w:pPr>
      <w:r>
        <w:rPr>
          <w:b w:val="0"/>
        </w:rPr>
        <w:t>cuántas veces se traban en la primera y en la tercera lectura;</w:t>
      </w:r>
    </w:p>
    <w:p>
      <w:pPr>
        <w:pStyle w:val="ListBullet"/>
      </w:pPr>
      <w:r>
        <w:rPr>
          <w:b w:val="0"/>
        </w:rPr>
        <w:t>si leen por sílabas, por palabras o por frases.</w:t>
      </w:r>
    </w:p>
    <w:p>
      <w:r>
        <w:rPr>
          <w:b/>
        </w:rPr>
        <w:t>Rúbrica de los productos finales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Criterio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L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EP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NL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Página del libro, 1°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Dice su verso de memoria, lo ilustra y escribe su nombre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Dice el verso con ayuda o escribe su nombre incompleto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 dice su verso aun con ayuda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Página del libro, 2°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Verso con rima, legible y con mayúscula inicial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Verso con apoyo o sin rima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 termina el verso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Página del libro, 3°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Copla de cuatro versos con rima en 2 y 4, con mayúscula y punto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Copla con rima y errores, o completa sin rima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Menos de cuatro versos y sin rima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Cuenta de la piñata, 3°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Tabla completa, cálculos correctos y explicación clara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Un error de cálculo o explicación incompleta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Tabla incompleta o con varios errores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Cuenta de la piñata, 1° y 2°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Dicta sus compras con la cantidad correcta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Dicta con algún error de conteo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 participa o no cuenta sus monedas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Convivencia, todos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Cumple los acuerdos y ayuda a su pareja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Cumple con recordatorios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 respeta los acuerdos</w:t>
            </w:r>
          </w:p>
        </w:tc>
      </w:tr>
    </w:tbl>
    <w:p/>
    <w:p>
      <w:r>
        <w:rPr>
          <w:b/>
        </w:rPr>
        <w:t>Examen de cierre (lunes 14):</w:t>
      </w:r>
      <w:r>
        <w:rPr>
          <w:b w:val="0"/>
        </w:rPr>
        <w:t xml:space="preserve"> combínalo con lo que observaste en la quincena. El examen no decide solo la valoración.</w:t>
      </w:r>
    </w:p>
    <w:p>
      <w:pPr>
        <w:pStyle w:val="Heading1"/>
      </w:pPr>
      <w:r>
        <w:t>Materiales</w:t>
      </w:r>
    </w:p>
    <w:p>
      <w:pPr>
        <w:pStyle w:val="ListBullet"/>
      </w:pPr>
      <w:r>
        <w:rPr>
          <w:b w:val="0"/>
        </w:rPr>
        <w:t>5 pliegos de papel bond: versos, banco de rimas, mural, cuenta de la piñata y acuerdos.</w:t>
      </w:r>
    </w:p>
    <w:p>
      <w:pPr>
        <w:pStyle w:val="ListBullet"/>
      </w:pPr>
      <w:r>
        <w:rPr>
          <w:b w:val="0"/>
        </w:rPr>
        <w:t>Plumones, lápices y colores.</w:t>
      </w:r>
    </w:p>
    <w:p>
      <w:pPr>
        <w:pStyle w:val="ListBullet"/>
      </w:pPr>
      <w:r>
        <w:rPr>
          <w:b w:val="0"/>
        </w:rPr>
        <w:t>Unas 40 hojas de reúso cortadas a media carta.</w:t>
      </w:r>
    </w:p>
    <w:p>
      <w:pPr>
        <w:pStyle w:val="ListBullet"/>
      </w:pPr>
      <w:r>
        <w:rPr>
          <w:b w:val="0"/>
        </w:rPr>
        <w:t>Tarjeta con el nombre de cada alumno de 1°, en mayúsculas.</w:t>
      </w:r>
    </w:p>
    <w:p>
      <w:pPr>
        <w:pStyle w:val="ListBullet"/>
      </w:pPr>
      <w:r>
        <w:rPr>
          <w:b w:val="0"/>
        </w:rPr>
        <w:t>Tira numérica del 1 al 20 y otra del 10 al 100 de 10 en 10.</w:t>
      </w:r>
    </w:p>
    <w:p>
      <w:pPr>
        <w:pStyle w:val="ListBullet"/>
      </w:pPr>
      <w:r>
        <w:rPr>
          <w:b w:val="0"/>
        </w:rPr>
        <w:t>1 kilo de frijol o maíz, o piedritas o corcholatas, y bolsitas o ligas.</w:t>
      </w:r>
    </w:p>
    <w:p>
      <w:pPr>
        <w:pStyle w:val="ListBullet"/>
      </w:pPr>
      <w:r>
        <w:rPr>
          <w:b w:val="0"/>
        </w:rPr>
        <w:t>Monedas de papel de $1, $2, $5 y $10. Las dibuja y recorta 3° en el bloque de matemáticas del miércoles 9.</w:t>
      </w:r>
    </w:p>
    <w:p>
      <w:pPr>
        <w:pStyle w:val="ListBullet"/>
      </w:pPr>
      <w:r>
        <w:rPr>
          <w:b w:val="0"/>
        </w:rPr>
        <w:t>Tiras de papel para los versos dictados.</w:t>
      </w:r>
    </w:p>
    <w:p>
      <w:pPr>
        <w:pStyle w:val="ListBullet"/>
      </w:pPr>
      <w:r>
        <w:rPr>
          <w:b w:val="0"/>
        </w:rPr>
        <w:t>Estambre y clavo grueso o perforadora.</w:t>
      </w:r>
    </w:p>
    <w:p>
      <w:pPr>
        <w:pStyle w:val="ListBullet"/>
      </w:pPr>
      <w:r>
        <w:rPr>
          <w:b w:val="0"/>
        </w:rPr>
        <w:t>Una caja de cartón para guardar el libro.</w:t>
      </w:r>
    </w:p>
    <w:p>
      <w:pPr>
        <w:pStyle w:val="ListBullet"/>
      </w:pPr>
      <w:r>
        <w:rPr>
          <w:b w:val="0"/>
        </w:rPr>
        <w:t>Un libro de la biblioteca de aula.</w:t>
      </w:r>
    </w:p>
    <w:p>
      <w:r>
        <w:rPr>
          <w:b/>
        </w:rPr>
        <w:t>Copias: 45 en total.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Material</w:t>
            </w:r>
          </w:p>
        </w:tc>
        <w:tc>
          <w:tcPr>
            <w:tcW w:type="dxa" w:w="4986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Copias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Ficha de versos, fase 3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9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Ficha del aguinaldo, fase 3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9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Ficha de coplas y recado, fase 4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6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Ficha de la cuenta de la piñata, fase 4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6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Examen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15</w:t>
            </w:r>
          </w:p>
        </w:tc>
      </w:tr>
    </w:tbl>
    <w:p/>
    <w:p>
      <w:r>
        <w:rPr>
          <w:b/>
        </w:rPr>
        <w:t>Si no alcanzan las copias:</w:t>
      </w:r>
    </w:p>
    <w:p>
      <w:pPr>
        <w:pStyle w:val="ListBullet"/>
      </w:pPr>
      <w:r>
        <w:rPr>
          <w:b w:val="0"/>
        </w:rPr>
        <w:t>saca una copia de cada ficha de fase 3 por pareja de tutoría (5 copias) y que respondan en el cuaderno;</w:t>
      </w:r>
    </w:p>
    <w:p>
      <w:pPr>
        <w:pStyle w:val="ListBullet"/>
      </w:pPr>
      <w:r>
        <w:rPr>
          <w:b w:val="0"/>
        </w:rPr>
        <w:t>copia en el pizarrón la copla y el recado de 3°;</w:t>
      </w:r>
    </w:p>
    <w:p>
      <w:pPr>
        <w:pStyle w:val="ListBullet"/>
      </w:pPr>
      <w:r>
        <w:rPr>
          <w:b w:val="0"/>
        </w:rPr>
        <w:t>imprime el examen por ambos lados.</w:t>
      </w:r>
    </w:p>
    <w:p>
      <w:pPr>
        <w:pStyle w:val="Heading1"/>
      </w:pPr>
      <w:r>
        <w:t>Adecuaciones</w:t>
      </w:r>
    </w:p>
    <w:p>
      <w:r>
        <w:rPr>
          <w:b/>
        </w:rPr>
        <w:t>Los cuatro alumnos de 1° en alfabetización inicial</w:t>
      </w:r>
    </w:p>
    <w:p>
      <w:pPr>
        <w:pStyle w:val="ListBullet"/>
      </w:pPr>
      <w:r>
        <w:rPr>
          <w:b w:val="0"/>
        </w:rPr>
        <w:t>Léeles todo lo escrito. Responden en voz alta, dibujando, encerrando o señalando; su participación oral cuenta como evidencia.</w:t>
      </w:r>
    </w:p>
    <w:p>
      <w:pPr>
        <w:pStyle w:val="ListBullet"/>
      </w:pPr>
      <w:r>
        <w:rPr>
          <w:b w:val="0"/>
        </w:rPr>
        <w:t>Parte de su nombre propio: tienen su tarjeta en la mesa y buscan sus letras en los versos y en el banco de rimas.</w:t>
      </w:r>
    </w:p>
    <w:p>
      <w:pPr>
        <w:pStyle w:val="ListBullet"/>
      </w:pPr>
      <w:r>
        <w:rPr>
          <w:b w:val="0"/>
        </w:rPr>
        <w:t>Que reciten señalando palabra por palabra en el papel bond, para unir lo que dicen con lo escrito.</w:t>
      </w:r>
    </w:p>
    <w:p>
      <w:pPr>
        <w:pStyle w:val="ListBullet"/>
      </w:pPr>
      <w:r>
        <w:rPr>
          <w:b w:val="0"/>
        </w:rPr>
        <w:t>En el dictado, escribe frente a ellos y lee señalando. Luego escriben como saben. No corrijas cada letra; pregunta «¿qué dice aquí?».</w:t>
      </w:r>
    </w:p>
    <w:p>
      <w:pPr>
        <w:pStyle w:val="ListBullet"/>
      </w:pPr>
      <w:r>
        <w:rPr>
          <w:b w:val="0"/>
        </w:rPr>
        <w:t>En el taller diario: palmadas de sílabas, palabras que empiezan como su nombre y juegos de rima.</w:t>
      </w:r>
    </w:p>
    <w:p>
      <w:pPr>
        <w:pStyle w:val="ListBullet"/>
      </w:pPr>
      <w:r>
        <w:rPr>
          <w:b w:val="0"/>
        </w:rPr>
        <w:t>Cada uno tiene un tutor fijo de 2°.</w:t>
      </w:r>
    </w:p>
    <w:p>
      <w:r>
        <w:rPr>
          <w:b/>
        </w:rPr>
        <w:t>Los dos alumnos de 3° que leen sin fluidez</w:t>
      </w:r>
    </w:p>
    <w:p>
      <w:pPr>
        <w:pStyle w:val="ListBullet"/>
      </w:pPr>
      <w:r>
        <w:rPr>
          <w:b w:val="0"/>
        </w:rPr>
        <w:t>Hacen lectura repetida diaria del mismo texto corto, tres veces, con su tutor marcando rayitas.</w:t>
      </w:r>
    </w:p>
    <w:p>
      <w:pPr>
        <w:pStyle w:val="ListBullet"/>
      </w:pPr>
      <w:r>
        <w:rPr>
          <w:b w:val="0"/>
        </w:rPr>
        <w:t>Leen en coro y en eco contigo antes de leer solos.</w:t>
      </w:r>
    </w:p>
    <w:p>
      <w:pPr>
        <w:pStyle w:val="ListBullet"/>
      </w:pPr>
      <w:r>
        <w:rPr>
          <w:b w:val="0"/>
        </w:rPr>
        <w:t>Que anticipen la palabra final aprovechando la rima.</w:t>
      </w:r>
    </w:p>
    <w:p>
      <w:pPr>
        <w:pStyle w:val="ListBullet"/>
      </w:pPr>
      <w:r>
        <w:rPr>
          <w:b w:val="0"/>
        </w:rPr>
        <w:t>En la presentación leen su copla ya ensayada, nunca un texto nuevo.</w:t>
      </w:r>
    </w:p>
    <w:p>
      <w:pPr>
        <w:pStyle w:val="ListBullet"/>
      </w:pPr>
      <w:r>
        <w:rPr>
          <w:b w:val="0"/>
        </w:rPr>
        <w:t>En la parte de Saberes del examen, léeles los problemas: ahí se evalúa la matemática, no la lectura.</w:t>
      </w:r>
    </w:p>
    <w:p>
      <w:r>
        <w:rPr>
          <w:b/>
        </w:rPr>
        <w:t>Diversidad de costumbres.</w:t>
      </w:r>
      <w:r>
        <w:rPr>
          <w:b w:val="0"/>
        </w:rPr>
        <w:t xml:space="preserve"> Presenta las posadas como tradición de la comunidad. Si una familia no las celebra, el niño participa con otra reunión de diciembre. Sus versos pueden hablar del frío, la familia o la comida.</w:t>
      </w:r>
    </w:p>
    <w:p>
      <w:r>
        <w:rPr>
          <w:b/>
        </w:rPr>
        <w:t>Sin internet y con pocas copias.</w:t>
      </w:r>
      <w:r>
        <w:rPr>
          <w:b w:val="0"/>
        </w:rPr>
        <w:t xml:space="preserve"> Todo se trabaja con pizarrón, papel bond, cuadernos y objetos para contar. Cualquier ficha se puede copiar a mano en el pizarrón.</w:t>
      </w:r>
    </w:p>
    <w:p>
      <w:r>
        <w:rPr>
          <w:b/>
        </w:rPr>
        <w:t>Alumnos que terminan antes.</w:t>
      </w:r>
      <w:r>
        <w:rPr>
          <w:b w:val="0"/>
        </w:rPr>
        <w:t xml:space="preserve"> Ilustran el banco de rimas, ayudan a su pareja o escriben otro verso para el libro.</w:t>
      </w:r>
    </w:p>
    <w:p/>
    <w:p>
      <w:r>
        <w:rPr>
          <w:sz w:val="16"/>
        </w:rPr>
        <w:t>Material gratuito de Didaula · https://didaula.com/planeaciones/multigrado/1-y-2-y-3/multigrado-1-2-3-lectoescritura-posadas/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